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Nor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immediacy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PTE 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Online Plain Text English Dictionary, 2009 (http://www.onelook.com/?other=web1913&amp;w=Resolve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Resolve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: “To form a purpose; to make a decision; especially,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determine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after reflection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; as, to resolve on a better course of life.” 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