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Topical plans </w:t>
      </w:r>
      <w:r>
        <w:rPr>
          <w:b/>
          <w:i w:val="0"/>
          <w:smallCaps w:val="0"/>
          <w:strike w:val="0"/>
          <w:sz w:val="26"/>
          <w:u w:val="single"/>
        </w:rPr>
        <w:t>must be courts</w:t>
      </w:r>
      <w:r>
        <w:rPr>
          <w:b/>
          <w:i w:val="0"/>
          <w:smallCaps w:val="0"/>
          <w:strike w:val="0"/>
          <w:sz w:val="26"/>
          <w:u w:val="none"/>
        </w:rPr>
        <w:t>.</w:t>
      </w:r>
      <w:r>
        <w:rPr>
          <w:b/>
          <w:i w:val="0"/>
          <w:smallCaps w:val="0"/>
          <w:strike w:val="0"/>
          <w:sz w:val="26"/>
          <w:u w:val="none"/>
        </w:rPr>
        <w:t xml:space="preserve"> “Protection” of IPR entails </w:t>
      </w:r>
      <w:r>
        <w:rPr>
          <w:b/>
          <w:i w:val="0"/>
          <w:smallCaps w:val="0"/>
          <w:strike w:val="0"/>
          <w:sz w:val="26"/>
          <w:u w:val="single"/>
        </w:rPr>
        <w:t>judicial</w:t>
      </w:r>
      <w:r>
        <w:rPr>
          <w:b/>
          <w:i w:val="0"/>
          <w:smallCaps w:val="0"/>
          <w:strike w:val="0"/>
          <w:sz w:val="26"/>
          <w:u w:val="none"/>
        </w:rPr>
        <w:t xml:space="preserve"> enforcement of exclusive rights.</w:t>
      </w:r>
    </w:p>
    <w:p>
      <w:pPr>
        <w:spacing w:after="80"/>
      </w:pPr>
      <w:r>
        <w:rPr>
          <w:b/>
          <w:i w:val="0"/>
          <w:smallCaps w:val="0"/>
          <w:strike w:val="0"/>
          <w:sz w:val="26"/>
          <w:u w:val="none"/>
        </w:rPr>
        <w:t>Ubertazzi</w:t>
      </w:r>
      <w:r>
        <w:rPr>
          <w:b/>
          <w:i w:val="0"/>
          <w:smallCaps w:val="0"/>
          <w:strike w:val="0"/>
          <w:sz w:val="26"/>
          <w:u w:val="none"/>
        </w:rPr>
        <w:t xml:space="preserve"> ’12 </w:t>
      </w:r>
      <w:r>
        <w:rPr>
          <w:b w:val="0"/>
          <w:i w:val="0"/>
          <w:smallCaps w:val="0"/>
          <w:strike w:val="0"/>
          <w:sz w:val="20"/>
          <w:u w:val="none"/>
        </w:rPr>
        <w:t>[Bendetta; 2012; Max Planck Institute for Innovation and Competition; Exclusive Jurisdiction in International Property</w:t>
      </w:r>
      <w:r>
        <w:rPr>
          <w:b w:val="0"/>
          <w:i w:val="0"/>
          <w:smallCaps w:val="0"/>
          <w:strike w:val="0"/>
          <w:sz w:val="20"/>
          <w:u w:val="none"/>
        </w:rPr>
        <w:t>, google books]</w:t>
      </w:r>
    </w:p>
    <w:p>
      <w:pPr>
        <w:spacing w:after="60"/>
      </w:pPr>
      <w:r>
        <w:rPr>
          <w:b w:val="0"/>
          <w:i w:val="0"/>
          <w:smallCaps w:val="0"/>
          <w:strike w:val="0"/>
          <w:sz w:val="16"/>
          <w:u w:val="none"/>
        </w:rPr>
        <w:t xml:space="preserve">As for the </w:t>
      </w:r>
      <w:r>
        <w:rPr>
          <w:b/>
          <w:i w:val="0"/>
          <w:smallCaps w:val="0"/>
          <w:strike w:val="0"/>
          <w:sz w:val="24"/>
          <w:highlight w:val="cyan"/>
          <w:u w:val="single"/>
        </w:rPr>
        <w:t>infringement</w:t>
      </w:r>
      <w:r>
        <w:rPr>
          <w:b/>
          <w:i w:val="0"/>
          <w:smallCaps w:val="0"/>
          <w:strike w:val="0"/>
          <w:sz w:val="24"/>
          <w:u w:val="single"/>
        </w:rPr>
        <w:t xml:space="preserve"> </w:t>
      </w:r>
      <w:r>
        <w:rPr>
          <w:b w:val="0"/>
          <w:i w:val="0"/>
          <w:smallCaps w:val="0"/>
          <w:strike w:val="0"/>
          <w:sz w:val="16"/>
          <w:u w:val="none"/>
        </w:rPr>
        <w:t xml:space="preserve">notion, it </w:t>
      </w:r>
      <w:r>
        <w:rPr>
          <w:b/>
          <w:i w:val="0"/>
          <w:smallCaps w:val="0"/>
          <w:strike w:val="0"/>
          <w:sz w:val="24"/>
          <w:highlight w:val="cyan"/>
          <w:u w:val="single"/>
        </w:rPr>
        <w:t>encompasses cases where</w:t>
      </w:r>
      <w:r>
        <w:rPr>
          <w:b/>
          <w:i w:val="0"/>
          <w:smallCaps w:val="0"/>
          <w:strike w:val="0"/>
          <w:sz w:val="24"/>
          <w:highlight w:val="cyan"/>
          <w:u w:val="single"/>
        </w:rPr>
        <w:t xml:space="preserve"> </w:t>
      </w:r>
      <w:r>
        <w:rPr>
          <w:b/>
          <w:i w:val="0"/>
          <w:smallCaps w:val="0"/>
          <w:strike w:val="0"/>
          <w:sz w:val="24"/>
          <w:highlight w:val="cyan"/>
          <w:u w:val="single"/>
        </w:rPr>
        <w:t>a person</w:t>
      </w:r>
      <w:r>
        <w:rPr>
          <w:b/>
          <w:i w:val="0"/>
          <w:smallCaps w:val="0"/>
          <w:strike w:val="0"/>
          <w:sz w:val="24"/>
          <w:u w:val="single"/>
        </w:rPr>
        <w:t xml:space="preserve"> who is </w:t>
      </w:r>
      <w:r>
        <w:rPr>
          <w:b/>
          <w:i w:val="0"/>
          <w:smallCaps w:val="0"/>
          <w:strike w:val="0"/>
          <w:sz w:val="24"/>
          <w:highlight w:val="cyan"/>
          <w:u w:val="single"/>
        </w:rPr>
        <w:t>not the owner or licensee</w:t>
      </w:r>
      <w:r>
        <w:rPr>
          <w:b/>
          <w:i w:val="0"/>
          <w:smallCaps w:val="0"/>
          <w:strike w:val="0"/>
          <w:sz w:val="24"/>
          <w:u w:val="single"/>
        </w:rPr>
        <w:t xml:space="preserve"> and assignee of the owner of the IPR copies</w:t>
      </w:r>
      <w:r>
        <w:rPr>
          <w:b/>
          <w:i w:val="0"/>
          <w:smallCaps w:val="0"/>
          <w:strike w:val="0"/>
          <w:sz w:val="24"/>
          <w:u w:val="single"/>
        </w:rPr>
        <w:t>,</w:t>
      </w:r>
      <w:r>
        <w:rPr>
          <w:b/>
          <w:i w:val="0"/>
          <w:smallCaps w:val="0"/>
          <w:strike w:val="0"/>
          <w:sz w:val="24"/>
          <w:u w:val="single"/>
        </w:rPr>
        <w:t xml:space="preserve"> </w:t>
      </w:r>
      <w:r>
        <w:rPr>
          <w:b/>
          <w:i w:val="0"/>
          <w:smallCaps w:val="0"/>
          <w:strike w:val="0"/>
          <w:sz w:val="24"/>
          <w:u w:val="single"/>
        </w:rPr>
        <w:t xml:space="preserve">reproduces, or </w:t>
      </w:r>
      <w:r>
        <w:rPr>
          <w:b/>
          <w:i w:val="0"/>
          <w:smallCaps w:val="0"/>
          <w:strike w:val="0"/>
          <w:sz w:val="24"/>
          <w:highlight w:val="cyan"/>
          <w:u w:val="single"/>
        </w:rPr>
        <w:t>exercises</w:t>
      </w:r>
      <w:r>
        <w:rPr>
          <w:b/>
          <w:i w:val="0"/>
          <w:smallCaps w:val="0"/>
          <w:strike w:val="0"/>
          <w:sz w:val="24"/>
          <w:u w:val="single"/>
        </w:rPr>
        <w:t xml:space="preserve"> any of the </w:t>
      </w:r>
      <w:r>
        <w:rPr>
          <w:b/>
          <w:i w:val="0"/>
          <w:smallCaps w:val="0"/>
          <w:strike w:val="0"/>
          <w:sz w:val="24"/>
          <w:highlight w:val="cyan"/>
          <w:u w:val="single"/>
        </w:rPr>
        <w:t xml:space="preserve">exclusive </w:t>
      </w:r>
      <w:r>
        <w:rPr>
          <w:b/>
          <w:i w:val="0"/>
          <w:smallCaps w:val="0"/>
          <w:strike w:val="0"/>
          <w:sz w:val="24"/>
          <w:highlight w:val="cyan"/>
          <w:u w:val="single"/>
        </w:rPr>
        <w:t>rights</w:t>
      </w:r>
      <w:r>
        <w:rPr>
          <w:b/>
          <w:i w:val="0"/>
          <w:smallCaps w:val="0"/>
          <w:strike w:val="0"/>
          <w:sz w:val="24"/>
          <w:u w:val="single"/>
        </w:rPr>
        <w:t xml:space="preserve"> granted in respect to the IPR in question without the license or consent of the IPR owner</w:t>
      </w:r>
      <w:r>
        <w:rPr>
          <w:b w:val="0"/>
          <w:i w:val="0"/>
          <w:smallCaps w:val="0"/>
          <w:strike w:val="0"/>
          <w:sz w:val="16"/>
          <w:u w:val="none"/>
        </w:rPr>
        <w:t xml:space="preserve">. Furthermore, infringement proceedings comprise both claims where the plaintiff brings an IPR infringement action or where the claimant starts a declaratory action to establish that the IPR is not infringed. The term pure infringement claims will be adopted to denote infringement disputes where the validity of the IPR involved is not raised. Additionally, the term transnational misappropriation of IPRs will be used synonymously with transnational infringement of IPRs. </w:t>
      </w:r>
      <w:r>
        <w:rPr>
          <w:b/>
          <w:i w:val="0"/>
          <w:smallCaps w:val="0"/>
          <w:strike w:val="0"/>
          <w:sz w:val="24"/>
          <w:u w:val="single"/>
        </w:rPr>
        <w:t xml:space="preserve">The term </w:t>
      </w:r>
      <w:r>
        <w:rPr>
          <w:b/>
          <w:i w:val="0"/>
          <w:smallCaps w:val="0"/>
          <w:strike w:val="0"/>
          <w:sz w:val="24"/>
          <w:highlight w:val="cyan"/>
          <w:u w:val="single"/>
        </w:rPr>
        <w:t>protection</w:t>
      </w:r>
      <w:r>
        <w:rPr>
          <w:b/>
          <w:i w:val="0"/>
          <w:smallCaps w:val="0"/>
          <w:strike w:val="0"/>
          <w:sz w:val="24"/>
          <w:highlight w:val="cyan"/>
          <w:u w:val="single"/>
        </w:rPr>
        <w:t xml:space="preserve"> will be treated as </w:t>
      </w:r>
      <w:r>
        <w:rPr>
          <w:b/>
          <w:i w:val="0"/>
          <w:smallCaps w:val="0"/>
          <w:strike w:val="0"/>
          <w:sz w:val="24"/>
          <w:highlight w:val="cyan"/>
          <w:u w:val="single"/>
        </w:rPr>
        <w:t>synonymous</w:t>
      </w:r>
      <w:r>
        <w:rPr>
          <w:b/>
          <w:i w:val="0"/>
          <w:smallCaps w:val="0"/>
          <w:strike w:val="0"/>
          <w:sz w:val="24"/>
          <w:highlight w:val="cyan"/>
          <w:u w:val="single"/>
        </w:rPr>
        <w:t xml:space="preserve"> </w:t>
      </w:r>
      <w:r>
        <w:rPr>
          <w:b/>
          <w:i w:val="0"/>
          <w:smallCaps w:val="0"/>
          <w:strike w:val="0"/>
          <w:sz w:val="24"/>
          <w:highlight w:val="cyan"/>
          <w:u w:val="single"/>
        </w:rPr>
        <w:t>to</w:t>
      </w:r>
      <w:r>
        <w:rPr>
          <w:b/>
          <w:i w:val="0"/>
          <w:smallCaps w:val="0"/>
          <w:strike w:val="0"/>
          <w:sz w:val="24"/>
          <w:highlight w:val="cyan"/>
          <w:u w:val="single"/>
        </w:rPr>
        <w:t xml:space="preserve"> </w:t>
      </w:r>
      <w:r>
        <w:rPr>
          <w:b/>
          <w:i w:val="0"/>
          <w:smallCaps w:val="0"/>
          <w:strike w:val="0"/>
          <w:sz w:val="24"/>
          <w:highlight w:val="cyan"/>
          <w:u w:val="single"/>
        </w:rPr>
        <w:t>judicial enforcement</w:t>
      </w:r>
      <w:r>
        <w:rPr>
          <w:b w:val="0"/>
          <w:i w:val="0"/>
          <w:smallCaps w:val="0"/>
          <w:strike w:val="0"/>
          <w:sz w:val="16"/>
          <w:u w:val="none"/>
        </w:rPr>
        <w: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