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“In” indicates location within something.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Britannica N.D.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The Britannica Dictionary.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“In,” The Britannica Dictionary,” https://www.britannica.com/dictionary/in.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/ˈ</w:t>
      </w:r>
      <w:r>
        <w:rPr>
          <w:b w:val="0"/>
          <w:i w:val="0"/>
          <w:smallCaps w:val="0"/>
          <w:strike w:val="0"/>
          <w:sz w:val="16"/>
          <w:u w:val="none"/>
        </w:rPr>
        <w:t>ɪn</w:t>
      </w:r>
      <w:r>
        <w:rPr>
          <w:b w:val="0"/>
          <w:i w:val="0"/>
          <w:smallCaps w:val="0"/>
          <w:strike w:val="0"/>
          <w:sz w:val="16"/>
          <w:u w:val="none"/>
        </w:rPr>
        <w:t>/ /</w:t>
      </w:r>
      <w:r>
        <w:rPr>
          <w:b w:val="0"/>
          <w:i w:val="0"/>
          <w:smallCaps w:val="0"/>
          <w:strike w:val="0"/>
          <w:sz w:val="16"/>
          <w:u w:val="none"/>
        </w:rPr>
        <w:t>ən</w:t>
      </w:r>
      <w:r>
        <w:rPr>
          <w:b w:val="0"/>
          <w:i w:val="0"/>
          <w:smallCaps w:val="0"/>
          <w:strike w:val="0"/>
          <w:sz w:val="16"/>
          <w:u w:val="none"/>
        </w:rPr>
        <w:t>/  preposition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1 — </w:t>
      </w:r>
      <w:r>
        <w:rPr>
          <w:b/>
          <w:i w:val="0"/>
          <w:smallCaps w:val="0"/>
          <w:strike w:val="0"/>
          <w:sz w:val="24"/>
          <w:u w:val="single"/>
        </w:rPr>
        <w:t xml:space="preserve">used to indicate </w:t>
      </w:r>
      <w:r>
        <w:rPr>
          <w:b/>
          <w:i w:val="0"/>
          <w:smallCaps w:val="0"/>
          <w:strike w:val="0"/>
          <w:sz w:val="24"/>
          <w:u w:val="single"/>
        </w:rPr>
        <w:t>location</w:t>
      </w:r>
      <w:r>
        <w:rPr>
          <w:b/>
          <w:i w:val="0"/>
          <w:smallCaps w:val="0"/>
          <w:strike w:val="0"/>
          <w:sz w:val="24"/>
          <w:u w:val="single"/>
        </w:rPr>
        <w:t xml:space="preserve"> or </w:t>
      </w:r>
      <w:r>
        <w:rPr>
          <w:b/>
          <w:i w:val="0"/>
          <w:smallCaps w:val="0"/>
          <w:strike w:val="0"/>
          <w:sz w:val="24"/>
          <w:u w:val="single"/>
        </w:rPr>
        <w:t>position within</w:t>
      </w:r>
      <w:r>
        <w:rPr>
          <w:b/>
          <w:i w:val="0"/>
          <w:smallCaps w:val="0"/>
          <w:strike w:val="0"/>
          <w:sz w:val="24"/>
          <w:u w:val="single"/>
        </w:rPr>
        <w:t xml:space="preserve"> something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