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Neither party</w:t>
      </w:r>
      <w:r>
        <w:rPr>
          <w:b/>
          <w:i w:val="0"/>
          <w:smallCaps w:val="0"/>
          <w:strike w:val="0"/>
          <w:sz w:val="26"/>
          <w:u w:val="none"/>
        </w:rPr>
        <w:t xml:space="preserve"> wants it.</w:t>
      </w:r>
    </w:p>
    <w:p>
      <w:pPr>
        <w:spacing w:after="80"/>
      </w:pPr>
      <w:r>
        <w:rPr>
          <w:b/>
          <w:i w:val="0"/>
          <w:smallCaps w:val="0"/>
          <w:strike w:val="0"/>
          <w:sz w:val="26"/>
          <w:u w:val="none"/>
        </w:rPr>
        <w:t xml:space="preserve">Ramos ’23 </w:t>
      </w:r>
      <w:r>
        <w:rPr>
          <w:b w:val="0"/>
          <w:i w:val="0"/>
          <w:smallCaps w:val="0"/>
          <w:strike w:val="0"/>
          <w:u w:val="none"/>
        </w:rPr>
        <w:t xml:space="preserve">[John; February 2023; Award-winning journalist and reporter; CBS News, “San Jose assemblyman proposes state wealth tax ahead of SOTU,” </w:t>
      </w:r>
      <w:r>
        <w:rPr>
          <w:b w:val="0"/>
          <w:i w:val="0"/>
          <w:smallCaps w:val="0"/>
          <w:strike w:val="0"/>
          <w:u w:val="none"/>
        </w:rPr>
        <w:t>]</w:t>
      </w:r>
    </w:p>
    <w:p>
      <w:pPr>
        <w:spacing w:after="60"/>
      </w:pPr>
      <w:r>
        <w:rPr>
          <w:b w:val="0"/>
          <w:i w:val="0"/>
          <w:smallCaps w:val="0"/>
          <w:strike w:val="0"/>
          <w:sz w:val="16"/>
          <w:u w:val="none"/>
        </w:rPr>
        <w:t xml:space="preserve">President Biden is expected to once again propose </w:t>
      </w:r>
      <w:r>
        <w:rPr>
          <w:b w:val="0"/>
          <w:i w:val="0"/>
          <w:smallCaps w:val="0"/>
          <w:strike w:val="0"/>
          <w:sz w:val="22"/>
          <w:u w:val="single"/>
        </w:rPr>
        <w:t xml:space="preserve">a wealth </w:t>
      </w:r>
      <w:r>
        <w:rPr>
          <w:b w:val="0"/>
          <w:i w:val="0"/>
          <w:smallCaps w:val="0"/>
          <w:strike w:val="0"/>
          <w:sz w:val="22"/>
          <w:highlight w:val="cyan"/>
          <w:u w:val="single"/>
        </w:rPr>
        <w:t>tax</w:t>
      </w:r>
      <w:r>
        <w:rPr>
          <w:b w:val="0"/>
          <w:i w:val="0"/>
          <w:smallCaps w:val="0"/>
          <w:strike w:val="0"/>
          <w:sz w:val="16"/>
          <w:u w:val="none"/>
        </w:rPr>
        <w:t xml:space="preserve"> during his State of the Union, even after the idea </w:t>
      </w:r>
      <w:r>
        <w:rPr>
          <w:b/>
          <w:i w:val="0"/>
          <w:smallCaps w:val="0"/>
          <w:strike w:val="0"/>
          <w:sz w:val="24"/>
          <w:highlight w:val="cyan"/>
          <w:u w:val="single"/>
        </w:rPr>
        <w:t>failed</w:t>
      </w:r>
      <w:r>
        <w:rPr>
          <w:b w:val="0"/>
          <w:i w:val="0"/>
          <w:smallCaps w:val="0"/>
          <w:strike w:val="0"/>
          <w:sz w:val="22"/>
          <w:highlight w:val="cyan"/>
          <w:u w:val="single"/>
        </w:rPr>
        <w:t xml:space="preserve"> to </w:t>
      </w:r>
      <w:r>
        <w:rPr>
          <w:b/>
          <w:i w:val="0"/>
          <w:smallCaps w:val="0"/>
          <w:strike w:val="0"/>
          <w:sz w:val="24"/>
          <w:highlight w:val="cyan"/>
          <w:u w:val="single"/>
        </w:rPr>
        <w:t>gain traction</w:t>
      </w:r>
      <w:r>
        <w:rPr>
          <w:b w:val="0"/>
          <w:i w:val="0"/>
          <w:smallCaps w:val="0"/>
          <w:strike w:val="0"/>
          <w:sz w:val="22"/>
          <w:u w:val="single"/>
        </w:rPr>
        <w:t xml:space="preserve"> when Democrats controlled both houses of Congress</w:t>
      </w:r>
      <w:r>
        <w:rPr>
          <w:b w:val="0"/>
          <w:i w:val="0"/>
          <w:smallCaps w:val="0"/>
          <w:strike w:val="0"/>
          <w:sz w:val="16"/>
          <w:u w:val="none"/>
        </w:rPr>
        <w:t>.</w:t>
      </w:r>
    </w:p>
    <w:p>
      <w:pPr>
        <w:spacing w:after="60"/>
      </w:pPr>
      <w:r>
        <w:rPr>
          <w:b w:val="0"/>
          <w:i w:val="0"/>
          <w:smallCaps w:val="0"/>
          <w:strike w:val="0"/>
          <w:sz w:val="16"/>
          <w:u w:val="none"/>
        </w:rPr>
        <w:t xml:space="preserve">But even if the so-called wealth tax fails on the federal, lawmakers in several states have introduced similar bills on the local level, including one in California. </w:t>
      </w:r>
    </w:p>
    <w:p>
      <w:pPr>
        <w:spacing w:after="60"/>
      </w:pPr>
      <w:r>
        <w:rPr>
          <w:b w:val="0"/>
          <w:i w:val="0"/>
          <w:smallCaps w:val="0"/>
          <w:strike w:val="0"/>
          <w:sz w:val="16"/>
          <w:u w:val="none"/>
        </w:rPr>
        <w:t>"The average effective taxation rate for billionaires is eight percent. That's far below the rate for average middle and working class families across the country. And in California, it's the same way," says Assemblymember Alex Lee (D) San Jose.</w:t>
      </w:r>
    </w:p>
    <w:p>
      <w:pPr>
        <w:spacing w:after="60"/>
      </w:pPr>
      <w:r>
        <w:rPr>
          <w:b w:val="0"/>
          <w:i w:val="0"/>
          <w:smallCaps w:val="0"/>
          <w:strike w:val="0"/>
          <w:sz w:val="16"/>
          <w:u w:val="none"/>
        </w:rPr>
        <w:t>Assemblymember Lee says under his bill there would be an one-percent tax on assets over $50-million. Assets in excess of a billion dollars would be taxed at 1.5%.</w:t>
      </w:r>
    </w:p>
    <w:p>
      <w:pPr>
        <w:spacing w:after="60"/>
      </w:pPr>
      <w:r>
        <w:rPr>
          <w:b w:val="0"/>
          <w:i w:val="0"/>
          <w:smallCaps w:val="0"/>
          <w:strike w:val="0"/>
          <w:sz w:val="16"/>
          <w:u w:val="none"/>
        </w:rPr>
        <w:t>"99.9% of people in this country are not very, very rich. And they are shouldering the tax burden now. And they want to see those who have an insane amount of money pay what they owe," he said.</w:t>
      </w:r>
    </w:p>
    <w:p>
      <w:pPr>
        <w:spacing w:after="60"/>
      </w:pPr>
      <w:r>
        <w:rPr>
          <w:b w:val="0"/>
          <w:i w:val="0"/>
          <w:smallCaps w:val="0"/>
          <w:strike w:val="0"/>
          <w:sz w:val="22"/>
          <w:u w:val="single"/>
        </w:rPr>
        <w:t xml:space="preserve">But </w:t>
      </w:r>
      <w:r>
        <w:rPr>
          <w:b/>
          <w:i w:val="0"/>
          <w:smallCaps w:val="0"/>
          <w:strike w:val="0"/>
          <w:sz w:val="24"/>
          <w:u w:val="single"/>
        </w:rPr>
        <w:t>critics</w:t>
      </w:r>
      <w:r>
        <w:rPr>
          <w:b w:val="0"/>
          <w:i w:val="0"/>
          <w:smallCaps w:val="0"/>
          <w:strike w:val="0"/>
          <w:sz w:val="22"/>
          <w:u w:val="single"/>
        </w:rPr>
        <w:t xml:space="preserve"> say </w:t>
      </w:r>
      <w:r>
        <w:rPr>
          <w:b w:val="0"/>
          <w:i w:val="0"/>
          <w:smallCaps w:val="0"/>
          <w:strike w:val="0"/>
          <w:sz w:val="22"/>
          <w:highlight w:val="cyan"/>
          <w:u w:val="single"/>
        </w:rPr>
        <w:t xml:space="preserve">there are </w:t>
      </w:r>
      <w:r>
        <w:rPr>
          <w:b/>
          <w:i w:val="0"/>
          <w:smallCaps w:val="0"/>
          <w:strike w:val="0"/>
          <w:sz w:val="24"/>
          <w:highlight w:val="cyan"/>
          <w:u w:val="single"/>
        </w:rPr>
        <w:t>philosophical</w:t>
      </w:r>
      <w:r>
        <w:rPr>
          <w:b w:val="0"/>
          <w:i w:val="0"/>
          <w:smallCaps w:val="0"/>
          <w:strike w:val="0"/>
          <w:sz w:val="22"/>
          <w:u w:val="single"/>
        </w:rPr>
        <w:t xml:space="preserve"> and </w:t>
      </w:r>
      <w:r>
        <w:rPr>
          <w:b/>
          <w:i w:val="0"/>
          <w:smallCaps w:val="0"/>
          <w:strike w:val="0"/>
          <w:sz w:val="24"/>
          <w:u w:val="single"/>
        </w:rPr>
        <w:t xml:space="preserve">practical </w:t>
      </w:r>
      <w:r>
        <w:rPr>
          <w:b/>
          <w:i w:val="0"/>
          <w:smallCaps w:val="0"/>
          <w:strike w:val="0"/>
          <w:sz w:val="24"/>
          <w:highlight w:val="cyan"/>
          <w:u w:val="single"/>
        </w:rPr>
        <w:t>concerns</w:t>
      </w:r>
      <w:r>
        <w:rPr>
          <w:b w:val="0"/>
          <w:i w:val="0"/>
          <w:smallCaps w:val="0"/>
          <w:strike w:val="0"/>
          <w:sz w:val="16"/>
          <w:u w:val="none"/>
        </w:rPr>
        <w:t>.</w:t>
      </w:r>
    </w:p>
    <w:p>
      <w:pPr>
        <w:spacing w:after="60"/>
      </w:pPr>
      <w:r>
        <w:rPr>
          <w:b w:val="0"/>
          <w:i w:val="0"/>
          <w:smallCaps w:val="0"/>
          <w:strike w:val="0"/>
          <w:sz w:val="16"/>
          <w:u w:val="none"/>
        </w:rPr>
        <w:t>"To add on a new tax would actually physically motivate people who earn this much money to just move out of the state," says former San Jose City Councilman and businessman Johnny Khamis.</w:t>
      </w:r>
    </w:p>
    <w:p>
      <w:pPr>
        <w:spacing w:after="60"/>
      </w:pPr>
      <w:r>
        <w:rPr>
          <w:b w:val="0"/>
          <w:i w:val="0"/>
          <w:smallCaps w:val="0"/>
          <w:strike w:val="0"/>
          <w:sz w:val="16"/>
          <w:u w:val="none"/>
        </w:rPr>
        <w:t>Assemblymember Lee says the notion that billionaires will be simply sidestep the law and leave the state is overblown.</w:t>
      </w:r>
    </w:p>
    <w:p>
      <w:pPr>
        <w:spacing w:after="60"/>
      </w:pPr>
      <w:r>
        <w:rPr>
          <w:b w:val="0"/>
          <w:i w:val="0"/>
          <w:smallCaps w:val="0"/>
          <w:strike w:val="0"/>
          <w:sz w:val="16"/>
          <w:u w:val="none"/>
        </w:rPr>
        <w:t>"Study after study have shown us that it's really middle and lower-class people who move out of states that are high cost because it is high cost. Those who can pay the premium end up staying," Lee said.</w:t>
      </w:r>
    </w:p>
    <w:p>
      <w:pPr>
        <w:spacing w:after="60"/>
      </w:pPr>
      <w:r>
        <w:rPr>
          <w:b w:val="0"/>
          <w:i w:val="0"/>
          <w:smallCaps w:val="0"/>
          <w:strike w:val="0"/>
          <w:sz w:val="22"/>
          <w:highlight w:val="cyan"/>
          <w:u w:val="single"/>
        </w:rPr>
        <w:t xml:space="preserve">It's </w:t>
      </w:r>
      <w:r>
        <w:rPr>
          <w:b/>
          <w:i w:val="0"/>
          <w:smallCaps w:val="0"/>
          <w:strike w:val="0"/>
          <w:sz w:val="24"/>
          <w:highlight w:val="cyan"/>
          <w:u w:val="single"/>
        </w:rPr>
        <w:t>not clear</w:t>
      </w:r>
      <w:r>
        <w:rPr>
          <w:b w:val="0"/>
          <w:i w:val="0"/>
          <w:smallCaps w:val="0"/>
          <w:strike w:val="0"/>
          <w:sz w:val="22"/>
          <w:highlight w:val="cyan"/>
          <w:u w:val="single"/>
        </w:rPr>
        <w:t xml:space="preserve"> if</w:t>
      </w:r>
      <w:r>
        <w:rPr>
          <w:b w:val="0"/>
          <w:i w:val="0"/>
          <w:smallCaps w:val="0"/>
          <w:strike w:val="0"/>
          <w:sz w:val="22"/>
          <w:u w:val="single"/>
        </w:rPr>
        <w:t xml:space="preserve"> President </w:t>
      </w:r>
      <w:r>
        <w:rPr>
          <w:b w:val="0"/>
          <w:i w:val="0"/>
          <w:smallCaps w:val="0"/>
          <w:strike w:val="0"/>
          <w:sz w:val="22"/>
          <w:highlight w:val="cyan"/>
          <w:u w:val="single"/>
        </w:rPr>
        <w:t>Biden has</w:t>
      </w:r>
      <w:r>
        <w:rPr>
          <w:b w:val="0"/>
          <w:i w:val="0"/>
          <w:smallCaps w:val="0"/>
          <w:strike w:val="0"/>
          <w:sz w:val="22"/>
          <w:u w:val="single"/>
        </w:rPr>
        <w:t xml:space="preserve"> the </w:t>
      </w:r>
      <w:r>
        <w:rPr>
          <w:b/>
          <w:i w:val="0"/>
          <w:smallCaps w:val="0"/>
          <w:strike w:val="0"/>
          <w:sz w:val="24"/>
          <w:u w:val="single"/>
        </w:rPr>
        <w:t xml:space="preserve">political </w:t>
      </w:r>
      <w:r>
        <w:rPr>
          <w:b/>
          <w:i w:val="0"/>
          <w:smallCaps w:val="0"/>
          <w:strike w:val="0"/>
          <w:sz w:val="24"/>
          <w:highlight w:val="cyan"/>
          <w:u w:val="single"/>
        </w:rPr>
        <w:t>capital</w:t>
      </w:r>
      <w:r>
        <w:rPr>
          <w:b w:val="0"/>
          <w:i w:val="0"/>
          <w:smallCaps w:val="0"/>
          <w:strike w:val="0"/>
          <w:sz w:val="22"/>
          <w:highlight w:val="cyan"/>
          <w:u w:val="single"/>
        </w:rPr>
        <w:t xml:space="preserve"> to get</w:t>
      </w:r>
      <w:r>
        <w:rPr>
          <w:b w:val="0"/>
          <w:i w:val="0"/>
          <w:smallCaps w:val="0"/>
          <w:strike w:val="0"/>
          <w:sz w:val="22"/>
          <w:u w:val="single"/>
        </w:rPr>
        <w:t xml:space="preserve"> his wealth-tax </w:t>
      </w:r>
      <w:r>
        <w:rPr>
          <w:b w:val="0"/>
          <w:i w:val="0"/>
          <w:smallCaps w:val="0"/>
          <w:strike w:val="0"/>
          <w:sz w:val="22"/>
          <w:highlight w:val="cyan"/>
          <w:u w:val="single"/>
        </w:rPr>
        <w:t>proposal through</w:t>
      </w:r>
      <w:r>
        <w:rPr>
          <w:b w:val="0"/>
          <w:i w:val="0"/>
          <w:smallCaps w:val="0"/>
          <w:strike w:val="0"/>
          <w:sz w:val="22"/>
          <w:u w:val="single"/>
        </w:rPr>
        <w:t xml:space="preserve"> a </w:t>
      </w:r>
      <w:r>
        <w:rPr>
          <w:b/>
          <w:i w:val="0"/>
          <w:smallCaps w:val="0"/>
          <w:strike w:val="0"/>
          <w:sz w:val="24"/>
          <w:u w:val="single"/>
        </w:rPr>
        <w:t xml:space="preserve">divided </w:t>
      </w:r>
      <w:r>
        <w:rPr>
          <w:b/>
          <w:i w:val="0"/>
          <w:smallCaps w:val="0"/>
          <w:strike w:val="0"/>
          <w:sz w:val="24"/>
          <w:highlight w:val="cyan"/>
          <w:u w:val="single"/>
        </w:rPr>
        <w:t>Congress</w:t>
      </w:r>
      <w:r>
        <w:rPr>
          <w:b w:val="0"/>
          <w:i w:val="0"/>
          <w:smallCaps w:val="0"/>
          <w:strike w:val="0"/>
          <w:sz w:val="16"/>
          <w:u w:val="none"/>
        </w:rPr>
        <w:t xml:space="preserve">. But </w:t>
      </w:r>
      <w:r>
        <w:rPr>
          <w:b w:val="0"/>
          <w:i w:val="0"/>
          <w:smallCaps w:val="0"/>
          <w:strike w:val="0"/>
          <w:sz w:val="22"/>
          <w:u w:val="single"/>
        </w:rPr>
        <w:t>Khamis</w:t>
      </w:r>
      <w:r>
        <w:rPr>
          <w:b w:val="0"/>
          <w:i w:val="0"/>
          <w:smallCaps w:val="0"/>
          <w:strike w:val="0"/>
          <w:sz w:val="16"/>
          <w:u w:val="none"/>
        </w:rPr>
        <w:t xml:space="preserve"> says there's only two ways to balance a budget and he </w:t>
      </w:r>
      <w:r>
        <w:rPr>
          <w:b w:val="0"/>
          <w:i w:val="0"/>
          <w:smallCaps w:val="0"/>
          <w:strike w:val="0"/>
          <w:sz w:val="22"/>
          <w:u w:val="single"/>
        </w:rPr>
        <w:t xml:space="preserve">wishes there was </w:t>
      </w:r>
      <w:r>
        <w:rPr>
          <w:b/>
          <w:i w:val="0"/>
          <w:smallCaps w:val="0"/>
          <w:strike w:val="0"/>
          <w:sz w:val="24"/>
          <w:u w:val="single"/>
        </w:rPr>
        <w:t>less emphasis</w:t>
      </w:r>
      <w:r>
        <w:rPr>
          <w:b w:val="0"/>
          <w:i w:val="0"/>
          <w:smallCaps w:val="0"/>
          <w:strike w:val="0"/>
          <w:sz w:val="22"/>
          <w:u w:val="single"/>
        </w:rPr>
        <w:t xml:space="preserve"> on taxation</w:t>
      </w:r>
      <w:r>
        <w:rPr>
          <w:b w:val="0"/>
          <w:i w:val="0"/>
          <w:smallCaps w:val="0"/>
          <w:strike w:val="0"/>
          <w:sz w:val="16"/>
          <w:u w:val="none"/>
        </w:rPr>
        <w:t>.</w:t>
      </w:r>
    </w:p>
    <w:p>
      <w:pPr>
        <w:spacing w:after="60"/>
      </w:pPr>
      <w:r>
        <w:rPr>
          <w:b w:val="0"/>
          <w:i w:val="0"/>
          <w:smallCaps w:val="0"/>
          <w:strike w:val="0"/>
          <w:sz w:val="16"/>
          <w:u w:val="none"/>
        </w:rPr>
        <w:t xml:space="preserve">"There's two sides to the equation -- there's the taxing and the spending. </w:t>
      </w:r>
      <w:r>
        <w:rPr>
          <w:b w:val="0"/>
          <w:i w:val="0"/>
          <w:smallCaps w:val="0"/>
          <w:strike w:val="0"/>
          <w:sz w:val="22"/>
          <w:u w:val="single"/>
        </w:rPr>
        <w:t>We keep focusing on taxing. And</w:t>
      </w:r>
      <w:r>
        <w:rPr>
          <w:b w:val="0"/>
          <w:i w:val="0"/>
          <w:smallCaps w:val="0"/>
          <w:strike w:val="0"/>
          <w:sz w:val="16"/>
          <w:u w:val="none"/>
        </w:rPr>
        <w:t xml:space="preserve"> we never look -- </w:t>
      </w:r>
      <w:r>
        <w:rPr>
          <w:b/>
          <w:i w:val="0"/>
          <w:smallCaps w:val="0"/>
          <w:strike w:val="0"/>
          <w:sz w:val="24"/>
          <w:highlight w:val="cyan"/>
          <w:u w:val="single"/>
        </w:rPr>
        <w:t>neither Republican</w:t>
      </w:r>
      <w:r>
        <w:rPr>
          <w:b w:val="0"/>
          <w:i w:val="0"/>
          <w:smallCaps w:val="0"/>
          <w:strike w:val="0"/>
          <w:sz w:val="22"/>
          <w:highlight w:val="cyan"/>
          <w:u w:val="single"/>
        </w:rPr>
        <w:t xml:space="preserve"> or </w:t>
      </w:r>
      <w:r>
        <w:rPr>
          <w:b/>
          <w:i w:val="0"/>
          <w:smallCaps w:val="0"/>
          <w:strike w:val="0"/>
          <w:sz w:val="24"/>
          <w:highlight w:val="cyan"/>
          <w:u w:val="single"/>
        </w:rPr>
        <w:t>Demo</w:t>
      </w:r>
      <w:r>
        <w:rPr>
          <w:b w:val="0"/>
          <w:i w:val="0"/>
          <w:smallCaps w:val="0"/>
          <w:strike w:val="0"/>
          <w:sz w:val="22"/>
          <w:u w:val="single"/>
        </w:rPr>
        <w:t>cratic administration</w:t>
      </w:r>
      <w:r>
        <w:rPr>
          <w:b/>
          <w:i w:val="0"/>
          <w:smallCaps w:val="0"/>
          <w:strike w:val="0"/>
          <w:sz w:val="24"/>
          <w:highlight w:val="cyan"/>
          <w:u w:val="single"/>
        </w:rPr>
        <w:t>s</w:t>
      </w:r>
      <w:r>
        <w:rPr>
          <w:b w:val="0"/>
          <w:i w:val="0"/>
          <w:smallCaps w:val="0"/>
          <w:strike w:val="0"/>
          <w:sz w:val="22"/>
          <w:highlight w:val="cyan"/>
          <w:u w:val="single"/>
        </w:rPr>
        <w:t xml:space="preserve"> want</w:t>
      </w:r>
      <w:r>
        <w:rPr>
          <w:b w:val="0"/>
          <w:i w:val="0"/>
          <w:smallCaps w:val="0"/>
          <w:strike w:val="0"/>
          <w:sz w:val="22"/>
          <w:u w:val="single"/>
        </w:rPr>
        <w:t xml:space="preserve"> to do </w:t>
      </w:r>
      <w:r>
        <w:rPr>
          <w:b w:val="0"/>
          <w:i w:val="0"/>
          <w:smallCaps w:val="0"/>
          <w:strike w:val="0"/>
          <w:sz w:val="22"/>
          <w:highlight w:val="cyan"/>
          <w:u w:val="single"/>
        </w:rPr>
        <w:t>the</w:t>
      </w:r>
      <w:r>
        <w:rPr>
          <w:b w:val="0"/>
          <w:i w:val="0"/>
          <w:smallCaps w:val="0"/>
          <w:strike w:val="0"/>
          <w:sz w:val="22"/>
          <w:u w:val="single"/>
        </w:rPr>
        <w:t xml:space="preserve"> hard </w:t>
      </w:r>
      <w:r>
        <w:rPr>
          <w:b w:val="0"/>
          <w:i w:val="0"/>
          <w:smallCaps w:val="0"/>
          <w:strike w:val="0"/>
          <w:sz w:val="22"/>
          <w:highlight w:val="cyan"/>
          <w:u w:val="single"/>
        </w:rPr>
        <w:t>work</w:t>
      </w:r>
      <w:r>
        <w:rPr>
          <w:b w:val="0"/>
          <w:i w:val="0"/>
          <w:smallCaps w:val="0"/>
          <w:strike w:val="0"/>
          <w:sz w:val="16"/>
          <w:u w:val="none"/>
        </w:rPr>
        <w:t xml:space="preserve"> or looking at our spending," Khamis said.</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