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Debating about </w:t>
      </w:r>
      <w:r>
        <w:rPr>
          <w:b/>
          <w:i w:val="0"/>
          <w:smallCaps w:val="0"/>
          <w:strike w:val="0"/>
          <w:sz w:val="26"/>
          <w:u w:val="single"/>
        </w:rPr>
        <w:t>body counts</w:t>
      </w:r>
      <w:r>
        <w:rPr>
          <w:b/>
          <w:i w:val="0"/>
          <w:smallCaps w:val="0"/>
          <w:strike w:val="0"/>
          <w:sz w:val="26"/>
          <w:u w:val="none"/>
        </w:rPr>
        <w:t xml:space="preserve"> and </w:t>
      </w:r>
      <w:r>
        <w:rPr>
          <w:b/>
          <w:i w:val="0"/>
          <w:smallCaps w:val="0"/>
          <w:strike w:val="0"/>
          <w:sz w:val="26"/>
          <w:u w:val="single"/>
        </w:rPr>
        <w:t>mass death</w:t>
      </w:r>
      <w:r>
        <w:rPr>
          <w:b/>
          <w:i w:val="0"/>
          <w:smallCaps w:val="0"/>
          <w:strike w:val="0"/>
          <w:sz w:val="26"/>
          <w:u w:val="none"/>
        </w:rPr>
        <w:t xml:space="preserve"> is </w:t>
      </w:r>
      <w:r>
        <w:rPr>
          <w:b/>
          <w:i w:val="0"/>
          <w:smallCaps w:val="0"/>
          <w:strike w:val="0"/>
          <w:sz w:val="26"/>
          <w:u w:val="single"/>
        </w:rPr>
        <w:t>preferable</w:t>
      </w:r>
      <w:r>
        <w:rPr>
          <w:b/>
          <w:i w:val="0"/>
          <w:smallCaps w:val="0"/>
          <w:strike w:val="0"/>
          <w:sz w:val="26"/>
          <w:u w:val="none"/>
        </w:rPr>
        <w:t xml:space="preserve"> to the alternative---it forces </w:t>
      </w:r>
      <w:r>
        <w:rPr>
          <w:b/>
          <w:i w:val="0"/>
          <w:smallCaps w:val="0"/>
          <w:strike w:val="0"/>
          <w:sz w:val="26"/>
          <w:u w:val="single"/>
        </w:rPr>
        <w:t>responsibility</w:t>
      </w:r>
      <w:r>
        <w:rPr>
          <w:b/>
          <w:i w:val="0"/>
          <w:smallCaps w:val="0"/>
          <w:strike w:val="0"/>
          <w:sz w:val="26"/>
          <w:u w:val="none"/>
        </w:rPr>
        <w:t xml:space="preserve">, </w:t>
      </w:r>
      <w:r>
        <w:rPr>
          <w:b/>
          <w:i w:val="0"/>
          <w:smallCaps w:val="0"/>
          <w:strike w:val="0"/>
          <w:sz w:val="26"/>
          <w:u w:val="single"/>
        </w:rPr>
        <w:t>even if</w:t>
      </w:r>
      <w:r>
        <w:rPr>
          <w:b/>
          <w:i w:val="0"/>
          <w:smallCaps w:val="0"/>
          <w:strike w:val="0"/>
          <w:sz w:val="26"/>
          <w:u w:val="none"/>
        </w:rPr>
        <w:t xml:space="preserve"> desensitizing.</w:t>
      </w:r>
    </w:p>
    <w:p>
      <w:pPr>
        <w:spacing w:after="80"/>
      </w:pPr>
      <w:r>
        <w:rPr>
          <w:b/>
          <w:i w:val="0"/>
          <w:smallCaps w:val="0"/>
          <w:strike w:val="0"/>
          <w:sz w:val="26"/>
          <w:u w:val="none"/>
        </w:rPr>
        <w:t xml:space="preserve">Chernus ‘3 </w:t>
      </w:r>
      <w:r>
        <w:rPr>
          <w:b w:val="0"/>
          <w:i w:val="0"/>
          <w:smallCaps w:val="0"/>
          <w:strike w:val="0"/>
          <w:u w:val="none"/>
        </w:rPr>
        <w:t xml:space="preserve">[Ira; April 1; Professor of Religious Studies at the University of Colorado, Boulder; Common Dreams, “Bring Back the Body Count,” </w:t>
      </w:r>
      <w:r>
        <w:rPr>
          <w:b w:val="0"/>
          <w:i w:val="0"/>
          <w:smallCaps w:val="0"/>
          <w:strike w:val="0"/>
          <w:u w:val="none"/>
        </w:rPr>
        <w:t>]</w:t>
      </w:r>
    </w:p>
    <w:p>
      <w:pPr>
        <w:spacing w:after="60"/>
      </w:pPr>
      <w:r>
        <w:rPr>
          <w:b w:val="0"/>
          <w:i w:val="0"/>
          <w:smallCaps w:val="0"/>
          <w:strike w:val="0"/>
          <w:sz w:val="22"/>
          <w:u w:val="single"/>
        </w:rPr>
        <w:t>"We don't do body counts,"</w:t>
      </w:r>
      <w:r>
        <w:rPr>
          <w:b w:val="0"/>
          <w:i w:val="0"/>
          <w:smallCaps w:val="0"/>
          <w:strike w:val="0"/>
          <w:sz w:val="16"/>
          <w:u w:val="none"/>
        </w:rPr>
        <w:t xml:space="preserve"> says America's soldier-in-chief, Tommy Franks. </w:t>
      </w:r>
      <w:r>
        <w:rPr>
          <w:b w:val="0"/>
          <w:i w:val="0"/>
          <w:smallCaps w:val="0"/>
          <w:strike w:val="0"/>
          <w:sz w:val="22"/>
          <w:u w:val="single"/>
        </w:rPr>
        <w:t xml:space="preserve">That's a </w:t>
      </w:r>
      <w:r>
        <w:rPr>
          <w:b/>
          <w:i w:val="0"/>
          <w:smallCaps w:val="0"/>
          <w:strike w:val="0"/>
          <w:sz w:val="24"/>
          <w:u w:val="single"/>
        </w:rPr>
        <w:t>damn shame</w:t>
      </w:r>
      <w:r>
        <w:rPr>
          <w:b w:val="0"/>
          <w:i w:val="0"/>
          <w:smallCaps w:val="0"/>
          <w:strike w:val="0"/>
          <w:sz w:val="16"/>
          <w:u w:val="none"/>
        </w:rPr>
        <w:t>.</w:t>
      </w:r>
    </w:p>
    <w:p>
      <w:pPr>
        <w:spacing w:after="60"/>
      </w:pPr>
      <w:r>
        <w:rPr>
          <w:b w:val="0"/>
          <w:i w:val="0"/>
          <w:smallCaps w:val="0"/>
          <w:strike w:val="0"/>
          <w:sz w:val="16"/>
          <w:u w:val="none"/>
        </w:rPr>
        <w:t>During the Vietnam war, the body count was served up every day on the evening news. While Americans ate dinner, they watched a graphic visual scorecard: how many Americans had died that day, how many South Vietnamese, and how many Communists. At the time, it seemed the height of dehumanized violence. Compared to Tommy Franks' new way of war, though, the old way looks very humane indeed.</w:t>
      </w:r>
    </w:p>
    <w:p>
      <w:pPr>
        <w:spacing w:after="60"/>
      </w:pPr>
      <w:r>
        <w:rPr>
          <w:b w:val="0"/>
          <w:i w:val="0"/>
          <w:smallCaps w:val="0"/>
          <w:strike w:val="0"/>
          <w:sz w:val="22"/>
          <w:u w:val="single"/>
        </w:rPr>
        <w:t xml:space="preserve">True, </w:t>
      </w:r>
      <w:r>
        <w:rPr>
          <w:b w:val="0"/>
          <w:i w:val="0"/>
          <w:smallCaps w:val="0"/>
          <w:strike w:val="0"/>
          <w:sz w:val="22"/>
          <w:highlight w:val="cyan"/>
          <w:u w:val="single"/>
        </w:rPr>
        <w:t xml:space="preserve">the </w:t>
      </w:r>
      <w:r>
        <w:rPr>
          <w:b/>
          <w:i w:val="0"/>
          <w:smallCaps w:val="0"/>
          <w:strike w:val="0"/>
          <w:sz w:val="24"/>
          <w:highlight w:val="cyan"/>
          <w:u w:val="single"/>
        </w:rPr>
        <w:t>body count</w:t>
      </w:r>
      <w:r>
        <w:rPr>
          <w:b w:val="0"/>
          <w:i w:val="0"/>
          <w:smallCaps w:val="0"/>
          <w:strike w:val="0"/>
          <w:sz w:val="22"/>
          <w:highlight w:val="cyan"/>
          <w:u w:val="single"/>
        </w:rPr>
        <w:t xml:space="preserve"> turned </w:t>
      </w:r>
      <w:r>
        <w:rPr>
          <w:b/>
          <w:i w:val="0"/>
          <w:smallCaps w:val="0"/>
          <w:strike w:val="0"/>
          <w:sz w:val="24"/>
          <w:highlight w:val="cyan"/>
          <w:u w:val="single"/>
        </w:rPr>
        <w:t>human</w:t>
      </w:r>
      <w:r>
        <w:rPr>
          <w:b w:val="0"/>
          <w:i w:val="0"/>
          <w:smallCaps w:val="0"/>
          <w:strike w:val="0"/>
          <w:sz w:val="22"/>
          <w:u w:val="single"/>
        </w:rPr>
        <w:t xml:space="preserve"> being</w:t>
      </w:r>
      <w:r>
        <w:rPr>
          <w:b/>
          <w:i w:val="0"/>
          <w:smallCaps w:val="0"/>
          <w:strike w:val="0"/>
          <w:sz w:val="24"/>
          <w:highlight w:val="cyan"/>
          <w:u w:val="single"/>
        </w:rPr>
        <w:t>s</w:t>
      </w:r>
      <w:r>
        <w:rPr>
          <w:b w:val="0"/>
          <w:i w:val="0"/>
          <w:smallCaps w:val="0"/>
          <w:strike w:val="0"/>
          <w:sz w:val="22"/>
          <w:highlight w:val="cyan"/>
          <w:u w:val="single"/>
        </w:rPr>
        <w:t xml:space="preserve"> into</w:t>
      </w:r>
      <w:r>
        <w:rPr>
          <w:b w:val="0"/>
          <w:i w:val="0"/>
          <w:smallCaps w:val="0"/>
          <w:strike w:val="0"/>
          <w:sz w:val="22"/>
          <w:u w:val="single"/>
        </w:rPr>
        <w:t xml:space="preserve"> abstract </w:t>
      </w:r>
      <w:r>
        <w:rPr>
          <w:b/>
          <w:i w:val="0"/>
          <w:smallCaps w:val="0"/>
          <w:strike w:val="0"/>
          <w:sz w:val="24"/>
          <w:highlight w:val="cyan"/>
          <w:u w:val="single"/>
        </w:rPr>
        <w:t>numbers</w:t>
      </w:r>
      <w:r>
        <w:rPr>
          <w:b w:val="0"/>
          <w:i w:val="0"/>
          <w:smallCaps w:val="0"/>
          <w:strike w:val="0"/>
          <w:sz w:val="22"/>
          <w:highlight w:val="cyan"/>
          <w:u w:val="single"/>
        </w:rPr>
        <w:t>. But it required</w:t>
      </w:r>
      <w:r>
        <w:rPr>
          <w:b w:val="0"/>
          <w:i w:val="0"/>
          <w:smallCaps w:val="0"/>
          <w:strike w:val="0"/>
          <w:sz w:val="22"/>
          <w:u w:val="single"/>
        </w:rPr>
        <w:t xml:space="preserve"> soldiers </w:t>
      </w:r>
      <w:r>
        <w:rPr>
          <w:b w:val="0"/>
          <w:i w:val="0"/>
          <w:smallCaps w:val="0"/>
          <w:strike w:val="0"/>
          <w:sz w:val="22"/>
          <w:highlight w:val="cyan"/>
          <w:u w:val="single"/>
        </w:rPr>
        <w:t>to say</w:t>
      </w:r>
      <w:r>
        <w:rPr>
          <w:b w:val="0"/>
          <w:i w:val="0"/>
          <w:smallCaps w:val="0"/>
          <w:strike w:val="0"/>
          <w:sz w:val="22"/>
          <w:u w:val="single"/>
        </w:rPr>
        <w:t xml:space="preserve"> to the world, "Look everyone. </w:t>
      </w:r>
      <w:r>
        <w:rPr>
          <w:b w:val="0"/>
          <w:i w:val="0"/>
          <w:smallCaps w:val="0"/>
          <w:strike w:val="0"/>
          <w:sz w:val="22"/>
          <w:highlight w:val="cyan"/>
          <w:u w:val="single"/>
        </w:rPr>
        <w:t xml:space="preserve">I </w:t>
      </w:r>
      <w:r>
        <w:rPr>
          <w:b/>
          <w:i w:val="0"/>
          <w:smallCaps w:val="0"/>
          <w:strike w:val="0"/>
          <w:sz w:val="24"/>
          <w:highlight w:val="cyan"/>
          <w:u w:val="single"/>
        </w:rPr>
        <w:t>killed human</w:t>
      </w:r>
      <w:r>
        <w:rPr>
          <w:b w:val="0"/>
          <w:i w:val="0"/>
          <w:smallCaps w:val="0"/>
          <w:strike w:val="0"/>
          <w:sz w:val="22"/>
          <w:u w:val="single"/>
        </w:rPr>
        <w:t xml:space="preserve"> being</w:t>
      </w:r>
      <w:r>
        <w:rPr>
          <w:b/>
          <w:i w:val="0"/>
          <w:smallCaps w:val="0"/>
          <w:strike w:val="0"/>
          <w:sz w:val="24"/>
          <w:highlight w:val="cyan"/>
          <w:u w:val="single"/>
        </w:rPr>
        <w:t>s</w:t>
      </w:r>
      <w:r>
        <w:rPr>
          <w:b w:val="0"/>
          <w:i w:val="0"/>
          <w:smallCaps w:val="0"/>
          <w:strike w:val="0"/>
          <w:sz w:val="22"/>
          <w:u w:val="single"/>
        </w:rPr>
        <w:t xml:space="preserve"> today</w:t>
      </w:r>
      <w:r>
        <w:rPr>
          <w:b w:val="0"/>
          <w:i w:val="0"/>
          <w:smallCaps w:val="0"/>
          <w:strike w:val="0"/>
          <w:sz w:val="16"/>
          <w:u w:val="none"/>
        </w:rPr>
        <w:t xml:space="preserve">. This is exactly how many I killed. I am obliged to count each and every one." </w:t>
      </w:r>
      <w:r>
        <w:rPr>
          <w:b w:val="0"/>
          <w:i w:val="0"/>
          <w:smallCaps w:val="0"/>
          <w:strike w:val="0"/>
          <w:sz w:val="22"/>
          <w:u w:val="single"/>
        </w:rPr>
        <w:t xml:space="preserve">It demanded that the killers </w:t>
      </w:r>
      <w:r>
        <w:rPr>
          <w:b/>
          <w:i w:val="0"/>
          <w:smallCaps w:val="0"/>
          <w:strike w:val="0"/>
          <w:sz w:val="24"/>
          <w:highlight w:val="cyan"/>
          <w:u w:val="single"/>
        </w:rPr>
        <w:t>look</w:t>
      </w:r>
      <w:r>
        <w:rPr>
          <w:b w:val="0"/>
          <w:i w:val="0"/>
          <w:smallCaps w:val="0"/>
          <w:strike w:val="0"/>
          <w:sz w:val="22"/>
          <w:u w:val="single"/>
        </w:rPr>
        <w:t xml:space="preserve"> at what they had done, </w:t>
      </w:r>
      <w:r>
        <w:rPr>
          <w:b/>
          <w:i w:val="0"/>
          <w:smallCaps w:val="0"/>
          <w:strike w:val="0"/>
          <w:sz w:val="24"/>
          <w:highlight w:val="cyan"/>
          <w:u w:val="single"/>
        </w:rPr>
        <w:t>think</w:t>
      </w:r>
      <w:r>
        <w:rPr>
          <w:b/>
          <w:i w:val="0"/>
          <w:smallCaps w:val="0"/>
          <w:strike w:val="0"/>
          <w:sz w:val="24"/>
          <w:u w:val="single"/>
        </w:rPr>
        <w:t xml:space="preserve"> about it</w:t>
      </w:r>
      <w:r>
        <w:rPr>
          <w:b w:val="0"/>
          <w:i w:val="0"/>
          <w:smallCaps w:val="0"/>
          <w:strike w:val="0"/>
          <w:sz w:val="22"/>
          <w:u w:val="single"/>
        </w:rPr>
        <w:t xml:space="preserve"> (however briefly), </w:t>
      </w:r>
      <w:r>
        <w:rPr>
          <w:b w:val="0"/>
          <w:i w:val="0"/>
          <w:smallCaps w:val="0"/>
          <w:strike w:val="0"/>
          <w:sz w:val="22"/>
          <w:highlight w:val="cyan"/>
          <w:u w:val="single"/>
        </w:rPr>
        <w:t xml:space="preserve">and </w:t>
      </w:r>
      <w:r>
        <w:rPr>
          <w:b/>
          <w:i w:val="0"/>
          <w:smallCaps w:val="0"/>
          <w:strike w:val="0"/>
          <w:sz w:val="24"/>
          <w:highlight w:val="cyan"/>
          <w:u w:val="single"/>
        </w:rPr>
        <w:t>acknowledge</w:t>
      </w:r>
      <w:r>
        <w:rPr>
          <w:b w:val="0"/>
          <w:i w:val="0"/>
          <w:smallCaps w:val="0"/>
          <w:strike w:val="0"/>
          <w:sz w:val="22"/>
          <w:u w:val="single"/>
        </w:rPr>
        <w:t xml:space="preserve"> their deed. It was </w:t>
      </w:r>
      <w:r>
        <w:rPr>
          <w:b w:val="0"/>
          <w:i w:val="0"/>
          <w:smallCaps w:val="0"/>
          <w:strike w:val="0"/>
          <w:sz w:val="22"/>
          <w:highlight w:val="cyan"/>
          <w:u w:val="single"/>
        </w:rPr>
        <w:t xml:space="preserve">a way of </w:t>
      </w:r>
      <w:r>
        <w:rPr>
          <w:b/>
          <w:i w:val="0"/>
          <w:smallCaps w:val="0"/>
          <w:strike w:val="0"/>
          <w:sz w:val="24"/>
          <w:highlight w:val="cyan"/>
          <w:u w:val="single"/>
        </w:rPr>
        <w:t>taking responsibility</w:t>
      </w:r>
      <w:r>
        <w:rPr>
          <w:b w:val="0"/>
          <w:i w:val="0"/>
          <w:smallCaps w:val="0"/>
          <w:strike w:val="0"/>
          <w:sz w:val="16"/>
          <w:u w:val="none"/>
        </w:rPr>
        <w:t>.</w:t>
      </w:r>
    </w:p>
    <w:p>
      <w:pPr>
        <w:spacing w:after="60"/>
      </w:pPr>
      <w:r>
        <w:rPr>
          <w:b w:val="0"/>
          <w:i w:val="0"/>
          <w:smallCaps w:val="0"/>
          <w:strike w:val="0"/>
          <w:sz w:val="22"/>
          <w:u w:val="single"/>
        </w:rPr>
        <w:t xml:space="preserve">Today's </w:t>
      </w:r>
      <w:r>
        <w:rPr>
          <w:b w:val="0"/>
          <w:i w:val="0"/>
          <w:smallCaps w:val="0"/>
          <w:strike w:val="0"/>
          <w:sz w:val="22"/>
          <w:highlight w:val="cyan"/>
          <w:u w:val="single"/>
        </w:rPr>
        <w:t xml:space="preserve">killers </w:t>
      </w:r>
      <w:r>
        <w:rPr>
          <w:b/>
          <w:i w:val="0"/>
          <w:smallCaps w:val="0"/>
          <w:strike w:val="0"/>
          <w:sz w:val="24"/>
          <w:highlight w:val="cyan"/>
          <w:u w:val="single"/>
        </w:rPr>
        <w:t>avoid</w:t>
      </w:r>
      <w:r>
        <w:rPr>
          <w:b/>
          <w:i w:val="0"/>
          <w:smallCaps w:val="0"/>
          <w:strike w:val="0"/>
          <w:sz w:val="24"/>
          <w:u w:val="single"/>
        </w:rPr>
        <w:t xml:space="preserve"> that </w:t>
      </w:r>
      <w:r>
        <w:rPr>
          <w:b/>
          <w:i w:val="0"/>
          <w:smallCaps w:val="0"/>
          <w:strike w:val="0"/>
          <w:sz w:val="24"/>
          <w:highlight w:val="cyan"/>
          <w:u w:val="single"/>
        </w:rPr>
        <w:t>responsibility</w:t>
      </w:r>
      <w:r>
        <w:rPr>
          <w:b w:val="0"/>
          <w:i w:val="0"/>
          <w:smallCaps w:val="0"/>
          <w:strike w:val="0"/>
          <w:sz w:val="22"/>
          <w:highlight w:val="cyan"/>
          <w:u w:val="single"/>
        </w:rPr>
        <w:t>. They perpetuate</w:t>
      </w:r>
      <w:r>
        <w:rPr>
          <w:b w:val="0"/>
          <w:i w:val="0"/>
          <w:smallCaps w:val="0"/>
          <w:strike w:val="0"/>
          <w:sz w:val="22"/>
          <w:u w:val="single"/>
        </w:rPr>
        <w:t xml:space="preserve"> the </w:t>
      </w:r>
      <w:r>
        <w:rPr>
          <w:b/>
          <w:i w:val="0"/>
          <w:smallCaps w:val="0"/>
          <w:strike w:val="0"/>
          <w:sz w:val="24"/>
          <w:highlight w:val="cyan"/>
          <w:u w:val="single"/>
        </w:rPr>
        <w:t>fiction</w:t>
      </w:r>
      <w:r>
        <w:rPr>
          <w:b w:val="0"/>
          <w:i w:val="0"/>
          <w:smallCaps w:val="0"/>
          <w:strike w:val="0"/>
          <w:sz w:val="22"/>
          <w:u w:val="single"/>
        </w:rPr>
        <w:t xml:space="preserve"> so many Americans want to believe-</w:t>
      </w:r>
      <w:r>
        <w:rPr>
          <w:b w:val="0"/>
          <w:i w:val="0"/>
          <w:smallCaps w:val="0"/>
          <w:strike w:val="0"/>
          <w:sz w:val="22"/>
          <w:highlight w:val="cyan"/>
          <w:u w:val="single"/>
        </w:rPr>
        <w:t xml:space="preserve">that </w:t>
      </w:r>
      <w:r>
        <w:rPr>
          <w:b/>
          <w:i w:val="0"/>
          <w:smallCaps w:val="0"/>
          <w:strike w:val="0"/>
          <w:sz w:val="24"/>
          <w:highlight w:val="cyan"/>
          <w:u w:val="single"/>
        </w:rPr>
        <w:t>no</w:t>
      </w:r>
      <w:r>
        <w:rPr>
          <w:b/>
          <w:i w:val="0"/>
          <w:smallCaps w:val="0"/>
          <w:strike w:val="0"/>
          <w:sz w:val="24"/>
          <w:u w:val="single"/>
        </w:rPr>
        <w:t xml:space="preserve"> real </w:t>
      </w:r>
      <w:r>
        <w:rPr>
          <w:b/>
          <w:i w:val="0"/>
          <w:smallCaps w:val="0"/>
          <w:strike w:val="0"/>
          <w:sz w:val="24"/>
          <w:highlight w:val="cyan"/>
          <w:u w:val="single"/>
        </w:rPr>
        <w:t>people</w:t>
      </w:r>
      <w:r>
        <w:rPr>
          <w:b w:val="0"/>
          <w:i w:val="0"/>
          <w:smallCaps w:val="0"/>
          <w:strike w:val="0"/>
          <w:sz w:val="22"/>
          <w:highlight w:val="cyan"/>
          <w:u w:val="single"/>
        </w:rPr>
        <w:t xml:space="preserve"> die</w:t>
      </w:r>
      <w:r>
        <w:rPr>
          <w:b w:val="0"/>
          <w:i w:val="0"/>
          <w:smallCaps w:val="0"/>
          <w:strike w:val="0"/>
          <w:sz w:val="22"/>
          <w:u w:val="single"/>
        </w:rPr>
        <w:t xml:space="preserve"> in war</w:t>
      </w:r>
      <w:r>
        <w:rPr>
          <w:b w:val="0"/>
          <w:i w:val="0"/>
          <w:smallCaps w:val="0"/>
          <w:strike w:val="0"/>
          <w:sz w:val="16"/>
          <w:u w:val="none"/>
        </w:rPr>
        <w:t>, that it's just an exciting video game. It's not merely the dead who disappear; it's the act of killing itself. When the victim's family holds up a picture, U.S. soldiers or journalists can simply reply "Who's that? We have no record of such a person. In fact, we have no records at all. We kill and move on. No time to keep records. No inclination. No reason."</w:t>
      </w:r>
    </w:p>
    <w:p>
      <w:pPr>
        <w:spacing w:after="60"/>
      </w:pPr>
      <w:r>
        <w:rPr>
          <w:b w:val="0"/>
          <w:i w:val="0"/>
          <w:smallCaps w:val="0"/>
          <w:strike w:val="0"/>
          <w:sz w:val="16"/>
          <w:u w:val="none"/>
        </w:rPr>
        <w:t xml:space="preserve">This is not just a matter of new technology. There was plenty of long-distance impersonal killing in Vietnam too. But back then, the U.S. military at least went through the motions of going in to see what they had done. True, the investigations were often cursory and the numbers often fictional. </w:t>
      </w:r>
      <w:r>
        <w:rPr>
          <w:b w:val="0"/>
          <w:i w:val="0"/>
          <w:smallCaps w:val="0"/>
          <w:strike w:val="0"/>
          <w:sz w:val="22"/>
          <w:u w:val="single"/>
        </w:rPr>
        <w:t xml:space="preserve">No matter how inaccurate the numbers were, though, the </w:t>
      </w:r>
      <w:r>
        <w:rPr>
          <w:b/>
          <w:i w:val="0"/>
          <w:smallCaps w:val="0"/>
          <w:strike w:val="0"/>
          <w:sz w:val="24"/>
          <w:u w:val="single"/>
        </w:rPr>
        <w:t>message</w:t>
      </w:r>
      <w:r>
        <w:rPr>
          <w:b w:val="0"/>
          <w:i w:val="0"/>
          <w:smallCaps w:val="0"/>
          <w:strike w:val="0"/>
          <w:sz w:val="22"/>
          <w:u w:val="single"/>
        </w:rPr>
        <w:t xml:space="preserve"> to the public every day was that </w:t>
      </w:r>
      <w:r>
        <w:rPr>
          <w:b/>
          <w:i w:val="0"/>
          <w:smallCaps w:val="0"/>
          <w:strike w:val="0"/>
          <w:sz w:val="24"/>
          <w:u w:val="single"/>
        </w:rPr>
        <w:t>each body</w:t>
      </w:r>
      <w:r>
        <w:rPr>
          <w:b w:val="0"/>
          <w:i w:val="0"/>
          <w:smallCaps w:val="0"/>
          <w:strike w:val="0"/>
          <w:sz w:val="22"/>
          <w:u w:val="single"/>
        </w:rPr>
        <w:t xml:space="preserve"> should be counted. At some level, at least, </w:t>
      </w:r>
      <w:r>
        <w:rPr>
          <w:b/>
          <w:i w:val="0"/>
          <w:smallCaps w:val="0"/>
          <w:strike w:val="0"/>
          <w:sz w:val="24"/>
          <w:u w:val="single"/>
        </w:rPr>
        <w:t>each individual life</w:t>
      </w:r>
      <w:r>
        <w:rPr>
          <w:b w:val="0"/>
          <w:i w:val="0"/>
          <w:smallCaps w:val="0"/>
          <w:strike w:val="0"/>
          <w:sz w:val="22"/>
          <w:u w:val="single"/>
        </w:rPr>
        <w:t xml:space="preserve"> seemed to matter</w:t>
      </w:r>
      <w:r>
        <w:rPr>
          <w:b w:val="0"/>
          <w:i w:val="0"/>
          <w:smallCaps w:val="0"/>
          <w:strike w:val="0"/>
          <w:sz w:val="16"/>
          <w:u w:val="none"/>
        </w:rPr>
        <w:t>.</w:t>
      </w:r>
    </w:p>
    <w:p>
      <w:pPr>
        <w:spacing w:after="60"/>
      </w:pPr>
      <w:r>
        <w:rPr>
          <w:b w:val="0"/>
          <w:i w:val="0"/>
          <w:smallCaps w:val="0"/>
          <w:strike w:val="0"/>
          <w:sz w:val="16"/>
          <w:u w:val="none"/>
        </w:rPr>
        <w:t>The difference between Vietnam and Iraq lies partly in overall strategy. In Vietnam, there was no territory to be conquered and occupied. If U.S. forces seized an area, they knew that sooner or later the Viet Cong would take it back. The only way to measure "victory" was by killing more of them than they killed of us. In Iraq, the goal is control of place. U.S. forces can "take" Basra or Nassiriya and call it a victory, without ever thinking about how many Iraqis had to be killed in the process. So the body count matters less.</w:t>
      </w:r>
    </w:p>
    <w:p>
      <w:pPr>
        <w:spacing w:after="60"/>
      </w:pPr>
      <w:r>
        <w:rPr>
          <w:b w:val="0"/>
          <w:i w:val="0"/>
          <w:smallCaps w:val="0"/>
          <w:strike w:val="0"/>
          <w:sz w:val="16"/>
          <w:u w:val="none"/>
        </w:rPr>
        <w:t>However, the end of body counts can not be explained simply by the difference in strategy. The old-fashioned body counts disappeared during the first war against Iraq, when the goal was still defined by territory: pushing Iraqi forces out of Kuwait.</w:t>
      </w:r>
    </w:p>
    <w:p>
      <w:pPr>
        <w:spacing w:after="60"/>
      </w:pPr>
      <w:r>
        <w:rPr>
          <w:b w:val="0"/>
          <w:i w:val="0"/>
          <w:smallCaps w:val="0"/>
          <w:strike w:val="0"/>
          <w:sz w:val="16"/>
          <w:u w:val="none"/>
        </w:rPr>
        <w:t xml:space="preserve">So It's much more likely that "we don't do body counts" because Vietnam proved how embarrassing they could be. As the U.S. public turned against that war, the body count became a symbol of everything that was inhumane and irrational about that war. The Pentagon fears that the same might happen if the Iraq war bogs down. </w:t>
      </w:r>
      <w:r>
        <w:rPr>
          <w:b w:val="0"/>
          <w:i w:val="0"/>
          <w:smallCaps w:val="0"/>
          <w:strike w:val="0"/>
          <w:sz w:val="22"/>
          <w:u w:val="single"/>
        </w:rPr>
        <w:t xml:space="preserve">How much </w:t>
      </w:r>
      <w:r>
        <w:rPr>
          <w:b w:val="0"/>
          <w:i w:val="0"/>
          <w:smallCaps w:val="0"/>
          <w:strike w:val="0"/>
          <w:sz w:val="22"/>
          <w:highlight w:val="cyan"/>
          <w:u w:val="single"/>
        </w:rPr>
        <w:t xml:space="preserve">simpler to </w:t>
      </w:r>
      <w:r>
        <w:rPr>
          <w:b/>
          <w:i w:val="0"/>
          <w:smallCaps w:val="0"/>
          <w:strike w:val="0"/>
          <w:sz w:val="24"/>
          <w:highlight w:val="cyan"/>
          <w:u w:val="single"/>
        </w:rPr>
        <w:t>deny</w:t>
      </w:r>
      <w:r>
        <w:rPr>
          <w:b/>
          <w:i w:val="0"/>
          <w:smallCaps w:val="0"/>
          <w:strike w:val="0"/>
          <w:sz w:val="24"/>
          <w:u w:val="single"/>
        </w:rPr>
        <w:t xml:space="preserve"> the </w:t>
      </w:r>
      <w:r>
        <w:rPr>
          <w:b/>
          <w:i w:val="0"/>
          <w:smallCaps w:val="0"/>
          <w:strike w:val="0"/>
          <w:sz w:val="24"/>
          <w:highlight w:val="cyan"/>
          <w:u w:val="single"/>
        </w:rPr>
        <w:t>inhumanity</w:t>
      </w:r>
      <w:r>
        <w:rPr>
          <w:b w:val="0"/>
          <w:i w:val="0"/>
          <w:smallCaps w:val="0"/>
          <w:strike w:val="0"/>
          <w:sz w:val="22"/>
          <w:highlight w:val="cyan"/>
          <w:u w:val="single"/>
        </w:rPr>
        <w:t xml:space="preserve"> and </w:t>
      </w:r>
      <w:r>
        <w:rPr>
          <w:b/>
          <w:i w:val="0"/>
          <w:smallCaps w:val="0"/>
          <w:strike w:val="0"/>
          <w:sz w:val="24"/>
          <w:highlight w:val="cyan"/>
          <w:u w:val="single"/>
        </w:rPr>
        <w:t>irrationality</w:t>
      </w:r>
      <w:r>
        <w:rPr>
          <w:b w:val="0"/>
          <w:i w:val="0"/>
          <w:smallCaps w:val="0"/>
          <w:strike w:val="0"/>
          <w:sz w:val="22"/>
          <w:u w:val="single"/>
        </w:rPr>
        <w:t xml:space="preserve"> of war </w:t>
      </w:r>
      <w:r>
        <w:rPr>
          <w:b w:val="0"/>
          <w:i w:val="0"/>
          <w:smallCaps w:val="0"/>
          <w:strike w:val="0"/>
          <w:sz w:val="22"/>
          <w:highlight w:val="cyan"/>
          <w:u w:val="single"/>
        </w:rPr>
        <w:t xml:space="preserve">by </w:t>
      </w:r>
      <w:r>
        <w:rPr>
          <w:b/>
          <w:i w:val="0"/>
          <w:smallCaps w:val="0"/>
          <w:strike w:val="0"/>
          <w:sz w:val="24"/>
          <w:highlight w:val="cyan"/>
          <w:u w:val="single"/>
        </w:rPr>
        <w:t>denying the obvious</w:t>
      </w:r>
      <w:r>
        <w:rPr>
          <w:b w:val="0"/>
          <w:i w:val="0"/>
          <w:smallCaps w:val="0"/>
          <w:strike w:val="0"/>
          <w:sz w:val="22"/>
          <w:u w:val="single"/>
        </w:rPr>
        <w:t xml:space="preserve"> fact of slaughter</w:t>
      </w:r>
      <w:r>
        <w:rPr>
          <w:b w:val="0"/>
          <w:i w:val="0"/>
          <w:smallCaps w:val="0"/>
          <w:strike w:val="0"/>
          <w:sz w:val="16"/>
          <w:u w:val="none"/>
        </w:rPr>
        <w:t>.</w:t>
      </w:r>
    </w:p>
    <w:p>
      <w:pPr>
        <w:spacing w:after="60"/>
      </w:pPr>
      <w:r>
        <w:rPr>
          <w:b w:val="0"/>
          <w:i w:val="0"/>
          <w:smallCaps w:val="0"/>
          <w:strike w:val="0"/>
          <w:sz w:val="22"/>
          <w:u w:val="single"/>
        </w:rPr>
        <w:t xml:space="preserve">What I fear is a world where thousands can be killed and </w:t>
      </w:r>
      <w:r>
        <w:rPr>
          <w:b/>
          <w:i w:val="0"/>
          <w:smallCaps w:val="0"/>
          <w:strike w:val="0"/>
          <w:sz w:val="24"/>
          <w:u w:val="single"/>
        </w:rPr>
        <w:t>no one is responsible</w:t>
      </w:r>
      <w:r>
        <w:rPr>
          <w:b w:val="0"/>
          <w:i w:val="0"/>
          <w:smallCaps w:val="0"/>
          <w:strike w:val="0"/>
          <w:sz w:val="22"/>
          <w:u w:val="single"/>
        </w:rPr>
        <w:t xml:space="preserve">, where deaths are </w:t>
      </w:r>
      <w:r>
        <w:rPr>
          <w:b/>
          <w:i w:val="0"/>
          <w:smallCaps w:val="0"/>
          <w:strike w:val="0"/>
          <w:sz w:val="24"/>
          <w:u w:val="single"/>
        </w:rPr>
        <w:t>erased</w:t>
      </w:r>
      <w:r>
        <w:rPr>
          <w:b w:val="0"/>
          <w:i w:val="0"/>
          <w:smallCaps w:val="0"/>
          <w:strike w:val="0"/>
          <w:sz w:val="22"/>
          <w:u w:val="single"/>
        </w:rPr>
        <w:t xml:space="preserve"> from history as soon as they happen. The </w:t>
      </w:r>
      <w:r>
        <w:rPr>
          <w:b w:val="0"/>
          <w:i w:val="0"/>
          <w:smallCaps w:val="0"/>
          <w:strike w:val="0"/>
          <w:sz w:val="22"/>
          <w:highlight w:val="cyan"/>
          <w:u w:val="single"/>
        </w:rPr>
        <w:t>body count</w:t>
      </w:r>
      <w:r>
        <w:rPr>
          <w:b w:val="0"/>
          <w:i w:val="0"/>
          <w:smallCaps w:val="0"/>
          <w:strike w:val="0"/>
          <w:sz w:val="22"/>
          <w:u w:val="single"/>
        </w:rPr>
        <w:t xml:space="preserve"> was more than an act of responsibility. It was a permanent record. It </w:t>
      </w:r>
      <w:r>
        <w:rPr>
          <w:b w:val="0"/>
          <w:i w:val="0"/>
          <w:smallCaps w:val="0"/>
          <w:strike w:val="0"/>
          <w:sz w:val="22"/>
          <w:highlight w:val="cyan"/>
          <w:u w:val="single"/>
        </w:rPr>
        <w:t>made each death a</w:t>
      </w:r>
      <w:r>
        <w:rPr>
          <w:b w:val="0"/>
          <w:i w:val="0"/>
          <w:smallCaps w:val="0"/>
          <w:strike w:val="0"/>
          <w:sz w:val="22"/>
          <w:u w:val="single"/>
        </w:rPr>
        <w:t xml:space="preserve"> </w:t>
      </w:r>
      <w:r>
        <w:rPr>
          <w:b/>
          <w:i w:val="0"/>
          <w:smallCaps w:val="0"/>
          <w:strike w:val="0"/>
          <w:sz w:val="24"/>
          <w:u w:val="single"/>
        </w:rPr>
        <w:t xml:space="preserve">historical </w:t>
      </w:r>
      <w:r>
        <w:rPr>
          <w:b/>
          <w:i w:val="0"/>
          <w:smallCaps w:val="0"/>
          <w:strike w:val="0"/>
          <w:sz w:val="24"/>
          <w:highlight w:val="cyan"/>
          <w:u w:val="single"/>
        </w:rPr>
        <w:t>fact</w:t>
      </w:r>
      <w:r>
        <w:rPr>
          <w:b w:val="0"/>
          <w:i w:val="0"/>
          <w:smallCaps w:val="0"/>
          <w:strike w:val="0"/>
          <w:sz w:val="16"/>
          <w:u w:val="none"/>
        </w:rPr>
        <w:t xml:space="preserve">. You can go back and graph those Vietnam deaths from day to day, month to month, year to year. </w:t>
      </w:r>
      <w:r>
        <w:rPr>
          <w:b w:val="0"/>
          <w:i w:val="0"/>
          <w:smallCaps w:val="0"/>
          <w:strike w:val="0"/>
          <w:sz w:val="22"/>
          <w:highlight w:val="cyan"/>
          <w:u w:val="single"/>
        </w:rPr>
        <w:t>That turns</w:t>
      </w:r>
      <w:r>
        <w:rPr>
          <w:b w:val="0"/>
          <w:i w:val="0"/>
          <w:smallCaps w:val="0"/>
          <w:strike w:val="0"/>
          <w:sz w:val="22"/>
          <w:u w:val="single"/>
        </w:rPr>
        <w:t xml:space="preserve"> the </w:t>
      </w:r>
      <w:r>
        <w:rPr>
          <w:b w:val="0"/>
          <w:i w:val="0"/>
          <w:smallCaps w:val="0"/>
          <w:strike w:val="0"/>
          <w:sz w:val="22"/>
          <w:highlight w:val="cyan"/>
          <w:u w:val="single"/>
        </w:rPr>
        <w:t xml:space="preserve">victims into </w:t>
      </w:r>
      <w:r>
        <w:rPr>
          <w:b/>
          <w:i w:val="0"/>
          <w:smallCaps w:val="0"/>
          <w:strike w:val="0"/>
          <w:sz w:val="24"/>
          <w:highlight w:val="cyan"/>
          <w:u w:val="single"/>
        </w:rPr>
        <w:t>nameless</w:t>
      </w:r>
      <w:r>
        <w:rPr>
          <w:b w:val="0"/>
          <w:i w:val="0"/>
          <w:smallCaps w:val="0"/>
          <w:strike w:val="0"/>
          <w:sz w:val="22"/>
          <w:u w:val="single"/>
        </w:rPr>
        <w:t xml:space="preserve">, </w:t>
      </w:r>
      <w:r>
        <w:rPr>
          <w:b/>
          <w:i w:val="0"/>
          <w:smallCaps w:val="0"/>
          <w:strike w:val="0"/>
          <w:sz w:val="24"/>
          <w:u w:val="single"/>
        </w:rPr>
        <w:t xml:space="preserve">faceless </w:t>
      </w:r>
      <w:r>
        <w:rPr>
          <w:b/>
          <w:i w:val="0"/>
          <w:smallCaps w:val="0"/>
          <w:strike w:val="0"/>
          <w:sz w:val="24"/>
          <w:highlight w:val="cyan"/>
          <w:u w:val="single"/>
        </w:rPr>
        <w:t>abstractions</w:t>
      </w:r>
      <w:r>
        <w:rPr>
          <w:b w:val="0"/>
          <w:i w:val="0"/>
          <w:smallCaps w:val="0"/>
          <w:strike w:val="0"/>
          <w:sz w:val="22"/>
          <w:highlight w:val="cyan"/>
          <w:u w:val="single"/>
        </w:rPr>
        <w:t>. But</w:t>
      </w:r>
      <w:r>
        <w:rPr>
          <w:b w:val="0"/>
          <w:i w:val="0"/>
          <w:smallCaps w:val="0"/>
          <w:strike w:val="0"/>
          <w:sz w:val="22"/>
          <w:u w:val="single"/>
        </w:rPr>
        <w:t xml:space="preserve"> it least </w:t>
      </w:r>
      <w:r>
        <w:rPr>
          <w:b w:val="0"/>
          <w:i w:val="0"/>
          <w:smallCaps w:val="0"/>
          <w:strike w:val="0"/>
          <w:sz w:val="22"/>
          <w:highlight w:val="cyan"/>
          <w:u w:val="single"/>
        </w:rPr>
        <w:t xml:space="preserve">it </w:t>
      </w:r>
      <w:r>
        <w:rPr>
          <w:b/>
          <w:i w:val="0"/>
          <w:smallCaps w:val="0"/>
          <w:strike w:val="0"/>
          <w:sz w:val="24"/>
          <w:highlight w:val="cyan"/>
          <w:u w:val="single"/>
        </w:rPr>
        <w:t>confirms</w:t>
      </w:r>
      <w:r>
        <w:rPr>
          <w:b w:val="0"/>
          <w:i w:val="0"/>
          <w:smallCaps w:val="0"/>
          <w:strike w:val="0"/>
          <w:sz w:val="22"/>
          <w:u w:val="single"/>
        </w:rPr>
        <w:t xml:space="preserve"> for ever and ever that </w:t>
      </w:r>
      <w:r>
        <w:rPr>
          <w:b w:val="0"/>
          <w:i w:val="0"/>
          <w:smallCaps w:val="0"/>
          <w:strike w:val="0"/>
          <w:sz w:val="22"/>
          <w:highlight w:val="cyan"/>
          <w:u w:val="single"/>
        </w:rPr>
        <w:t xml:space="preserve">they </w:t>
      </w:r>
      <w:r>
        <w:rPr>
          <w:b/>
          <w:i w:val="0"/>
          <w:smallCaps w:val="0"/>
          <w:strike w:val="0"/>
          <w:sz w:val="24"/>
          <w:highlight w:val="cyan"/>
          <w:u w:val="single"/>
        </w:rPr>
        <w:t>lived and died</w:t>
      </w:r>
      <w:r>
        <w:rPr>
          <w:b w:val="0"/>
          <w:i w:val="0"/>
          <w:smallCaps w:val="0"/>
          <w:strike w:val="0"/>
          <w:sz w:val="16"/>
          <w:u w:val="none"/>
        </w:rPr>
        <w:t>, because someone took the time to kill and count them.</w:t>
      </w:r>
    </w:p>
    <w:p>
      <w:pPr>
        <w:spacing w:after="60"/>
      </w:pPr>
      <w:r>
        <w:rPr>
          <w:b w:val="0"/>
          <w:i w:val="0"/>
          <w:smallCaps w:val="0"/>
          <w:strike w:val="0"/>
          <w:sz w:val="16"/>
          <w:u w:val="none"/>
        </w:rPr>
        <w:t>In Iraq, it is as if the killing never happened. When a human being's death is erased from history, so is their life. Life and death together vanish without a trace.</w:t>
      </w:r>
    </w:p>
    <w:p>
      <w:pPr>
        <w:spacing w:after="60"/>
      </w:pPr>
      <w:r>
        <w:rPr>
          <w:b w:val="0"/>
          <w:i w:val="0"/>
          <w:smallCaps w:val="0"/>
          <w:strike w:val="0"/>
          <w:sz w:val="16"/>
          <w:u w:val="none"/>
        </w:rPr>
        <w:t>The body count has one other virtue. It is enemy soldiers, not civilians, who are officially counted. Antiwar activists rightly warn about civilian slaughter and watch the toll rise at www.iraqbodycount.org. It is easy to forget that the vast majority of Iraqi dead and wounded will be soldiers. Most of them were pressed into service, either by brute force or economic necessity. As the whole world has been telling us for months, there is no good reason for this war, no good reason for those hapless Iraqi foot-soldiers to die. They are victims of brutality-inflicted by their own government and by ours-just as much as the civilians. They deserve just as much to be counted</w:t>
      </w:r>
    </w:p>
    <w:p>
      <w:pPr>
        <w:spacing w:after="60"/>
      </w:pPr>
      <w:r>
        <w:rPr>
          <w:b w:val="0"/>
          <w:i w:val="0"/>
          <w:smallCaps w:val="0"/>
          <w:strike w:val="0"/>
          <w:sz w:val="22"/>
          <w:u w:val="single"/>
        </w:rPr>
        <w:t xml:space="preserve">So let us </w:t>
      </w:r>
      <w:r>
        <w:rPr>
          <w:b/>
          <w:i w:val="0"/>
          <w:smallCaps w:val="0"/>
          <w:strike w:val="0"/>
          <w:sz w:val="24"/>
          <w:u w:val="single"/>
        </w:rPr>
        <w:t>bring back</w:t>
      </w:r>
      <w:r>
        <w:rPr>
          <w:b w:val="0"/>
          <w:i w:val="0"/>
          <w:smallCaps w:val="0"/>
          <w:strike w:val="0"/>
          <w:sz w:val="22"/>
          <w:u w:val="single"/>
        </w:rPr>
        <w:t xml:space="preserve"> the </w:t>
      </w:r>
      <w:r>
        <w:rPr>
          <w:b/>
          <w:i w:val="0"/>
          <w:smallCaps w:val="0"/>
          <w:strike w:val="0"/>
          <w:sz w:val="24"/>
          <w:u w:val="single"/>
        </w:rPr>
        <w:t>body count</w:t>
      </w:r>
      <w:r>
        <w:rPr>
          <w:b w:val="0"/>
          <w:i w:val="0"/>
          <w:smallCaps w:val="0"/>
          <w:strike w:val="0"/>
          <w:sz w:val="16"/>
          <w:u w:val="none"/>
        </w:rPr>
        <w:t xml:space="preserve">. If we must kill, let us kill as one human being to another, recognizing the full humanity of our victims. </w:t>
      </w:r>
      <w:r>
        <w:rPr>
          <w:b w:val="0"/>
          <w:i w:val="0"/>
          <w:smallCaps w:val="0"/>
          <w:strike w:val="0"/>
          <w:sz w:val="22"/>
          <w:highlight w:val="cyan"/>
          <w:u w:val="single"/>
        </w:rPr>
        <w:t>Without a body count</w:t>
      </w:r>
      <w:r>
        <w:rPr>
          <w:b w:val="0"/>
          <w:i w:val="0"/>
          <w:smallCaps w:val="0"/>
          <w:strike w:val="0"/>
          <w:sz w:val="22"/>
          <w:u w:val="single"/>
        </w:rPr>
        <w:t xml:space="preserve">, our </w:t>
      </w:r>
      <w:r>
        <w:rPr>
          <w:b w:val="0"/>
          <w:i w:val="0"/>
          <w:smallCaps w:val="0"/>
          <w:strike w:val="0"/>
          <w:sz w:val="22"/>
          <w:highlight w:val="cyan"/>
          <w:u w:val="single"/>
        </w:rPr>
        <w:t>nation becomes</w:t>
      </w:r>
      <w:r>
        <w:rPr>
          <w:b w:val="0"/>
          <w:i w:val="0"/>
          <w:smallCaps w:val="0"/>
          <w:strike w:val="0"/>
          <w:sz w:val="22"/>
          <w:u w:val="single"/>
        </w:rPr>
        <w:t xml:space="preserve"> more </w:t>
      </w:r>
      <w:r>
        <w:rPr>
          <w:b w:val="0"/>
          <w:i w:val="0"/>
          <w:smallCaps w:val="0"/>
          <w:strike w:val="0"/>
          <w:sz w:val="22"/>
          <w:highlight w:val="cyan"/>
          <w:u w:val="single"/>
        </w:rPr>
        <w:t xml:space="preserve">of a </w:t>
      </w:r>
      <w:r>
        <w:rPr>
          <w:b/>
          <w:i w:val="0"/>
          <w:smallCaps w:val="0"/>
          <w:strike w:val="0"/>
          <w:sz w:val="24"/>
          <w:highlight w:val="cyan"/>
          <w:u w:val="single"/>
        </w:rPr>
        <w:t>robotic killing machine</w:t>
      </w:r>
      <w:r>
        <w:rPr>
          <w:b w:val="0"/>
          <w:i w:val="0"/>
          <w:smallCaps w:val="0"/>
          <w:strike w:val="0"/>
          <w:sz w:val="22"/>
          <w:u w:val="single"/>
        </w:rPr>
        <w:t xml:space="preserve">. As we dehumanize Iraqis, we slip even further into our own dehumanization. Let us </w:t>
      </w:r>
      <w:r>
        <w:rPr>
          <w:b/>
          <w:i w:val="0"/>
          <w:smallCaps w:val="0"/>
          <w:strike w:val="0"/>
          <w:sz w:val="24"/>
          <w:u w:val="single"/>
        </w:rPr>
        <w:t>bring back</w:t>
      </w:r>
      <w:r>
        <w:rPr>
          <w:b w:val="0"/>
          <w:i w:val="0"/>
          <w:smallCaps w:val="0"/>
          <w:strike w:val="0"/>
          <w:sz w:val="22"/>
          <w:u w:val="single"/>
        </w:rPr>
        <w:t xml:space="preserve"> the body count. if only to </w:t>
      </w:r>
      <w:r>
        <w:rPr>
          <w:b/>
          <w:i w:val="0"/>
          <w:smallCaps w:val="0"/>
          <w:strike w:val="0"/>
          <w:sz w:val="24"/>
          <w:u w:val="single"/>
        </w:rPr>
        <w:t>recover</w:t>
      </w:r>
      <w:r>
        <w:rPr>
          <w:b w:val="0"/>
          <w:i w:val="0"/>
          <w:smallCaps w:val="0"/>
          <w:strike w:val="0"/>
          <w:sz w:val="22"/>
          <w:u w:val="single"/>
        </w:rPr>
        <w:t xml:space="preserve"> our own </w:t>
      </w:r>
      <w:r>
        <w:rPr>
          <w:b/>
          <w:i w:val="0"/>
          <w:smallCaps w:val="0"/>
          <w:strike w:val="0"/>
          <w:sz w:val="24"/>
          <w:u w:val="single"/>
        </w:rPr>
        <w:t>sense of responsibility</w:t>
      </w:r>
      <w:r>
        <w:rPr>
          <w:b w:val="0"/>
          <w:i w:val="0"/>
          <w:smallCaps w:val="0"/>
          <w:strike w:val="0"/>
          <w:sz w:val="22"/>
          <w:u w:val="single"/>
        </w:rPr>
        <w:t xml:space="preserve"> to the world's people, to history, to our own humanity</w:t>
      </w:r>
      <w:r>
        <w:rPr>
          <w:b w:val="0"/>
          <w:i w:val="0"/>
          <w:smallCaps w:val="0"/>
          <w:strike w:val="0"/>
          <w:sz w:val="16"/>
          <w:u w:val="none"/>
        </w:rPr>
        <w:t>.</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