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if </w:t>
      </w:r>
      <w:r>
        <w:rPr>
          <w:b/>
          <w:i w:val="0"/>
          <w:smallCaps w:val="0"/>
          <w:strike w:val="0"/>
          <w:sz w:val="26"/>
          <w:u w:val="single"/>
        </w:rPr>
        <w:t>contested</w:t>
      </w:r>
      <w:r>
        <w:rPr>
          <w:b/>
          <w:i w:val="0"/>
          <w:smallCaps w:val="0"/>
          <w:strike w:val="0"/>
          <w:sz w:val="26"/>
          <w:u w:val="none"/>
        </w:rPr>
        <w:t xml:space="preserve">, the CP </w:t>
      </w:r>
      <w:r>
        <w:rPr>
          <w:b/>
          <w:i w:val="0"/>
          <w:smallCaps w:val="0"/>
          <w:strike w:val="0"/>
          <w:sz w:val="26"/>
          <w:u w:val="single"/>
        </w:rPr>
        <w:t>pushes</w:t>
      </w:r>
      <w:r>
        <w:rPr>
          <w:b/>
          <w:i w:val="0"/>
          <w:smallCaps w:val="0"/>
          <w:strike w:val="0"/>
          <w:sz w:val="26"/>
          <w:u w:val="none"/>
        </w:rPr>
        <w:t xml:space="preserve"> the courts to accept it.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Weatherholtz ’18 </w:t>
      </w:r>
      <w:r>
        <w:rPr>
          <w:b w:val="0"/>
          <w:i w:val="0"/>
          <w:smallCaps w:val="0"/>
          <w:strike w:val="0"/>
          <w:u w:val="none"/>
        </w:rPr>
        <w:t xml:space="preserve">[Tiffany; Executive Articles Editor at the Emory International Law Review, J.D. Candidate at Emory University School of Law and B.A. from the University of Georgia; Emory International Law Review, “Separating Controversy and Climate Change: How the United States Could Lead Climate Change and Energy Reform </w:t>
      </w:r>
      <w:r>
        <w:rPr>
          <w:b w:val="0"/>
          <w:i w:val="0"/>
          <w:smallCaps w:val="0"/>
          <w:strike w:val="0"/>
          <w:u w:val="none"/>
        </w:rPr>
        <w:t>w</w:t>
      </w:r>
      <w:r>
        <w:rPr>
          <w:b w:val="0"/>
          <w:i w:val="0"/>
          <w:smallCaps w:val="0"/>
          <w:strike w:val="0"/>
          <w:u w:val="none"/>
        </w:rPr>
        <w:t xml:space="preserve">ith The Growth </w:t>
      </w:r>
      <w:r>
        <w:rPr>
          <w:b w:val="0"/>
          <w:i w:val="0"/>
          <w:smallCaps w:val="0"/>
          <w:strike w:val="0"/>
          <w:u w:val="none"/>
        </w:rPr>
        <w:t>o</w:t>
      </w:r>
      <w:r>
        <w:rPr>
          <w:b w:val="0"/>
          <w:i w:val="0"/>
          <w:smallCaps w:val="0"/>
          <w:strike w:val="0"/>
          <w:u w:val="none"/>
        </w:rPr>
        <w:t>f Renewable Energy Sources Globally,” vol. 32]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Otherwise, without authorization, to conform with the proposed solution,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will push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>erative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ederal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ism</w:t>
      </w:r>
      <w:r>
        <w:rPr>
          <w:b w:val="0"/>
          <w:i w:val="0"/>
          <w:smallCaps w:val="0"/>
          <w:strike w:val="0"/>
          <w:sz w:val="22"/>
          <w:u w:val="single"/>
        </w:rPr>
        <w:t>. "Uncooperative federalism occurs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… states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implementing federal environmental law use that power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push </w:t>
      </w:r>
      <w:r>
        <w:rPr>
          <w:b/>
          <w:i w:val="0"/>
          <w:smallCaps w:val="0"/>
          <w:strike w:val="0"/>
          <w:sz w:val="24"/>
          <w:u w:val="single"/>
        </w:rPr>
        <w:t>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authorities to take a </w:t>
      </w:r>
      <w:r>
        <w:rPr>
          <w:b/>
          <w:i w:val="0"/>
          <w:smallCaps w:val="0"/>
          <w:strike w:val="0"/>
          <w:sz w:val="24"/>
          <w:u w:val="single"/>
        </w:rPr>
        <w:t>new position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generally, in practice, when </w:t>
      </w:r>
      <w:r>
        <w:rPr>
          <w:b w:val="0"/>
          <w:i w:val="0"/>
          <w:smallCaps w:val="0"/>
          <w:strike w:val="0"/>
          <w:sz w:val="22"/>
          <w:u w:val="single"/>
        </w:rPr>
        <w:t>"states use their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federal servants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resist, </w:t>
      </w:r>
      <w:r>
        <w:rPr>
          <w:b w:val="0"/>
          <w:i w:val="0"/>
          <w:smallCaps w:val="0"/>
          <w:strike w:val="0"/>
          <w:sz w:val="22"/>
          <w:u w:val="single"/>
        </w:rPr>
        <w:t>challenge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even dissent from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</w:t>
      </w:r>
      <w:r>
        <w:rPr>
          <w:b w:val="0"/>
          <w:i w:val="0"/>
          <w:smallCaps w:val="0"/>
          <w:strike w:val="0"/>
          <w:sz w:val="22"/>
          <w:u w:val="single"/>
        </w:rPr>
        <w:t>policy."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Although the Supreme Court consistently condemns commandeering and favors preemption, proponents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>erative federalism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insist that the Court is wrong and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push the Court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tolerate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degree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eral </w:t>
      </w:r>
      <w:r>
        <w:rPr>
          <w:b w:val="0"/>
          <w:i w:val="0"/>
          <w:smallCaps w:val="0"/>
          <w:strike w:val="0"/>
          <w:sz w:val="22"/>
          <w:u w:val="single"/>
        </w:rPr>
        <w:t>counterparts"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with "greater federal-state integration."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Therefore,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although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Supreme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Court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yet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approved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theory,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erative federalism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a way for states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push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proposed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increase renewable energy sources.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