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Shifting to </w:t>
      </w:r>
      <w:r>
        <w:rPr>
          <w:b/>
          <w:i w:val="0"/>
          <w:smallCaps w:val="0"/>
          <w:strike w:val="0"/>
          <w:sz w:val="26"/>
          <w:u w:val="single"/>
        </w:rPr>
        <w:t>progressive</w:t>
      </w:r>
      <w:r>
        <w:rPr>
          <w:b/>
          <w:i w:val="0"/>
          <w:smallCaps w:val="0"/>
          <w:strike w:val="0"/>
          <w:sz w:val="26"/>
          <w:u w:val="none"/>
        </w:rPr>
        <w:t xml:space="preserve"> corporate taxes solves </w:t>
      </w:r>
      <w:r>
        <w:rPr>
          <w:b/>
          <w:i w:val="0"/>
          <w:smallCaps w:val="0"/>
          <w:strike w:val="0"/>
          <w:sz w:val="26"/>
          <w:u w:val="single"/>
        </w:rPr>
        <w:t>war</w:t>
      </w:r>
      <w:r>
        <w:rPr>
          <w:b/>
          <w:i w:val="0"/>
          <w:smallCaps w:val="0"/>
          <w:strike w:val="0"/>
          <w:sz w:val="26"/>
          <w:u w:val="none"/>
        </w:rPr>
        <w:t xml:space="preserve">, </w:t>
      </w:r>
      <w:r>
        <w:rPr>
          <w:b/>
          <w:i w:val="0"/>
          <w:smallCaps w:val="0"/>
          <w:strike w:val="0"/>
          <w:sz w:val="26"/>
          <w:u w:val="single"/>
        </w:rPr>
        <w:t>poverty</w:t>
      </w:r>
      <w:r>
        <w:rPr>
          <w:b/>
          <w:i w:val="0"/>
          <w:smallCaps w:val="0"/>
          <w:strike w:val="0"/>
          <w:sz w:val="26"/>
          <w:u w:val="none"/>
        </w:rPr>
        <w:t xml:space="preserve">, </w:t>
      </w:r>
      <w:r>
        <w:rPr>
          <w:b/>
          <w:i w:val="0"/>
          <w:smallCaps w:val="0"/>
          <w:strike w:val="0"/>
          <w:sz w:val="26"/>
          <w:u w:val="single"/>
        </w:rPr>
        <w:t>pollution</w:t>
      </w:r>
      <w:r>
        <w:rPr>
          <w:b/>
          <w:i w:val="0"/>
          <w:smallCaps w:val="0"/>
          <w:strike w:val="0"/>
          <w:sz w:val="26"/>
          <w:u w:val="none"/>
        </w:rPr>
        <w:t xml:space="preserve">, and </w:t>
      </w:r>
      <w:r>
        <w:rPr>
          <w:b/>
          <w:i w:val="0"/>
          <w:smallCaps w:val="0"/>
          <w:strike w:val="0"/>
          <w:sz w:val="26"/>
          <w:u w:val="single"/>
        </w:rPr>
        <w:t>resource depletion</w:t>
      </w:r>
      <w:r>
        <w:rPr>
          <w:b/>
          <w:i w:val="0"/>
          <w:smallCaps w:val="0"/>
          <w:strike w:val="0"/>
          <w:sz w:val="26"/>
          <w:u w:val="none"/>
        </w:rPr>
        <w:t>---extinctio</w:t>
      </w:r>
      <w:r>
        <w:rPr>
          <w:b/>
          <w:i w:val="0"/>
          <w:smallCaps w:val="0"/>
          <w:strike w:val="0"/>
          <w:sz w:val="26"/>
          <w:u w:val="none"/>
        </w:rPr>
        <w:t xml:space="preserve">n. </w:t>
      </w:r>
    </w:p>
    <w:p>
      <w:pPr>
        <w:spacing w:after="80"/>
      </w:pPr>
      <w:r>
        <w:rPr>
          <w:b/>
          <w:i w:val="0"/>
          <w:smallCaps w:val="0"/>
          <w:strike w:val="0"/>
          <w:sz w:val="26"/>
          <w:u w:val="none"/>
        </w:rPr>
        <w:t xml:space="preserve">Smith ’19 </w:t>
      </w:r>
      <w:r>
        <w:rPr>
          <w:b w:val="0"/>
          <w:i w:val="0"/>
          <w:smallCaps w:val="0"/>
          <w:strike w:val="0"/>
          <w:u w:val="none"/>
        </w:rPr>
        <w:t>[Peter; June 28; Founder &amp; Director of the Wildwood Trust, MBA from the University of Greenwich, MA from the University of Gloucestershire, Postgraduate Degree from the Chartered Institute of Marketing; LinkedIn Pulse, “George Monbiot &amp; Chris Packham are Getting Close to the Fundamental Solution to Saving Our Planet...,” https://www.linkedin.com/pulse/george-monbiot-chris-packham-getting-close-solution-saving-smith/6/28/2019]</w:t>
      </w:r>
    </w:p>
    <w:p>
      <w:pPr>
        <w:spacing w:after="60"/>
      </w:pPr>
      <w:r>
        <w:rPr>
          <w:b w:val="0"/>
          <w:i w:val="0"/>
          <w:smallCaps w:val="0"/>
          <w:strike w:val="0"/>
          <w:sz w:val="16"/>
          <w:u w:val="none"/>
        </w:rPr>
        <w:t xml:space="preserve">But the journey these leading figures in wildlife protection have gone down, and the many authors they have drawn together, is still not fully complete. Both </w:t>
      </w:r>
      <w:r>
        <w:rPr>
          <w:b w:val="0"/>
          <w:i w:val="0"/>
          <w:smallCaps w:val="0"/>
          <w:strike w:val="0"/>
          <w:sz w:val="22"/>
          <w:u w:val="single"/>
        </w:rPr>
        <w:t xml:space="preserve">reports have highlighted how we are </w:t>
      </w:r>
      <w:r>
        <w:rPr>
          <w:b/>
          <w:i w:val="0"/>
          <w:smallCaps w:val="0"/>
          <w:strike w:val="0"/>
          <w:sz w:val="24"/>
          <w:u w:val="single"/>
        </w:rPr>
        <w:t>destroying our planet</w:t>
      </w:r>
      <w:r>
        <w:rPr>
          <w:b w:val="0"/>
          <w:i w:val="0"/>
          <w:smallCaps w:val="0"/>
          <w:strike w:val="0"/>
          <w:sz w:val="22"/>
          <w:u w:val="single"/>
        </w:rPr>
        <w:t xml:space="preserve"> because our </w:t>
      </w:r>
      <w:r>
        <w:rPr>
          <w:b/>
          <w:i w:val="0"/>
          <w:smallCaps w:val="0"/>
          <w:strike w:val="0"/>
          <w:sz w:val="24"/>
          <w:highlight w:val="cyan"/>
          <w:u w:val="single"/>
        </w:rPr>
        <w:t>current tax</w:t>
      </w:r>
      <w:r>
        <w:rPr>
          <w:b/>
          <w:i w:val="0"/>
          <w:smallCaps w:val="0"/>
          <w:strike w:val="0"/>
          <w:sz w:val="24"/>
          <w:u w:val="single"/>
        </w:rPr>
        <w:t xml:space="preserve"> and subsidy </w:t>
      </w:r>
      <w:r>
        <w:rPr>
          <w:b/>
          <w:i w:val="0"/>
          <w:smallCaps w:val="0"/>
          <w:strike w:val="0"/>
          <w:sz w:val="24"/>
          <w:highlight w:val="cyan"/>
          <w:u w:val="single"/>
        </w:rPr>
        <w:t>systems</w:t>
      </w:r>
      <w:r>
        <w:rPr>
          <w:b w:val="0"/>
          <w:i w:val="0"/>
          <w:smallCaps w:val="0"/>
          <w:strike w:val="0"/>
          <w:sz w:val="22"/>
          <w:highlight w:val="cyan"/>
          <w:u w:val="single"/>
        </w:rPr>
        <w:t xml:space="preserve"> gives </w:t>
      </w:r>
      <w:r>
        <w:rPr>
          <w:b/>
          <w:i w:val="0"/>
          <w:smallCaps w:val="0"/>
          <w:strike w:val="0"/>
          <w:sz w:val="24"/>
          <w:highlight w:val="cyan"/>
          <w:u w:val="single"/>
        </w:rPr>
        <w:t>incentives</w:t>
      </w:r>
      <w:r>
        <w:rPr>
          <w:b w:val="0"/>
          <w:i w:val="0"/>
          <w:smallCaps w:val="0"/>
          <w:strike w:val="0"/>
          <w:sz w:val="22"/>
          <w:u w:val="single"/>
        </w:rPr>
        <w:t xml:space="preserve"> to people </w:t>
      </w:r>
      <w:r>
        <w:rPr>
          <w:b w:val="0"/>
          <w:i w:val="0"/>
          <w:smallCaps w:val="0"/>
          <w:strike w:val="0"/>
          <w:sz w:val="22"/>
          <w:highlight w:val="cyan"/>
          <w:u w:val="single"/>
        </w:rPr>
        <w:t xml:space="preserve">to </w:t>
      </w:r>
      <w:r>
        <w:rPr>
          <w:b/>
          <w:i w:val="0"/>
          <w:smallCaps w:val="0"/>
          <w:strike w:val="0"/>
          <w:sz w:val="24"/>
          <w:highlight w:val="cyan"/>
          <w:u w:val="single"/>
        </w:rPr>
        <w:t>kill</w:t>
      </w:r>
      <w:r>
        <w:rPr>
          <w:b/>
          <w:i w:val="0"/>
          <w:smallCaps w:val="0"/>
          <w:strike w:val="0"/>
          <w:sz w:val="24"/>
          <w:u w:val="single"/>
        </w:rPr>
        <w:t xml:space="preserve"> our </w:t>
      </w:r>
      <w:r>
        <w:rPr>
          <w:b/>
          <w:i w:val="0"/>
          <w:smallCaps w:val="0"/>
          <w:strike w:val="0"/>
          <w:sz w:val="24"/>
          <w:highlight w:val="cyan"/>
          <w:u w:val="single"/>
        </w:rPr>
        <w:t>wildlife</w:t>
      </w:r>
      <w:r>
        <w:rPr>
          <w:b w:val="0"/>
          <w:i w:val="0"/>
          <w:smallCaps w:val="0"/>
          <w:strike w:val="0"/>
          <w:sz w:val="22"/>
          <w:highlight w:val="cyan"/>
          <w:u w:val="single"/>
        </w:rPr>
        <w:t xml:space="preserve">, </w:t>
      </w:r>
      <w:r>
        <w:rPr>
          <w:b/>
          <w:i w:val="0"/>
          <w:smallCaps w:val="0"/>
          <w:strike w:val="0"/>
          <w:sz w:val="24"/>
          <w:highlight w:val="cyan"/>
          <w:u w:val="single"/>
        </w:rPr>
        <w:t>pollute</w:t>
      </w:r>
      <w:r>
        <w:rPr>
          <w:b w:val="0"/>
          <w:i w:val="0"/>
          <w:smallCaps w:val="0"/>
          <w:strike w:val="0"/>
          <w:sz w:val="22"/>
          <w:highlight w:val="cyan"/>
          <w:u w:val="single"/>
        </w:rPr>
        <w:t xml:space="preserve"> and use</w:t>
      </w:r>
      <w:r>
        <w:rPr>
          <w:b w:val="0"/>
          <w:i w:val="0"/>
          <w:smallCaps w:val="0"/>
          <w:strike w:val="0"/>
          <w:sz w:val="22"/>
          <w:u w:val="single"/>
        </w:rPr>
        <w:t xml:space="preserve"> land and natural </w:t>
      </w:r>
      <w:r>
        <w:rPr>
          <w:b/>
          <w:i w:val="0"/>
          <w:smallCaps w:val="0"/>
          <w:strike w:val="0"/>
          <w:sz w:val="24"/>
          <w:highlight w:val="cyan"/>
          <w:u w:val="single"/>
        </w:rPr>
        <w:t>resources</w:t>
      </w:r>
      <w:r>
        <w:rPr>
          <w:b w:val="0"/>
          <w:i w:val="0"/>
          <w:smallCaps w:val="0"/>
          <w:strike w:val="0"/>
          <w:sz w:val="22"/>
          <w:highlight w:val="cyan"/>
          <w:u w:val="single"/>
        </w:rPr>
        <w:t xml:space="preserve"> inefficiently</w:t>
      </w:r>
      <w:r>
        <w:rPr>
          <w:b w:val="0"/>
          <w:i w:val="0"/>
          <w:smallCaps w:val="0"/>
          <w:strike w:val="0"/>
          <w:sz w:val="16"/>
          <w:u w:val="none"/>
        </w:rPr>
        <w:t>.</w:t>
      </w:r>
    </w:p>
    <w:p>
      <w:pPr>
        <w:spacing w:after="60"/>
      </w:pPr>
      <w:r>
        <w:rPr>
          <w:b w:val="0"/>
          <w:i w:val="0"/>
          <w:smallCaps w:val="0"/>
          <w:strike w:val="0"/>
          <w:sz w:val="16"/>
          <w:u w:val="none"/>
        </w:rPr>
        <w:t>My personal campaign for the last 20 years has been to highlight this and promote rewilding, understanding that if we cannot tackle these issues, we will continue to lose wildlife no matter what social movements happen, wildlife protection laws are enacted or how many landowners we can win over to rewild their land.</w:t>
      </w:r>
    </w:p>
    <w:p>
      <w:pPr>
        <w:spacing w:after="60"/>
      </w:pPr>
      <w:r>
        <w:rPr>
          <w:b w:val="0"/>
          <w:i w:val="0"/>
          <w:smallCaps w:val="0"/>
          <w:strike w:val="0"/>
          <w:sz w:val="16"/>
          <w:u w:val="none"/>
        </w:rPr>
        <w:t xml:space="preserve">It’s really very simple, </w:t>
      </w:r>
      <w:r>
        <w:rPr>
          <w:b w:val="0"/>
          <w:i w:val="0"/>
          <w:smallCaps w:val="0"/>
          <w:strike w:val="0"/>
          <w:sz w:val="22"/>
          <w:u w:val="single"/>
        </w:rPr>
        <w:t xml:space="preserve">if we want </w:t>
      </w:r>
      <w:r>
        <w:rPr>
          <w:b w:val="0"/>
          <w:i w:val="0"/>
          <w:smallCaps w:val="0"/>
          <w:strike w:val="0"/>
          <w:sz w:val="22"/>
          <w:u w:val="single"/>
        </w:rPr>
        <w:t xml:space="preserve">to </w:t>
      </w:r>
      <w:r>
        <w:rPr>
          <w:b/>
          <w:i w:val="0"/>
          <w:smallCaps w:val="0"/>
          <w:strike w:val="0"/>
          <w:sz w:val="24"/>
          <w:u w:val="single"/>
        </w:rPr>
        <w:t>save our planet</w:t>
      </w:r>
      <w:r>
        <w:rPr>
          <w:b w:val="0"/>
          <w:i w:val="0"/>
          <w:smallCaps w:val="0"/>
          <w:strike w:val="0"/>
          <w:sz w:val="16"/>
          <w:u w:val="none"/>
        </w:rPr>
        <w:t xml:space="preserve"> and rewild land </w:t>
      </w:r>
      <w:r>
        <w:rPr>
          <w:b w:val="0"/>
          <w:i w:val="0"/>
          <w:smallCaps w:val="0"/>
          <w:strike w:val="0"/>
          <w:sz w:val="22"/>
          <w:highlight w:val="cyan"/>
          <w:u w:val="single"/>
        </w:rPr>
        <w:t>we need to base</w:t>
      </w:r>
      <w:r>
        <w:rPr>
          <w:b w:val="0"/>
          <w:i w:val="0"/>
          <w:smallCaps w:val="0"/>
          <w:strike w:val="0"/>
          <w:sz w:val="22"/>
          <w:u w:val="single"/>
        </w:rPr>
        <w:t xml:space="preserve"> our entire </w:t>
      </w:r>
      <w:r>
        <w:rPr>
          <w:b w:val="0"/>
          <w:i w:val="0"/>
          <w:smallCaps w:val="0"/>
          <w:strike w:val="0"/>
          <w:sz w:val="22"/>
          <w:highlight w:val="cyan"/>
          <w:u w:val="single"/>
        </w:rPr>
        <w:t>tax policy on</w:t>
      </w:r>
      <w:r>
        <w:rPr>
          <w:b w:val="0"/>
          <w:i w:val="0"/>
          <w:smallCaps w:val="0"/>
          <w:strike w:val="0"/>
          <w:sz w:val="22"/>
          <w:u w:val="single"/>
        </w:rPr>
        <w:t xml:space="preserve"> </w:t>
      </w:r>
      <w:r>
        <w:rPr>
          <w:b w:val="0"/>
          <w:i w:val="0"/>
          <w:smallCaps w:val="0"/>
          <w:strike w:val="0"/>
          <w:sz w:val="22"/>
          <w:u w:val="single"/>
        </w:rPr>
        <w:t xml:space="preserve">taxing monopolies and </w:t>
      </w:r>
      <w:r>
        <w:rPr>
          <w:b/>
          <w:i w:val="0"/>
          <w:smallCaps w:val="0"/>
          <w:strike w:val="0"/>
          <w:sz w:val="24"/>
          <w:highlight w:val="cyan"/>
          <w:u w:val="single"/>
        </w:rPr>
        <w:t>externalities</w:t>
      </w:r>
      <w:r>
        <w:rPr>
          <w:b w:val="0"/>
          <w:i w:val="0"/>
          <w:smallCaps w:val="0"/>
          <w:strike w:val="0"/>
          <w:sz w:val="22"/>
          <w:u w:val="single"/>
        </w:rPr>
        <w:t xml:space="preserve"> and have a tax policy that does not allow avoidance. </w:t>
      </w:r>
      <w:r>
        <w:rPr>
          <w:b/>
          <w:i w:val="0"/>
          <w:smallCaps w:val="0"/>
          <w:strike w:val="0"/>
          <w:sz w:val="24"/>
          <w:u w:val="single"/>
        </w:rPr>
        <w:t>Shifting taxation</w:t>
      </w:r>
      <w:r>
        <w:rPr>
          <w:b w:val="0"/>
          <w:i w:val="0"/>
          <w:smallCaps w:val="0"/>
          <w:strike w:val="0"/>
          <w:sz w:val="22"/>
          <w:u w:val="single"/>
        </w:rPr>
        <w:t xml:space="preserve"> from </w:t>
      </w:r>
      <w:r>
        <w:rPr>
          <w:b/>
          <w:i w:val="0"/>
          <w:smallCaps w:val="0"/>
          <w:strike w:val="0"/>
          <w:sz w:val="24"/>
          <w:u w:val="single"/>
        </w:rPr>
        <w:t>incomes</w:t>
      </w:r>
      <w:r>
        <w:rPr>
          <w:b w:val="0"/>
          <w:i w:val="0"/>
          <w:smallCaps w:val="0"/>
          <w:strike w:val="0"/>
          <w:sz w:val="16"/>
          <w:u w:val="none"/>
        </w:rPr>
        <w:t xml:space="preserve"> (earnings and trade) and put it on land values. Taxing pesticides, diesel etc (externalities) will all provide a positive incentive to use such resources less and much more efficiently. Taxing land values will reduce land use and allow rewilding. Our current corrupt system is based on inflating land values to benefit the tiny minority of landowners. This has been a political fight waged over hundreds of years, the basis of the Corn Laws and the Liberal movement of the late 19th century, it was behind the Parliament Act and the landowners and bankers win in the end because most people are unaware of the fundamental economic forces at play.</w:t>
      </w:r>
    </w:p>
    <w:p>
      <w:pPr>
        <w:spacing w:after="60"/>
      </w:pPr>
      <w:r>
        <w:rPr>
          <w:b w:val="0"/>
          <w:i w:val="0"/>
          <w:smallCaps w:val="0"/>
          <w:strike w:val="0"/>
          <w:sz w:val="16"/>
          <w:u w:val="none"/>
        </w:rPr>
        <w:t xml:space="preserve">Such </w:t>
      </w:r>
      <w:r>
        <w:rPr>
          <w:b w:val="0"/>
          <w:i w:val="0"/>
          <w:smallCaps w:val="0"/>
          <w:strike w:val="0"/>
          <w:sz w:val="22"/>
          <w:highlight w:val="cyan"/>
          <w:u w:val="single"/>
        </w:rPr>
        <w:t>a</w:t>
      </w:r>
      <w:r>
        <w:rPr>
          <w:b w:val="0"/>
          <w:i w:val="0"/>
          <w:smallCaps w:val="0"/>
          <w:strike w:val="0"/>
          <w:sz w:val="22"/>
          <w:u w:val="single"/>
        </w:rPr>
        <w:t xml:space="preserve"> tax </w:t>
      </w:r>
      <w:r>
        <w:rPr>
          <w:b w:val="0"/>
          <w:i w:val="0"/>
          <w:smallCaps w:val="0"/>
          <w:strike w:val="0"/>
          <w:sz w:val="22"/>
          <w:highlight w:val="cyan"/>
          <w:u w:val="single"/>
        </w:rPr>
        <w:t xml:space="preserve">shift will </w:t>
      </w:r>
      <w:r>
        <w:rPr>
          <w:b/>
          <w:i w:val="0"/>
          <w:smallCaps w:val="0"/>
          <w:strike w:val="0"/>
          <w:sz w:val="24"/>
          <w:highlight w:val="cyan"/>
          <w:u w:val="single"/>
        </w:rPr>
        <w:t>save our planet</w:t>
      </w:r>
      <w:r>
        <w:rPr>
          <w:b w:val="0"/>
          <w:i w:val="0"/>
          <w:smallCaps w:val="0"/>
          <w:strike w:val="0"/>
          <w:sz w:val="22"/>
          <w:highlight w:val="cyan"/>
          <w:u w:val="single"/>
        </w:rPr>
        <w:t>, rewild</w:t>
      </w:r>
      <w:r>
        <w:rPr>
          <w:b w:val="0"/>
          <w:i w:val="0"/>
          <w:smallCaps w:val="0"/>
          <w:strike w:val="0"/>
          <w:sz w:val="16"/>
          <w:u w:val="none"/>
        </w:rPr>
        <w:t xml:space="preserve"> 40% to </w:t>
      </w:r>
      <w:r>
        <w:rPr>
          <w:b/>
          <w:i w:val="0"/>
          <w:smallCaps w:val="0"/>
          <w:strike w:val="0"/>
          <w:sz w:val="24"/>
          <w:highlight w:val="cyan"/>
          <w:u w:val="single"/>
        </w:rPr>
        <w:t>50%</w:t>
      </w:r>
      <w:r>
        <w:rPr>
          <w:b w:val="0"/>
          <w:i w:val="0"/>
          <w:smallCaps w:val="0"/>
          <w:strike w:val="0"/>
          <w:sz w:val="22"/>
          <w:highlight w:val="cyan"/>
          <w:u w:val="single"/>
        </w:rPr>
        <w:t xml:space="preserve"> of the world, </w:t>
      </w:r>
      <w:r>
        <w:rPr>
          <w:b/>
          <w:i w:val="0"/>
          <w:smallCaps w:val="0"/>
          <w:strike w:val="0"/>
          <w:sz w:val="24"/>
          <w:highlight w:val="cyan"/>
          <w:u w:val="single"/>
        </w:rPr>
        <w:t>abolish poverty</w:t>
      </w:r>
      <w:r>
        <w:rPr>
          <w:b w:val="0"/>
          <w:i w:val="0"/>
          <w:smallCaps w:val="0"/>
          <w:strike w:val="0"/>
          <w:sz w:val="22"/>
          <w:u w:val="single"/>
        </w:rPr>
        <w:t xml:space="preserve">, reduce crime </w:t>
      </w:r>
      <w:r>
        <w:rPr>
          <w:b w:val="0"/>
          <w:i w:val="0"/>
          <w:smallCaps w:val="0"/>
          <w:strike w:val="0"/>
          <w:sz w:val="22"/>
          <w:highlight w:val="cyan"/>
          <w:u w:val="single"/>
        </w:rPr>
        <w:t xml:space="preserve">and </w:t>
      </w:r>
      <w:r>
        <w:rPr>
          <w:b/>
          <w:i w:val="0"/>
          <w:smallCaps w:val="0"/>
          <w:strike w:val="0"/>
          <w:sz w:val="24"/>
          <w:highlight w:val="cyan"/>
          <w:u w:val="single"/>
        </w:rPr>
        <w:t>take away</w:t>
      </w:r>
      <w:r>
        <w:rPr>
          <w:b w:val="0"/>
          <w:i w:val="0"/>
          <w:smallCaps w:val="0"/>
          <w:strike w:val="0"/>
          <w:sz w:val="16"/>
          <w:u w:val="none"/>
        </w:rPr>
        <w:t xml:space="preserve"> many of </w:t>
      </w:r>
      <w:r>
        <w:rPr>
          <w:b w:val="0"/>
          <w:i w:val="0"/>
          <w:smallCaps w:val="0"/>
          <w:strike w:val="0"/>
          <w:sz w:val="22"/>
          <w:u w:val="single"/>
        </w:rPr>
        <w:t xml:space="preserve">the </w:t>
      </w:r>
      <w:r>
        <w:rPr>
          <w:b/>
          <w:i w:val="0"/>
          <w:smallCaps w:val="0"/>
          <w:strike w:val="0"/>
          <w:sz w:val="24"/>
          <w:highlight w:val="cyan"/>
          <w:u w:val="single"/>
        </w:rPr>
        <w:t>incentives</w:t>
      </w:r>
      <w:r>
        <w:rPr>
          <w:b w:val="0"/>
          <w:i w:val="0"/>
          <w:smallCaps w:val="0"/>
          <w:strike w:val="0"/>
          <w:sz w:val="22"/>
          <w:highlight w:val="cyan"/>
          <w:u w:val="single"/>
        </w:rPr>
        <w:t xml:space="preserve"> for </w:t>
      </w:r>
      <w:r>
        <w:rPr>
          <w:b/>
          <w:i w:val="0"/>
          <w:smallCaps w:val="0"/>
          <w:strike w:val="0"/>
          <w:sz w:val="24"/>
          <w:highlight w:val="cyan"/>
          <w:u w:val="single"/>
        </w:rPr>
        <w:t>war</w:t>
      </w:r>
      <w:r>
        <w:rPr>
          <w:b w:val="0"/>
          <w:i w:val="0"/>
          <w:smallCaps w:val="0"/>
          <w:strike w:val="0"/>
          <w:sz w:val="22"/>
          <w:u w:val="single"/>
        </w:rPr>
        <w:t>. It’s all about</w:t>
      </w:r>
      <w:r>
        <w:rPr>
          <w:b w:val="0"/>
          <w:i w:val="0"/>
          <w:smallCaps w:val="0"/>
          <w:strike w:val="0"/>
          <w:sz w:val="16"/>
          <w:u w:val="none"/>
        </w:rPr>
        <w:t xml:space="preserve"> understanding the </w:t>
      </w:r>
      <w:r>
        <w:rPr>
          <w:b w:val="0"/>
          <w:i w:val="0"/>
          <w:smallCaps w:val="0"/>
          <w:strike w:val="0"/>
          <w:sz w:val="22"/>
          <w:u w:val="single"/>
        </w:rPr>
        <w:t>marginal economic choices of</w:t>
      </w:r>
      <w:r>
        <w:rPr>
          <w:b w:val="0"/>
          <w:i w:val="0"/>
          <w:smallCaps w:val="0"/>
          <w:strike w:val="0"/>
          <w:sz w:val="16"/>
          <w:u w:val="none"/>
        </w:rPr>
        <w:t xml:space="preserve"> the </w:t>
      </w:r>
      <w:r>
        <w:rPr>
          <w:b w:val="0"/>
          <w:i w:val="0"/>
          <w:smallCaps w:val="0"/>
          <w:strike w:val="0"/>
          <w:sz w:val="22"/>
          <w:u w:val="single"/>
        </w:rPr>
        <w:t>people who control</w:t>
      </w:r>
      <w:r>
        <w:rPr>
          <w:b w:val="0"/>
          <w:i w:val="0"/>
          <w:smallCaps w:val="0"/>
          <w:strike w:val="0"/>
          <w:sz w:val="16"/>
          <w:u w:val="none"/>
        </w:rPr>
        <w:t xml:space="preserve"> natural </w:t>
      </w:r>
      <w:r>
        <w:rPr>
          <w:b w:val="0"/>
          <w:i w:val="0"/>
          <w:smallCaps w:val="0"/>
          <w:strike w:val="0"/>
          <w:sz w:val="22"/>
          <w:u w:val="single"/>
        </w:rPr>
        <w:t>resources</w:t>
      </w:r>
      <w:r>
        <w:rPr>
          <w:b w:val="0"/>
          <w:i w:val="0"/>
          <w:smallCaps w:val="0"/>
          <w:strike w:val="0"/>
          <w:sz w:val="16"/>
          <w:u w:val="none"/>
        </w:rPr>
        <w:t xml:space="preserve"> and land – be it a hill farmer or Donald Trump; </w:t>
      </w:r>
      <w:r>
        <w:rPr>
          <w:b w:val="0"/>
          <w:i w:val="0"/>
          <w:smallCaps w:val="0"/>
          <w:strike w:val="0"/>
          <w:sz w:val="22"/>
          <w:highlight w:val="cyan"/>
          <w:u w:val="single"/>
        </w:rPr>
        <w:t>people</w:t>
      </w:r>
      <w:r>
        <w:rPr>
          <w:b w:val="0"/>
          <w:i w:val="0"/>
          <w:smallCaps w:val="0"/>
          <w:strike w:val="0"/>
          <w:sz w:val="22"/>
          <w:u w:val="single"/>
        </w:rPr>
        <w:t xml:space="preserve"> choose to </w:t>
      </w:r>
      <w:r>
        <w:rPr>
          <w:b/>
          <w:i w:val="0"/>
          <w:smallCaps w:val="0"/>
          <w:strike w:val="0"/>
          <w:sz w:val="24"/>
          <w:highlight w:val="cyan"/>
          <w:u w:val="single"/>
        </w:rPr>
        <w:t>destroy</w:t>
      </w:r>
      <w:r>
        <w:rPr>
          <w:b w:val="0"/>
          <w:i w:val="0"/>
          <w:smallCaps w:val="0"/>
          <w:strike w:val="0"/>
          <w:sz w:val="22"/>
          <w:u w:val="single"/>
        </w:rPr>
        <w:t xml:space="preserve"> our </w:t>
      </w:r>
      <w:r>
        <w:rPr>
          <w:b/>
          <w:i w:val="0"/>
          <w:smallCaps w:val="0"/>
          <w:strike w:val="0"/>
          <w:sz w:val="24"/>
          <w:u w:val="single"/>
        </w:rPr>
        <w:t>planet</w:t>
      </w:r>
      <w:r>
        <w:rPr>
          <w:b w:val="0"/>
          <w:i w:val="0"/>
          <w:smallCaps w:val="0"/>
          <w:strike w:val="0"/>
          <w:sz w:val="16"/>
          <w:u w:val="none"/>
        </w:rPr>
        <w:t xml:space="preserve"> and hurt others </w:t>
      </w:r>
      <w:r>
        <w:rPr>
          <w:b w:val="0"/>
          <w:i w:val="0"/>
          <w:smallCaps w:val="0"/>
          <w:strike w:val="0"/>
          <w:sz w:val="22"/>
          <w:highlight w:val="cyan"/>
          <w:u w:val="single"/>
        </w:rPr>
        <w:t xml:space="preserve">because they </w:t>
      </w:r>
      <w:r>
        <w:rPr>
          <w:b/>
          <w:i w:val="0"/>
          <w:smallCaps w:val="0"/>
          <w:strike w:val="0"/>
          <w:sz w:val="24"/>
          <w:highlight w:val="cyan"/>
          <w:u w:val="single"/>
        </w:rPr>
        <w:t>make money</w:t>
      </w:r>
      <w:r>
        <w:rPr>
          <w:b w:val="0"/>
          <w:i w:val="0"/>
          <w:smallCaps w:val="0"/>
          <w:strike w:val="0"/>
          <w:sz w:val="16"/>
          <w:u w:val="none"/>
        </w:rPr>
        <w:t xml:space="preserve"> by doing so. </w:t>
      </w:r>
      <w:r>
        <w:rPr>
          <w:b w:val="0"/>
          <w:i w:val="0"/>
          <w:smallCaps w:val="0"/>
          <w:strike w:val="0"/>
          <w:sz w:val="22"/>
          <w:u w:val="single"/>
        </w:rPr>
        <w:t xml:space="preserve">Our </w:t>
      </w:r>
      <w:r>
        <w:rPr>
          <w:b/>
          <w:i w:val="0"/>
          <w:smallCaps w:val="0"/>
          <w:strike w:val="0"/>
          <w:sz w:val="24"/>
          <w:highlight w:val="cyan"/>
          <w:u w:val="single"/>
        </w:rPr>
        <w:t>current tax</w:t>
      </w:r>
      <w:r>
        <w:rPr>
          <w:b w:val="0"/>
          <w:i w:val="0"/>
          <w:smallCaps w:val="0"/>
          <w:strike w:val="0"/>
          <w:sz w:val="22"/>
          <w:highlight w:val="cyan"/>
          <w:u w:val="single"/>
        </w:rPr>
        <w:t xml:space="preserve"> system pushes</w:t>
      </w:r>
      <w:r>
        <w:rPr>
          <w:b w:val="0"/>
          <w:i w:val="0"/>
          <w:smallCaps w:val="0"/>
          <w:strike w:val="0"/>
          <w:sz w:val="22"/>
          <w:u w:val="single"/>
        </w:rPr>
        <w:t xml:space="preserve"> people </w:t>
      </w:r>
      <w:r>
        <w:rPr>
          <w:b w:val="0"/>
          <w:i w:val="0"/>
          <w:smallCaps w:val="0"/>
          <w:strike w:val="0"/>
          <w:sz w:val="22"/>
          <w:highlight w:val="cyan"/>
          <w:u w:val="single"/>
        </w:rPr>
        <w:t xml:space="preserve">to </w:t>
      </w:r>
      <w:r>
        <w:rPr>
          <w:b/>
          <w:i w:val="0"/>
          <w:smallCaps w:val="0"/>
          <w:strike w:val="0"/>
          <w:sz w:val="24"/>
          <w:highlight w:val="cyan"/>
          <w:u w:val="single"/>
        </w:rPr>
        <w:t>misuse</w:t>
      </w:r>
      <w:r>
        <w:rPr>
          <w:b w:val="0"/>
          <w:i w:val="0"/>
          <w:smallCaps w:val="0"/>
          <w:strike w:val="0"/>
          <w:sz w:val="16"/>
          <w:u w:val="none"/>
        </w:rPr>
        <w:t xml:space="preserve"> land and natural </w:t>
      </w:r>
      <w:r>
        <w:rPr>
          <w:b w:val="0"/>
          <w:i w:val="0"/>
          <w:smallCaps w:val="0"/>
          <w:strike w:val="0"/>
          <w:sz w:val="22"/>
          <w:u w:val="single"/>
        </w:rPr>
        <w:t xml:space="preserve">resources </w:t>
      </w:r>
      <w:r>
        <w:rPr>
          <w:b w:val="0"/>
          <w:i w:val="0"/>
          <w:smallCaps w:val="0"/>
          <w:strike w:val="0"/>
          <w:sz w:val="22"/>
          <w:highlight w:val="cyan"/>
          <w:u w:val="single"/>
        </w:rPr>
        <w:t>in so many</w:t>
      </w:r>
      <w:r>
        <w:rPr>
          <w:b w:val="0"/>
          <w:i w:val="0"/>
          <w:smallCaps w:val="0"/>
          <w:strike w:val="0"/>
          <w:sz w:val="22"/>
          <w:u w:val="single"/>
        </w:rPr>
        <w:t xml:space="preserve"> </w:t>
      </w:r>
      <w:r>
        <w:rPr>
          <w:b/>
          <w:i w:val="0"/>
          <w:smallCaps w:val="0"/>
          <w:strike w:val="0"/>
          <w:sz w:val="24"/>
          <w:u w:val="single"/>
        </w:rPr>
        <w:t xml:space="preserve">complex </w:t>
      </w:r>
      <w:r>
        <w:rPr>
          <w:b/>
          <w:i w:val="0"/>
          <w:smallCaps w:val="0"/>
          <w:strike w:val="0"/>
          <w:sz w:val="24"/>
          <w:highlight w:val="cyan"/>
          <w:u w:val="single"/>
        </w:rPr>
        <w:t>ways</w:t>
      </w:r>
      <w:r>
        <w:rPr>
          <w:b w:val="0"/>
          <w:i w:val="0"/>
          <w:smallCaps w:val="0"/>
          <w:strike w:val="0"/>
          <w:sz w:val="22"/>
          <w:highlight w:val="cyan"/>
          <w:u w:val="single"/>
        </w:rPr>
        <w:t xml:space="preserve"> that </w:t>
      </w:r>
      <w:r>
        <w:rPr>
          <w:b/>
          <w:i w:val="0"/>
          <w:smallCaps w:val="0"/>
          <w:strike w:val="0"/>
          <w:sz w:val="24"/>
          <w:highlight w:val="cyan"/>
          <w:u w:val="single"/>
        </w:rPr>
        <w:t>no matter</w:t>
      </w:r>
      <w:r>
        <w:rPr>
          <w:b w:val="0"/>
          <w:i w:val="0"/>
          <w:smallCaps w:val="0"/>
          <w:strike w:val="0"/>
          <w:sz w:val="22"/>
          <w:highlight w:val="cyan"/>
          <w:u w:val="single"/>
        </w:rPr>
        <w:t xml:space="preserve"> what laws we</w:t>
      </w:r>
      <w:r>
        <w:rPr>
          <w:b w:val="0"/>
          <w:i w:val="0"/>
          <w:smallCaps w:val="0"/>
          <w:strike w:val="0"/>
          <w:sz w:val="16"/>
          <w:u w:val="none"/>
        </w:rPr>
        <w:t xml:space="preserve"> try to </w:t>
      </w:r>
      <w:r>
        <w:rPr>
          <w:b w:val="0"/>
          <w:i w:val="0"/>
          <w:smallCaps w:val="0"/>
          <w:strike w:val="0"/>
          <w:sz w:val="22"/>
          <w:highlight w:val="cyan"/>
          <w:u w:val="single"/>
        </w:rPr>
        <w:t xml:space="preserve">enact it </w:t>
      </w:r>
      <w:r>
        <w:rPr>
          <w:b/>
          <w:i w:val="0"/>
          <w:smallCaps w:val="0"/>
          <w:strike w:val="0"/>
          <w:sz w:val="24"/>
          <w:highlight w:val="cyan"/>
          <w:u w:val="single"/>
        </w:rPr>
        <w:t>cannot</w:t>
      </w:r>
      <w:r>
        <w:rPr>
          <w:b w:val="0"/>
          <w:i w:val="0"/>
          <w:smallCaps w:val="0"/>
          <w:strike w:val="0"/>
          <w:sz w:val="22"/>
          <w:highlight w:val="cyan"/>
          <w:u w:val="single"/>
        </w:rPr>
        <w:t xml:space="preserve"> counteract</w:t>
      </w:r>
      <w:r>
        <w:rPr>
          <w:b w:val="0"/>
          <w:i w:val="0"/>
          <w:smallCaps w:val="0"/>
          <w:strike w:val="0"/>
          <w:sz w:val="22"/>
          <w:u w:val="single"/>
        </w:rPr>
        <w:t xml:space="preserve"> that </w:t>
      </w:r>
      <w:r>
        <w:rPr>
          <w:b/>
          <w:i w:val="0"/>
          <w:smallCaps w:val="0"/>
          <w:strike w:val="0"/>
          <w:sz w:val="24"/>
          <w:highlight w:val="cyan"/>
          <w:u w:val="single"/>
        </w:rPr>
        <w:t>economic force</w:t>
      </w:r>
      <w:r>
        <w:rPr>
          <w:b w:val="0"/>
          <w:i w:val="0"/>
          <w:smallCaps w:val="0"/>
          <w:strike w:val="0"/>
          <w:sz w:val="22"/>
          <w:highlight w:val="cyan"/>
          <w:u w:val="single"/>
        </w:rPr>
        <w:t xml:space="preserve"> of</w:t>
      </w:r>
      <w:r>
        <w:rPr>
          <w:b w:val="0"/>
          <w:i w:val="0"/>
          <w:smallCaps w:val="0"/>
          <w:strike w:val="0"/>
          <w:sz w:val="16"/>
          <w:u w:val="none"/>
        </w:rPr>
        <w:t xml:space="preserve"> those trying to make money from </w:t>
      </w:r>
      <w:r>
        <w:rPr>
          <w:b w:val="0"/>
          <w:i w:val="0"/>
          <w:smallCaps w:val="0"/>
          <w:strike w:val="0"/>
          <w:sz w:val="22"/>
          <w:u w:val="single"/>
        </w:rPr>
        <w:t xml:space="preserve">nature’s </w:t>
      </w:r>
      <w:r>
        <w:rPr>
          <w:b w:val="0"/>
          <w:i w:val="0"/>
          <w:smallCaps w:val="0"/>
          <w:strike w:val="0"/>
          <w:sz w:val="22"/>
          <w:highlight w:val="cyan"/>
          <w:u w:val="single"/>
        </w:rPr>
        <w:t>destruction</w:t>
      </w:r>
      <w:r>
        <w:rPr>
          <w:b w:val="0"/>
          <w:i w:val="0"/>
          <w:smallCaps w:val="0"/>
          <w:strike w:val="0"/>
          <w:sz w:val="22"/>
          <w:u w:val="single"/>
        </w:rPr>
        <w:t xml:space="preserve">. If we have a </w:t>
      </w:r>
      <w:r>
        <w:rPr>
          <w:b/>
          <w:i w:val="0"/>
          <w:smallCaps w:val="0"/>
          <w:strike w:val="0"/>
          <w:sz w:val="24"/>
          <w:u w:val="single"/>
        </w:rPr>
        <w:t>tax system</w:t>
      </w:r>
      <w:r>
        <w:rPr>
          <w:b w:val="0"/>
          <w:i w:val="0"/>
          <w:smallCaps w:val="0"/>
          <w:strike w:val="0"/>
          <w:sz w:val="22"/>
          <w:u w:val="single"/>
        </w:rPr>
        <w:t xml:space="preserve"> that forces people to use</w:t>
      </w:r>
      <w:r>
        <w:rPr>
          <w:b w:val="0"/>
          <w:i w:val="0"/>
          <w:smallCaps w:val="0"/>
          <w:strike w:val="0"/>
          <w:sz w:val="16"/>
          <w:u w:val="none"/>
        </w:rPr>
        <w:t xml:space="preserve"> land and natural </w:t>
      </w:r>
      <w:r>
        <w:rPr>
          <w:b w:val="0"/>
          <w:i w:val="0"/>
          <w:smallCaps w:val="0"/>
          <w:strike w:val="0"/>
          <w:sz w:val="22"/>
          <w:u w:val="single"/>
        </w:rPr>
        <w:t>resources</w:t>
      </w:r>
      <w:r>
        <w:rPr>
          <w:b w:val="0"/>
          <w:i w:val="0"/>
          <w:smallCaps w:val="0"/>
          <w:strike w:val="0"/>
          <w:sz w:val="16"/>
          <w:u w:val="none"/>
        </w:rPr>
        <w:t xml:space="preserve"> more </w:t>
      </w:r>
      <w:r>
        <w:rPr>
          <w:b w:val="0"/>
          <w:i w:val="0"/>
          <w:smallCaps w:val="0"/>
          <w:strike w:val="0"/>
          <w:sz w:val="22"/>
          <w:u w:val="single"/>
        </w:rPr>
        <w:t>efficiently</w:t>
      </w:r>
      <w:r>
        <w:rPr>
          <w:b w:val="0"/>
          <w:i w:val="0"/>
          <w:smallCaps w:val="0"/>
          <w:strike w:val="0"/>
          <w:sz w:val="16"/>
          <w:u w:val="none"/>
        </w:rPr>
        <w:t xml:space="preserve"> then </w:t>
      </w:r>
      <w:r>
        <w:rPr>
          <w:b w:val="0"/>
          <w:i w:val="0"/>
          <w:smallCaps w:val="0"/>
          <w:strike w:val="0"/>
          <w:sz w:val="22"/>
          <w:u w:val="single"/>
        </w:rPr>
        <w:t>they will</w:t>
      </w:r>
      <w:r>
        <w:rPr>
          <w:b w:val="0"/>
          <w:i w:val="0"/>
          <w:smallCaps w:val="0"/>
          <w:strike w:val="0"/>
          <w:sz w:val="16"/>
          <w:u w:val="none"/>
        </w:rPr>
        <w:t xml:space="preserve"> choose to </w:t>
      </w:r>
      <w:r>
        <w:rPr>
          <w:b w:val="0"/>
          <w:i w:val="0"/>
          <w:smallCaps w:val="0"/>
          <w:strike w:val="0"/>
          <w:sz w:val="22"/>
          <w:u w:val="single"/>
        </w:rPr>
        <w:t>damage the planet less</w:t>
      </w:r>
      <w:r>
        <w:rPr>
          <w:b w:val="0"/>
          <w:i w:val="0"/>
          <w:smallCaps w:val="0"/>
          <w:strike w:val="0"/>
          <w:sz w:val="16"/>
          <w:u w:val="none"/>
        </w:rPr>
        <w:t>, the free market will become our ally as people try to outcompete one another to provide goods and services that use less land, pollution and natural resources within them.</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