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Refusing attempts to combat anti-Blackness and improve material conditions is </w:t>
      </w:r>
      <w:r>
        <w:rPr>
          <w:b/>
          <w:i w:val="0"/>
          <w:smallCaps w:val="0"/>
          <w:strike w:val="0"/>
          <w:u w:val="single"/>
        </w:rPr>
        <w:t>not a political strategy</w:t>
      </w:r>
      <w:r>
        <w:rPr>
          <w:b/>
          <w:i w:val="0"/>
          <w:smallCaps w:val="0"/>
          <w:strike w:val="0"/>
          <w:u w:val="none"/>
        </w:rPr>
        <w:t>.</w:t>
      </w:r>
    </w:p>
    <w:p>
      <w:pPr>
        <w:spacing w:after="80"/>
      </w:pPr>
      <w:r>
        <w:rPr>
          <w:b/>
          <w:i w:val="0"/>
          <w:smallCaps w:val="0"/>
          <w:strike w:val="0"/>
          <w:sz w:val="22"/>
          <w:u w:val="none"/>
        </w:rPr>
        <w:t>Ford and Brown, 21</w:t>
      </w:r>
      <w:r>
        <w:rPr>
          <w:b w:val="0"/>
          <w:i w:val="0"/>
          <w:smallCaps w:val="0"/>
          <w:strike w:val="0"/>
          <w:u w:val="none"/>
        </w:rPr>
        <w:t xml:space="preserve">—assistant professor of education studies at DePauw University AND public school educator and labor activist in Boston, organizer with the ANSWER coalition, the Jericho Movement and the Boston Liberation Center (Derek and Nino, “Teaching Politically and the Problem of </w:t>
      </w:r>
      <w:r>
        <w:rPr>
          <w:b/>
          <w:i w:val="0"/>
          <w:smallCaps w:val="0"/>
          <w:strike w:val="0"/>
          <w:sz w:val="22"/>
          <w:highlight w:val="cyan"/>
          <w:u w:val="single"/>
        </w:rPr>
        <w:t>Afropessimism</w:t>
      </w:r>
      <w:r>
        <w:rPr>
          <w:b w:val="0"/>
          <w:i w:val="0"/>
          <w:smallCaps w:val="0"/>
          <w:strike w:val="0"/>
          <w:u w:val="none"/>
        </w:rPr>
        <w:t xml:space="preserve">,” </w:t>
      </w:r>
      <w:r>
        <w:rPr>
          <w:b w:val="0"/>
          <w:i w:val="0"/>
          <w:smallCaps w:val="0"/>
          <w:strike w:val="0"/>
          <w:u w:val="none"/>
        </w:rPr>
        <w:t>, dml)</w:t>
      </w:r>
    </w:p>
    <w:p>
      <w:pPr>
        <w:spacing w:after="60"/>
      </w:pPr>
      <w:r>
        <w:rPr>
          <w:b w:val="0"/>
          <w:i w:val="0"/>
          <w:smallCaps w:val="0"/>
          <w:strike w:val="0"/>
          <w:sz w:val="16"/>
          <w:u w:val="none"/>
        </w:rPr>
        <w:t xml:space="preserve">The reason </w:t>
      </w:r>
      <w:r>
        <w:rPr>
          <w:b w:val="0"/>
          <w:i w:val="0"/>
          <w:smallCaps w:val="0"/>
          <w:strike w:val="0"/>
          <w:sz w:val="22"/>
          <w:u w:val="single"/>
        </w:rPr>
        <w:t xml:space="preserve">anti-Blackness critique is </w:t>
      </w:r>
      <w:r>
        <w:rPr>
          <w:b/>
          <w:i w:val="0"/>
          <w:smallCaps w:val="0"/>
          <w:strike w:val="0"/>
          <w:sz w:val="22"/>
          <w:u w:val="single"/>
        </w:rPr>
        <w:t>welcome</w:t>
      </w:r>
      <w:r>
        <w:rPr>
          <w:b w:val="0"/>
          <w:i w:val="0"/>
          <w:smallCaps w:val="0"/>
          <w:strike w:val="0"/>
          <w:sz w:val="22"/>
          <w:u w:val="single"/>
        </w:rPr>
        <w:t xml:space="preserve"> in schools</w:t>
      </w:r>
      <w:r>
        <w:rPr>
          <w:b w:val="0"/>
          <w:i w:val="0"/>
          <w:smallCaps w:val="0"/>
          <w:strike w:val="0"/>
          <w:sz w:val="16"/>
          <w:u w:val="none"/>
        </w:rPr>
        <w:t xml:space="preserve"> is </w:t>
      </w:r>
      <w:r>
        <w:rPr>
          <w:b w:val="0"/>
          <w:i w:val="0"/>
          <w:smallCaps w:val="0"/>
          <w:strike w:val="0"/>
          <w:sz w:val="22"/>
          <w:u w:val="single"/>
        </w:rPr>
        <w:t xml:space="preserve">because it is </w:t>
      </w:r>
      <w:r>
        <w:rPr>
          <w:b/>
          <w:i w:val="0"/>
          <w:smallCaps w:val="0"/>
          <w:strike w:val="0"/>
          <w:sz w:val="22"/>
          <w:u w:val="single"/>
        </w:rPr>
        <w:t>devoid of praxis</w:t>
      </w:r>
      <w:r>
        <w:rPr>
          <w:b w:val="0"/>
          <w:i w:val="0"/>
          <w:smallCaps w:val="0"/>
          <w:strike w:val="0"/>
          <w:sz w:val="22"/>
          <w:u w:val="single"/>
        </w:rPr>
        <w:t xml:space="preserve"> and </w:t>
      </w:r>
      <w:r>
        <w:rPr>
          <w:b/>
          <w:i w:val="0"/>
          <w:smallCaps w:val="0"/>
          <w:strike w:val="0"/>
          <w:sz w:val="22"/>
          <w:u w:val="single"/>
        </w:rPr>
        <w:t>politics</w:t>
      </w:r>
      <w:r>
        <w:rPr>
          <w:b w:val="0"/>
          <w:i w:val="0"/>
          <w:smallCaps w:val="0"/>
          <w:strike w:val="0"/>
          <w:sz w:val="16"/>
          <w:u w:val="none"/>
        </w:rPr>
        <w:t xml:space="preserve">, or, to be more precise, because </w:t>
      </w:r>
      <w:r>
        <w:rPr>
          <w:b w:val="0"/>
          <w:i w:val="0"/>
          <w:smallCaps w:val="0"/>
          <w:strike w:val="0"/>
          <w:sz w:val="22"/>
          <w:u w:val="single"/>
        </w:rPr>
        <w:t xml:space="preserve">it </w:t>
      </w:r>
      <w:r>
        <w:rPr>
          <w:b/>
          <w:i w:val="0"/>
          <w:smallCaps w:val="0"/>
          <w:strike w:val="0"/>
          <w:sz w:val="22"/>
          <w:highlight w:val="cyan"/>
          <w:u w:val="single"/>
        </w:rPr>
        <w:t>celebrates</w:t>
      </w:r>
      <w:r>
        <w:rPr>
          <w:b w:val="0"/>
          <w:i w:val="0"/>
          <w:smallCaps w:val="0"/>
          <w:strike w:val="0"/>
          <w:sz w:val="22"/>
          <w:highlight w:val="cyan"/>
          <w:u w:val="single"/>
        </w:rPr>
        <w:t xml:space="preserve"> its lack of politics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impossibility of praxis</w:t>
      </w:r>
      <w:r>
        <w:rPr>
          <w:b w:val="0"/>
          <w:i w:val="0"/>
          <w:smallCaps w:val="0"/>
          <w:strike w:val="0"/>
          <w:sz w:val="22"/>
          <w:u w:val="single"/>
        </w:rPr>
        <w:t xml:space="preserve"> and the </w:t>
      </w:r>
      <w:r>
        <w:rPr>
          <w:b/>
          <w:i w:val="0"/>
          <w:smallCaps w:val="0"/>
          <w:strike w:val="0"/>
          <w:sz w:val="22"/>
          <w:u w:val="single"/>
        </w:rPr>
        <w:t>rejection of organizing</w:t>
      </w:r>
      <w:r>
        <w:rPr>
          <w:b w:val="0"/>
          <w:i w:val="0"/>
          <w:smallCaps w:val="0"/>
          <w:strike w:val="0"/>
          <w:sz w:val="22"/>
          <w:u w:val="single"/>
        </w:rPr>
        <w:t xml:space="preserve"> are </w:t>
      </w:r>
      <w:r>
        <w:rPr>
          <w:b/>
          <w:i w:val="0"/>
          <w:smallCaps w:val="0"/>
          <w:strike w:val="0"/>
          <w:sz w:val="22"/>
          <w:u w:val="single"/>
        </w:rPr>
        <w:t>fundamental tenets</w:t>
      </w:r>
      <w:r>
        <w:rPr>
          <w:b w:val="0"/>
          <w:i w:val="0"/>
          <w:smallCaps w:val="0"/>
          <w:strike w:val="0"/>
          <w:sz w:val="16"/>
          <w:u w:val="none"/>
        </w:rPr>
        <w:t xml:space="preserve"> for two reasons. The first is that </w:t>
      </w:r>
      <w:r>
        <w:rPr>
          <w:b w:val="0"/>
          <w:i w:val="0"/>
          <w:smallCaps w:val="0"/>
          <w:strike w:val="0"/>
          <w:sz w:val="22"/>
          <w:highlight w:val="cyan"/>
          <w:u w:val="single"/>
        </w:rPr>
        <w:t xml:space="preserve">there is </w:t>
      </w:r>
      <w:r>
        <w:rPr>
          <w:b/>
          <w:i w:val="0"/>
          <w:smallCaps w:val="0"/>
          <w:strike w:val="0"/>
          <w:sz w:val="22"/>
          <w:highlight w:val="cyan"/>
          <w:u w:val="single"/>
        </w:rPr>
        <w:t>no answer</w:t>
      </w:r>
      <w:r>
        <w:rPr>
          <w:b w:val="0"/>
          <w:i w:val="0"/>
          <w:smallCaps w:val="0"/>
          <w:strike w:val="0"/>
          <w:sz w:val="22"/>
          <w:highlight w:val="cyan"/>
          <w:u w:val="single"/>
        </w:rPr>
        <w:t xml:space="preserve"> to</w:t>
      </w:r>
      <w:r>
        <w:rPr>
          <w:b w:val="0"/>
          <w:i w:val="0"/>
          <w:smallCaps w:val="0"/>
          <w:strike w:val="0"/>
          <w:sz w:val="22"/>
          <w:u w:val="single"/>
        </w:rPr>
        <w:t xml:space="preserve"> the question</w:t>
      </w:r>
      <w:r>
        <w:rPr>
          <w:b w:val="0"/>
          <w:i w:val="0"/>
          <w:smallCaps w:val="0"/>
          <w:strike w:val="0"/>
          <w:sz w:val="16"/>
          <w:u w:val="none"/>
        </w:rPr>
        <w:t xml:space="preserve"> “</w:t>
      </w:r>
      <w:r>
        <w:rPr>
          <w:b/>
          <w:i w:val="0"/>
          <w:smallCaps w:val="0"/>
          <w:strike w:val="0"/>
          <w:sz w:val="22"/>
          <w:highlight w:val="cyan"/>
          <w:u w:val="single"/>
        </w:rPr>
        <w:t>what is to be done?</w:t>
      </w:r>
      <w:r>
        <w:rPr>
          <w:b w:val="0"/>
          <w:i w:val="0"/>
          <w:smallCaps w:val="0"/>
          <w:strike w:val="0"/>
          <w:sz w:val="16"/>
          <w:highlight w:val="cyan"/>
          <w:u w:val="none"/>
        </w:rPr>
        <w:t>”</w:t>
      </w:r>
      <w:r>
        <w:rPr>
          <w:b w:val="0"/>
          <w:i w:val="0"/>
          <w:smallCaps w:val="0"/>
          <w:strike w:val="0"/>
          <w:sz w:val="16"/>
          <w:u w:val="none"/>
        </w:rPr>
        <w:t xml:space="preserve"> and the second is that </w:t>
      </w:r>
      <w:r>
        <w:rPr>
          <w:b w:val="0"/>
          <w:i w:val="0"/>
          <w:smallCaps w:val="0"/>
          <w:strike w:val="0"/>
          <w:sz w:val="22"/>
          <w:u w:val="single"/>
        </w:rPr>
        <w:t xml:space="preserve">the mass movements </w:t>
      </w:r>
      <w:r>
        <w:rPr>
          <w:b/>
          <w:i w:val="0"/>
          <w:smallCaps w:val="0"/>
          <w:strike w:val="0"/>
          <w:sz w:val="22"/>
          <w:u w:val="single"/>
        </w:rPr>
        <w:t>necessary</w:t>
      </w:r>
      <w:r>
        <w:rPr>
          <w:b w:val="0"/>
          <w:i w:val="0"/>
          <w:smallCaps w:val="0"/>
          <w:strike w:val="0"/>
          <w:sz w:val="22"/>
          <w:u w:val="single"/>
        </w:rPr>
        <w:t xml:space="preserve"> for transformation are</w:t>
      </w:r>
      <w:r>
        <w:rPr>
          <w:b w:val="0"/>
          <w:i w:val="0"/>
          <w:smallCaps w:val="0"/>
          <w:strike w:val="0"/>
          <w:sz w:val="16"/>
          <w:u w:val="none"/>
        </w:rPr>
        <w:t xml:space="preserve"> “</w:t>
      </w:r>
      <w:r>
        <w:rPr>
          <w:b/>
          <w:i w:val="0"/>
          <w:smallCaps w:val="0"/>
          <w:strike w:val="0"/>
          <w:sz w:val="22"/>
          <w:u w:val="single"/>
        </w:rPr>
        <w:t>from the jump</w:t>
      </w:r>
      <w:r>
        <w:rPr>
          <w:b w:val="0"/>
          <w:i w:val="0"/>
          <w:smallCaps w:val="0"/>
          <w:strike w:val="0"/>
          <w:sz w:val="16"/>
          <w:u w:val="none"/>
        </w:rPr>
        <w:t xml:space="preserve">, an </w:t>
      </w:r>
      <w:r>
        <w:rPr>
          <w:b/>
          <w:i w:val="0"/>
          <w:smallCaps w:val="0"/>
          <w:strike w:val="0"/>
          <w:sz w:val="22"/>
          <w:u w:val="single"/>
        </w:rPr>
        <w:t>anti-black</w:t>
      </w:r>
      <w:r>
        <w:rPr>
          <w:b w:val="0"/>
          <w:i w:val="0"/>
          <w:smallCaps w:val="0"/>
          <w:strike w:val="0"/>
          <w:sz w:val="16"/>
          <w:u w:val="none"/>
        </w:rPr>
        <w:t xml:space="preserve"> formation,” as Wilderson told IMIXWHATILIKE.[14] Of course, </w:t>
      </w:r>
      <w:r>
        <w:rPr>
          <w:b w:val="0"/>
          <w:i w:val="0"/>
          <w:smallCaps w:val="0"/>
          <w:strike w:val="0"/>
          <w:sz w:val="22"/>
          <w:highlight w:val="cyan"/>
          <w:u w:val="single"/>
        </w:rPr>
        <w:t xml:space="preserve">the </w:t>
      </w:r>
      <w:r>
        <w:rPr>
          <w:b/>
          <w:i w:val="0"/>
          <w:smallCaps w:val="0"/>
          <w:strike w:val="0"/>
          <w:sz w:val="22"/>
          <w:highlight w:val="cyan"/>
          <w:u w:val="single"/>
        </w:rPr>
        <w:t>only thing</w:t>
      </w:r>
      <w:r>
        <w:rPr>
          <w:b w:val="0"/>
          <w:i w:val="0"/>
          <w:smallCaps w:val="0"/>
          <w:strike w:val="0"/>
          <w:sz w:val="22"/>
          <w:u w:val="single"/>
        </w:rPr>
        <w:t xml:space="preserve"> to do </w:t>
      </w:r>
      <w:r>
        <w:rPr>
          <w:b w:val="0"/>
          <w:i w:val="0"/>
          <w:smallCaps w:val="0"/>
          <w:strike w:val="0"/>
          <w:sz w:val="22"/>
          <w:highlight w:val="cyan"/>
          <w:u w:val="single"/>
        </w:rPr>
        <w:t xml:space="preserve">is to </w:t>
      </w:r>
      <w:r>
        <w:rPr>
          <w:b/>
          <w:i w:val="0"/>
          <w:smallCaps w:val="0"/>
          <w:strike w:val="0"/>
          <w:sz w:val="22"/>
          <w:highlight w:val="cyan"/>
          <w:u w:val="single"/>
        </w:rPr>
        <w:t>condemn every attempt</w:t>
      </w:r>
      <w:r>
        <w:rPr>
          <w:b w:val="0"/>
          <w:i w:val="0"/>
          <w:smallCaps w:val="0"/>
          <w:strike w:val="0"/>
          <w:sz w:val="22"/>
          <w:highlight w:val="cyan"/>
          <w:u w:val="single"/>
        </w:rPr>
        <w:t xml:space="preserve"> at</w:t>
      </w:r>
      <w:r>
        <w:rPr>
          <w:b w:val="0"/>
          <w:i w:val="0"/>
          <w:smallCaps w:val="0"/>
          <w:strike w:val="0"/>
          <w:sz w:val="22"/>
          <w:u w:val="single"/>
        </w:rPr>
        <w:t xml:space="preserve"> fighting oppression and </w:t>
      </w:r>
      <w:r>
        <w:rPr>
          <w:b w:val="0"/>
          <w:i w:val="0"/>
          <w:smallCaps w:val="0"/>
          <w:strike w:val="0"/>
          <w:sz w:val="22"/>
          <w:highlight w:val="cyan"/>
          <w:u w:val="single"/>
        </w:rPr>
        <w:t>improving</w:t>
      </w:r>
      <w:r>
        <w:rPr>
          <w:b w:val="0"/>
          <w:i w:val="0"/>
          <w:smallCaps w:val="0"/>
          <w:strike w:val="0"/>
          <w:sz w:val="22"/>
          <w:u w:val="single"/>
        </w:rPr>
        <w:t xml:space="preserve"> material conditions</w:t>
      </w:r>
      <w:r>
        <w:rPr>
          <w:b w:val="0"/>
          <w:i w:val="0"/>
          <w:smallCaps w:val="0"/>
          <w:strike w:val="0"/>
          <w:sz w:val="16"/>
          <w:u w:val="none"/>
        </w:rPr>
        <w:t xml:space="preserve">. For example, when a student group at one of our schools staged a protest when </w:t>
      </w:r>
      <w:r>
        <w:rPr>
          <w:b w:val="0"/>
          <w:i w:val="0"/>
          <w:smallCaps w:val="0"/>
          <w:strike w:val="0"/>
          <w:sz w:val="16"/>
          <w:u w:val="none"/>
        </w:rPr>
        <w:t>Condoleeza</w:t>
      </w:r>
      <w:r>
        <w:rPr>
          <w:b w:val="0"/>
          <w:i w:val="0"/>
          <w:smallCaps w:val="0"/>
          <w:strike w:val="0"/>
          <w:sz w:val="16"/>
          <w:u w:val="none"/>
        </w:rPr>
        <w:t xml:space="preserve"> Rice came to speak, they were denounced as “anti-Black.” There was </w:t>
      </w:r>
      <w:r>
        <w:rPr>
          <w:b w:val="0"/>
          <w:i w:val="0"/>
          <w:smallCaps w:val="0"/>
          <w:strike w:val="0"/>
          <w:sz w:val="22"/>
          <w:highlight w:val="cyan"/>
          <w:u w:val="single"/>
        </w:rPr>
        <w:t xml:space="preserve">no </w:t>
      </w:r>
      <w:r>
        <w:rPr>
          <w:b/>
          <w:i w:val="0"/>
          <w:smallCaps w:val="0"/>
          <w:strike w:val="0"/>
          <w:sz w:val="22"/>
          <w:u w:val="single"/>
        </w:rPr>
        <w:t xml:space="preserve">political </w:t>
      </w:r>
      <w:r>
        <w:rPr>
          <w:b/>
          <w:i w:val="0"/>
          <w:smallCaps w:val="0"/>
          <w:strike w:val="0"/>
          <w:sz w:val="22"/>
          <w:highlight w:val="cyan"/>
          <w:u w:val="single"/>
        </w:rPr>
        <w:t>criteria</w:t>
      </w:r>
      <w:r>
        <w:rPr>
          <w:b w:val="0"/>
          <w:i w:val="0"/>
          <w:smallCaps w:val="0"/>
          <w:strike w:val="0"/>
          <w:sz w:val="22"/>
          <w:u w:val="single"/>
        </w:rPr>
        <w:t xml:space="preserve"> for</w:t>
      </w:r>
      <w:r>
        <w:rPr>
          <w:b w:val="0"/>
          <w:i w:val="0"/>
          <w:smallCaps w:val="0"/>
          <w:strike w:val="0"/>
          <w:sz w:val="16"/>
          <w:u w:val="none"/>
        </w:rPr>
        <w:t xml:space="preserve"> such a </w:t>
      </w:r>
      <w:r>
        <w:rPr>
          <w:b w:val="0"/>
          <w:i w:val="0"/>
          <w:smallCaps w:val="0"/>
          <w:strike w:val="0"/>
          <w:sz w:val="22"/>
          <w:u w:val="single"/>
        </w:rPr>
        <w:t>denouncement</w:t>
      </w:r>
      <w:r>
        <w:rPr>
          <w:b w:val="0"/>
          <w:i w:val="0"/>
          <w:smallCaps w:val="0"/>
          <w:strike w:val="0"/>
          <w:sz w:val="16"/>
          <w:u w:val="none"/>
        </w:rPr>
        <w:t xml:space="preserve">, </w:t>
      </w:r>
      <w:r>
        <w:rPr>
          <w:b w:val="0"/>
          <w:i w:val="0"/>
          <w:smallCaps w:val="0"/>
          <w:strike w:val="0"/>
          <w:sz w:val="22"/>
          <w:u w:val="single"/>
        </w:rPr>
        <w:t xml:space="preserve">no </w:t>
      </w:r>
      <w:r>
        <w:rPr>
          <w:b/>
          <w:i w:val="0"/>
          <w:smallCaps w:val="0"/>
          <w:strike w:val="0"/>
          <w:sz w:val="22"/>
          <w:u w:val="single"/>
        </w:rPr>
        <w:t>defense</w:t>
      </w:r>
      <w:r>
        <w:rPr>
          <w:b w:val="0"/>
          <w:i w:val="0"/>
          <w:smallCaps w:val="0"/>
          <w:strike w:val="0"/>
          <w:sz w:val="16"/>
          <w:u w:val="none"/>
        </w:rPr>
        <w:t xml:space="preserve"> of Rice, </w:t>
      </w:r>
      <w:r>
        <w:rPr>
          <w:b w:val="0"/>
          <w:i w:val="0"/>
          <w:smallCaps w:val="0"/>
          <w:strike w:val="0"/>
          <w:sz w:val="22"/>
          <w:highlight w:val="cyan"/>
          <w:u w:val="single"/>
        </w:rPr>
        <w:t>and</w:t>
      </w:r>
      <w:r>
        <w:rPr>
          <w:b w:val="0"/>
          <w:i w:val="0"/>
          <w:smallCaps w:val="0"/>
          <w:strike w:val="0"/>
          <w:sz w:val="16"/>
          <w:u w:val="none"/>
        </w:rPr>
        <w:t xml:space="preserve"> </w:t>
      </w:r>
      <w:r>
        <w:rPr>
          <w:b w:val="0"/>
          <w:i w:val="0"/>
          <w:smallCaps w:val="0"/>
          <w:strike w:val="0"/>
          <w:sz w:val="22"/>
          <w:u w:val="single"/>
        </w:rPr>
        <w:t xml:space="preserve">likely </w:t>
      </w:r>
      <w:r>
        <w:rPr>
          <w:b w:val="0"/>
          <w:i w:val="0"/>
          <w:smallCaps w:val="0"/>
          <w:strike w:val="0"/>
          <w:sz w:val="22"/>
          <w:highlight w:val="cyan"/>
          <w:u w:val="single"/>
        </w:rPr>
        <w:t xml:space="preserve">no </w:t>
      </w:r>
      <w:r>
        <w:rPr>
          <w:b/>
          <w:i w:val="0"/>
          <w:smallCaps w:val="0"/>
          <w:strike w:val="0"/>
          <w:sz w:val="22"/>
          <w:highlight w:val="cyan"/>
          <w:u w:val="single"/>
        </w:rPr>
        <w:t>knowledge</w:t>
      </w:r>
      <w:r>
        <w:rPr>
          <w:b w:val="0"/>
          <w:i w:val="0"/>
          <w:smallCaps w:val="0"/>
          <w:strike w:val="0"/>
          <w:sz w:val="22"/>
          <w:highlight w:val="cyan"/>
          <w:u w:val="single"/>
        </w:rPr>
        <w:t xml:space="preserve"> of the </w:t>
      </w:r>
      <w:r>
        <w:rPr>
          <w:b/>
          <w:i w:val="0"/>
          <w:smallCaps w:val="0"/>
          <w:strike w:val="0"/>
          <w:sz w:val="22"/>
          <w:highlight w:val="cyan"/>
          <w:u w:val="single"/>
        </w:rPr>
        <w:t>reasons</w:t>
      </w:r>
      <w:r>
        <w:rPr>
          <w:b w:val="0"/>
          <w:i w:val="0"/>
          <w:smallCaps w:val="0"/>
          <w:strike w:val="0"/>
          <w:sz w:val="22"/>
          <w:u w:val="single"/>
        </w:rPr>
        <w:t xml:space="preserve"> behind</w:t>
      </w:r>
      <w:r>
        <w:rPr>
          <w:b w:val="0"/>
          <w:i w:val="0"/>
          <w:smallCaps w:val="0"/>
          <w:strike w:val="0"/>
          <w:sz w:val="16"/>
          <w:u w:val="none"/>
        </w:rPr>
        <w:t xml:space="preserve"> the </w:t>
      </w:r>
      <w:r>
        <w:rPr>
          <w:b w:val="0"/>
          <w:i w:val="0"/>
          <w:smallCaps w:val="0"/>
          <w:strike w:val="0"/>
          <w:sz w:val="22"/>
          <w:u w:val="single"/>
        </w:rPr>
        <w:t>protest</w:t>
      </w:r>
      <w:r>
        <w:rPr>
          <w:b w:val="0"/>
          <w:i w:val="0"/>
          <w:smallCaps w:val="0"/>
          <w:strike w:val="0"/>
          <w:sz w:val="16"/>
          <w:u w:val="none"/>
        </w:rPr>
        <w:t xml:space="preserve">. It didn’t matter that Rice was a key figure </w:t>
      </w:r>
      <w:r>
        <w:rPr>
          <w:b w:val="0"/>
          <w:i w:val="0"/>
          <w:smallCaps w:val="0"/>
          <w:strike w:val="0"/>
          <w:sz w:val="22"/>
          <w:u w:val="single"/>
        </w:rPr>
        <w:t>of the white supremacist imperialist power structure</w:t>
      </w:r>
      <w:r>
        <w:rPr>
          <w:b w:val="0"/>
          <w:i w:val="0"/>
          <w:smallCaps w:val="0"/>
          <w:strike w:val="0"/>
          <w:sz w:val="16"/>
          <w:u w:val="none"/>
        </w:rPr>
        <w:t>, or that she played a major role in the murder of hundreds of thousands of Iraqis, the torture of thousands of Arab and African people.</w:t>
      </w:r>
    </w:p>
    <w:p>
      <w:pPr>
        <w:spacing w:after="60"/>
      </w:pPr>
      <w:r>
        <w:rPr>
          <w:b w:val="0"/>
          <w:i w:val="0"/>
          <w:smallCaps w:val="0"/>
          <w:strike w:val="0"/>
          <w:sz w:val="16"/>
          <w:u w:val="none"/>
        </w:rPr>
        <w:t xml:space="preserve">Examples of “anti-Blackness” that often come up in organizing are that non-Black people of color are to be met with suspicion when organizing on issues that sharply affect Black people. One such issue is immigration. In the struggle for immigrant rights, which is often </w:t>
      </w:r>
      <w:r>
        <w:rPr>
          <w:b w:val="0"/>
          <w:i w:val="0"/>
          <w:smallCaps w:val="0"/>
          <w:strike w:val="0"/>
          <w:sz w:val="16"/>
          <w:u w:val="none"/>
        </w:rPr>
        <w:t>overcoded</w:t>
      </w:r>
      <w:r>
        <w:rPr>
          <w:b w:val="0"/>
          <w:i w:val="0"/>
          <w:smallCaps w:val="0"/>
          <w:strike w:val="0"/>
          <w:sz w:val="16"/>
          <w:u w:val="none"/>
        </w:rPr>
        <w:t xml:space="preserve"> as a “Latinx” issue, some Black activists and organizers point to the fact that 44% of those caged by ICE, for example, are Haitians. Instead of directing their ire towards the racist state that holds many Black immigrants in horrendous conditions, the focus then becomes the irrevocable anti-Blackness that exists in Latinx </w:t>
      </w:r>
      <w:r>
        <w:rPr>
          <w:b w:val="0"/>
          <w:i w:val="0"/>
          <w:smallCaps w:val="0"/>
          <w:strike w:val="0"/>
          <w:sz w:val="16"/>
          <w:u w:val="none"/>
        </w:rPr>
        <w:t xml:space="preserve">communities. </w:t>
      </w:r>
      <w:r>
        <w:rPr>
          <w:b w:val="0"/>
          <w:i w:val="0"/>
          <w:smallCaps w:val="0"/>
          <w:strike w:val="0"/>
          <w:sz w:val="22"/>
          <w:u w:val="single"/>
        </w:rPr>
        <w:t>Ideologies</w:t>
      </w:r>
      <w:r>
        <w:rPr>
          <w:b w:val="0"/>
          <w:i w:val="0"/>
          <w:smallCaps w:val="0"/>
          <w:strike w:val="0"/>
          <w:sz w:val="16"/>
          <w:u w:val="none"/>
        </w:rPr>
        <w:t xml:space="preserve"> like Afro Pessimism </w:t>
      </w:r>
      <w:r>
        <w:rPr>
          <w:b w:val="0"/>
          <w:i w:val="0"/>
          <w:smallCaps w:val="0"/>
          <w:strike w:val="0"/>
          <w:sz w:val="22"/>
          <w:u w:val="single"/>
        </w:rPr>
        <w:t>have working class people of color</w:t>
      </w:r>
      <w:r>
        <w:rPr>
          <w:b w:val="0"/>
          <w:i w:val="0"/>
          <w:smallCaps w:val="0"/>
          <w:strike w:val="0"/>
          <w:sz w:val="16"/>
          <w:u w:val="none"/>
        </w:rPr>
        <w:t xml:space="preserve"> (</w:t>
      </w:r>
      <w:r>
        <w:rPr>
          <w:b w:val="0"/>
          <w:i w:val="0"/>
          <w:smallCaps w:val="0"/>
          <w:strike w:val="0"/>
          <w:sz w:val="22"/>
          <w:u w:val="single"/>
        </w:rPr>
        <w:t>Black people included</w:t>
      </w:r>
      <w:r>
        <w:rPr>
          <w:b w:val="0"/>
          <w:i w:val="0"/>
          <w:smallCaps w:val="0"/>
          <w:strike w:val="0"/>
          <w:sz w:val="16"/>
          <w:u w:val="none"/>
        </w:rPr>
        <w:t xml:space="preserve">) </w:t>
      </w:r>
      <w:r>
        <w:rPr>
          <w:b/>
          <w:i w:val="0"/>
          <w:smallCaps w:val="0"/>
          <w:strike w:val="0"/>
          <w:sz w:val="22"/>
          <w:u w:val="single"/>
        </w:rPr>
        <w:t>fighting amongst each other</w:t>
      </w:r>
      <w:r>
        <w:rPr>
          <w:b w:val="0"/>
          <w:i w:val="0"/>
          <w:smallCaps w:val="0"/>
          <w:strike w:val="0"/>
          <w:sz w:val="16"/>
          <w:u w:val="none"/>
        </w:rPr>
        <w:t xml:space="preserve">, with the same framework as liberal identity politics. </w:t>
      </w:r>
      <w:r>
        <w:rPr>
          <w:b w:val="0"/>
          <w:i w:val="0"/>
          <w:smallCaps w:val="0"/>
          <w:strike w:val="0"/>
          <w:sz w:val="22"/>
          <w:u w:val="single"/>
        </w:rPr>
        <w:t>They</w:t>
      </w:r>
      <w:r>
        <w:rPr>
          <w:b w:val="0"/>
          <w:i w:val="0"/>
          <w:smallCaps w:val="0"/>
          <w:strike w:val="0"/>
          <w:sz w:val="16"/>
          <w:u w:val="none"/>
        </w:rPr>
        <w:t xml:space="preserve"> both </w:t>
      </w:r>
      <w:r>
        <w:rPr>
          <w:b/>
          <w:i w:val="0"/>
          <w:smallCaps w:val="0"/>
          <w:strike w:val="0"/>
          <w:sz w:val="22"/>
          <w:u w:val="single"/>
        </w:rPr>
        <w:t>reduce</w:t>
      </w:r>
      <w:r>
        <w:rPr>
          <w:b w:val="0"/>
          <w:i w:val="0"/>
          <w:smallCaps w:val="0"/>
          <w:strike w:val="0"/>
          <w:sz w:val="22"/>
          <w:u w:val="single"/>
        </w:rPr>
        <w:t xml:space="preserve"> solidarity to </w:t>
      </w:r>
      <w:r>
        <w:rPr>
          <w:b/>
          <w:i w:val="0"/>
          <w:smallCaps w:val="0"/>
          <w:strike w:val="0"/>
          <w:sz w:val="22"/>
          <w:u w:val="single"/>
        </w:rPr>
        <w:t>checking one’s privilege</w:t>
      </w:r>
      <w:r>
        <w:rPr>
          <w:b w:val="0"/>
          <w:i w:val="0"/>
          <w:smallCaps w:val="0"/>
          <w:strike w:val="0"/>
          <w:sz w:val="22"/>
          <w:u w:val="single"/>
        </w:rPr>
        <w:t xml:space="preserve"> and fashioning oneself as the </w:t>
      </w:r>
      <w:r>
        <w:rPr>
          <w:b/>
          <w:i w:val="0"/>
          <w:smallCaps w:val="0"/>
          <w:strike w:val="0"/>
          <w:sz w:val="22"/>
          <w:u w:val="single"/>
        </w:rPr>
        <w:t>consummate ally</w:t>
      </w:r>
      <w:r>
        <w:rPr>
          <w:b w:val="0"/>
          <w:i w:val="0"/>
          <w:smallCaps w:val="0"/>
          <w:strike w:val="0"/>
          <w:sz w:val="22"/>
          <w:u w:val="single"/>
        </w:rPr>
        <w:t xml:space="preserve"> of Black people and their liberation</w:t>
      </w:r>
      <w:r>
        <w:rPr>
          <w:b w:val="0"/>
          <w:i w:val="0"/>
          <w:smallCaps w:val="0"/>
          <w:strike w:val="0"/>
          <w:sz w:val="16"/>
          <w:u w:val="none"/>
        </w:rPr>
        <w:t xml:space="preserve">. So, </w:t>
      </w:r>
      <w:r>
        <w:rPr>
          <w:b/>
          <w:i w:val="0"/>
          <w:smallCaps w:val="0"/>
          <w:strike w:val="0"/>
          <w:sz w:val="22"/>
          <w:u w:val="single"/>
        </w:rPr>
        <w:t>instead</w:t>
      </w:r>
      <w:r>
        <w:rPr>
          <w:b w:val="0"/>
          <w:i w:val="0"/>
          <w:smallCaps w:val="0"/>
          <w:strike w:val="0"/>
          <w:sz w:val="22"/>
          <w:u w:val="single"/>
        </w:rPr>
        <w:t xml:space="preserve"> of building a </w:t>
      </w:r>
      <w:r>
        <w:rPr>
          <w:b/>
          <w:i w:val="0"/>
          <w:smallCaps w:val="0"/>
          <w:strike w:val="0"/>
          <w:sz w:val="22"/>
          <w:u w:val="single"/>
        </w:rPr>
        <w:t>united front</w:t>
      </w:r>
      <w:r>
        <w:rPr>
          <w:b w:val="0"/>
          <w:i w:val="0"/>
          <w:smallCaps w:val="0"/>
          <w:strike w:val="0"/>
          <w:sz w:val="22"/>
          <w:u w:val="single"/>
        </w:rPr>
        <w:t xml:space="preserve"> against the racist state</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lack of corporate/mainstream media </w:t>
      </w:r>
      <w:r>
        <w:rPr>
          <w:b w:val="0"/>
          <w:i w:val="0"/>
          <w:smallCaps w:val="0"/>
          <w:strike w:val="0"/>
          <w:sz w:val="22"/>
          <w:u w:val="single"/>
        </w:rPr>
        <w:t>focus</w:t>
      </w:r>
      <w:r>
        <w:rPr>
          <w:b w:val="0"/>
          <w:i w:val="0"/>
          <w:smallCaps w:val="0"/>
          <w:strike w:val="0"/>
          <w:sz w:val="16"/>
          <w:u w:val="none"/>
        </w:rPr>
        <w:t xml:space="preserve"> on the fact that there are many Black immigrants, and immigration is a “Black issue” </w:t>
      </w:r>
      <w:r>
        <w:rPr>
          <w:b/>
          <w:i w:val="0"/>
          <w:smallCaps w:val="0"/>
          <w:strike w:val="0"/>
          <w:sz w:val="22"/>
          <w:u w:val="single"/>
        </w:rPr>
        <w:t>unnecessarily shifts attention</w:t>
      </w:r>
      <w:r>
        <w:rPr>
          <w:b w:val="0"/>
          <w:i w:val="0"/>
          <w:smallCaps w:val="0"/>
          <w:strike w:val="0"/>
          <w:sz w:val="16"/>
          <w:u w:val="none"/>
        </w:rPr>
        <w:t xml:space="preserve"> to other workers who are subjected to the same “anti-Black” ideology of the ruling class and it’s media apparatuses. Instead of calling out the “Latinx community” for their “anti-Blackness” a revolutionary perspective frames the issue as not one stemming from any said community, but from </w:t>
      </w:r>
      <w:r>
        <w:rPr>
          <w:b w:val="0"/>
          <w:i w:val="0"/>
          <w:smallCaps w:val="0"/>
          <w:strike w:val="0"/>
          <w:sz w:val="22"/>
          <w:u w:val="single"/>
        </w:rPr>
        <w:t xml:space="preserve">the </w:t>
      </w:r>
      <w:r>
        <w:rPr>
          <w:b/>
          <w:i w:val="0"/>
          <w:smallCaps w:val="0"/>
          <w:strike w:val="0"/>
          <w:sz w:val="22"/>
          <w:u w:val="single"/>
        </w:rPr>
        <w:t>ruling class</w:t>
      </w:r>
      <w:r>
        <w:rPr>
          <w:b w:val="0"/>
          <w:i w:val="0"/>
          <w:smallCaps w:val="0"/>
          <w:strike w:val="0"/>
          <w:sz w:val="16"/>
          <w:u w:val="none"/>
        </w:rPr>
        <w:t xml:space="preserve"> which oppresses the vast majority of immigrants in this country.</w:t>
      </w:r>
    </w:p>
    <w:p>
      <w:pPr>
        <w:spacing w:after="60"/>
      </w:pPr>
      <w:r>
        <w:rPr>
          <w:b w:val="0"/>
          <w:i w:val="0"/>
          <w:smallCaps w:val="0"/>
          <w:strike w:val="0"/>
          <w:sz w:val="16"/>
          <w:u w:val="none"/>
        </w:rPr>
        <w:t xml:space="preserve">Capital in these instances </w:t>
      </w:r>
      <w:r>
        <w:rPr>
          <w:b w:val="0"/>
          <w:i w:val="0"/>
          <w:smallCaps w:val="0"/>
          <w:strike w:val="0"/>
          <w:sz w:val="22"/>
          <w:u w:val="single"/>
        </w:rPr>
        <w:t xml:space="preserve">are </w:t>
      </w:r>
      <w:r>
        <w:rPr>
          <w:b/>
          <w:i w:val="0"/>
          <w:smallCaps w:val="0"/>
          <w:strike w:val="0"/>
          <w:sz w:val="22"/>
          <w:u w:val="single"/>
        </w:rPr>
        <w:t>let off the hook</w:t>
      </w:r>
      <w:r>
        <w:rPr>
          <w:b w:val="0"/>
          <w:i w:val="0"/>
          <w:smallCaps w:val="0"/>
          <w:strike w:val="0"/>
          <w:sz w:val="16"/>
          <w:u w:val="none"/>
        </w:rPr>
        <w:t xml:space="preserve">. </w:t>
      </w:r>
      <w:r>
        <w:rPr>
          <w:b w:val="0"/>
          <w:i w:val="0"/>
          <w:smallCaps w:val="0"/>
          <w:strike w:val="0"/>
          <w:sz w:val="22"/>
          <w:u w:val="single"/>
        </w:rPr>
        <w:t xml:space="preserve">The problem is </w:t>
      </w:r>
      <w:r>
        <w:rPr>
          <w:b/>
          <w:i w:val="0"/>
          <w:smallCaps w:val="0"/>
          <w:strike w:val="0"/>
          <w:sz w:val="22"/>
          <w:u w:val="single"/>
        </w:rPr>
        <w:t>no longer</w:t>
      </w:r>
      <w:r>
        <w:rPr>
          <w:b w:val="0"/>
          <w:i w:val="0"/>
          <w:smallCaps w:val="0"/>
          <w:strike w:val="0"/>
          <w:sz w:val="22"/>
          <w:u w:val="single"/>
        </w:rPr>
        <w:t xml:space="preserve"> that the ruling class owns the </w:t>
      </w:r>
      <w:r>
        <w:rPr>
          <w:b/>
          <w:i w:val="0"/>
          <w:smallCaps w:val="0"/>
          <w:strike w:val="0"/>
          <w:sz w:val="22"/>
          <w:u w:val="single"/>
        </w:rPr>
        <w:t>means of production</w:t>
      </w:r>
      <w:r>
        <w:rPr>
          <w:b w:val="0"/>
          <w:i w:val="0"/>
          <w:smallCaps w:val="0"/>
          <w:strike w:val="0"/>
          <w:sz w:val="16"/>
          <w:u w:val="none"/>
        </w:rPr>
        <w:t xml:space="preserve"> and thus the means of ideological production that reinforce anti-working class ideologies such as racism. </w:t>
      </w:r>
      <w:r>
        <w:rPr>
          <w:b w:val="0"/>
          <w:i w:val="0"/>
          <w:smallCaps w:val="0"/>
          <w:strike w:val="0"/>
          <w:sz w:val="22"/>
          <w:u w:val="single"/>
        </w:rPr>
        <w:t>The problem is</w:t>
      </w:r>
      <w:r>
        <w:rPr>
          <w:b w:val="0"/>
          <w:i w:val="0"/>
          <w:smallCaps w:val="0"/>
          <w:strike w:val="0"/>
          <w:sz w:val="16"/>
          <w:u w:val="none"/>
        </w:rPr>
        <w:t xml:space="preserve"> the “anti-Blackness”--and the </w:t>
      </w:r>
      <w:r>
        <w:rPr>
          <w:b w:val="0"/>
          <w:i w:val="0"/>
          <w:smallCaps w:val="0"/>
          <w:strike w:val="0"/>
          <w:sz w:val="22"/>
          <w:u w:val="single"/>
        </w:rPr>
        <w:t>often posited</w:t>
      </w:r>
      <w:r>
        <w:rPr>
          <w:b w:val="0"/>
          <w:i w:val="0"/>
          <w:smallCaps w:val="0"/>
          <w:strike w:val="0"/>
          <w:sz w:val="16"/>
          <w:u w:val="none"/>
        </w:rPr>
        <w:t xml:space="preserve"> “</w:t>
      </w:r>
      <w:r>
        <w:rPr>
          <w:b/>
          <w:i w:val="0"/>
          <w:smallCaps w:val="0"/>
          <w:strike w:val="0"/>
          <w:sz w:val="22"/>
          <w:u w:val="single"/>
        </w:rPr>
        <w:t>inherent</w:t>
      </w:r>
      <w:r>
        <w:rPr>
          <w:b w:val="0"/>
          <w:i w:val="0"/>
          <w:smallCaps w:val="0"/>
          <w:strike w:val="0"/>
          <w:sz w:val="16"/>
          <w:u w:val="none"/>
        </w:rPr>
        <w:t xml:space="preserve">” </w:t>
      </w:r>
      <w:r>
        <w:rPr>
          <w:b/>
          <w:i w:val="0"/>
          <w:smallCaps w:val="0"/>
          <w:strike w:val="0"/>
          <w:sz w:val="22"/>
          <w:u w:val="single"/>
        </w:rPr>
        <w:t>anti-Blackness</w:t>
      </w:r>
      <w:r>
        <w:rPr>
          <w:b w:val="0"/>
          <w:i w:val="0"/>
          <w:smallCaps w:val="0"/>
          <w:strike w:val="0"/>
          <w:sz w:val="16"/>
          <w:u w:val="none"/>
        </w:rPr>
        <w:t>--of non-Black communities. It’s a</w:t>
      </w:r>
      <w:r>
        <w:rPr>
          <w:b w:val="0"/>
          <w:i w:val="0"/>
          <w:smallCaps w:val="0"/>
          <w:strike w:val="0"/>
          <w:sz w:val="16"/>
          <w:u w:val="none"/>
        </w:rPr>
        <w:t xml:space="preserve"> structural feature of society, but apparently one that can’t be changed. As a result, </w:t>
      </w:r>
      <w:r>
        <w:rPr>
          <w:b w:val="0"/>
          <w:i w:val="0"/>
          <w:smallCaps w:val="0"/>
          <w:strike w:val="0"/>
          <w:sz w:val="22"/>
          <w:u w:val="single"/>
        </w:rPr>
        <w:t>there’s</w:t>
      </w:r>
      <w:r>
        <w:rPr>
          <w:b w:val="0"/>
          <w:i w:val="0"/>
          <w:smallCaps w:val="0"/>
          <w:strike w:val="0"/>
          <w:sz w:val="22"/>
          <w:u w:val="single"/>
        </w:rPr>
        <w:t xml:space="preserve"> </w:t>
      </w:r>
      <w:r>
        <w:rPr>
          <w:b/>
          <w:i w:val="0"/>
          <w:smallCaps w:val="0"/>
          <w:strike w:val="0"/>
          <w:sz w:val="22"/>
          <w:u w:val="single"/>
        </w:rPr>
        <w:t>no need to do anything</w:t>
      </w:r>
      <w:r>
        <w:rPr>
          <w:b w:val="0"/>
          <w:i w:val="0"/>
          <w:smallCaps w:val="0"/>
          <w:strike w:val="0"/>
          <w:sz w:val="22"/>
          <w:u w:val="single"/>
        </w:rPr>
        <w:t xml:space="preserve"> except </w:t>
      </w:r>
      <w:r>
        <w:rPr>
          <w:b/>
          <w:i w:val="0"/>
          <w:smallCaps w:val="0"/>
          <w:strike w:val="0"/>
          <w:sz w:val="22"/>
          <w:u w:val="single"/>
        </w:rPr>
        <w:t>critique</w:t>
      </w:r>
      <w:r>
        <w:rPr>
          <w:b w:val="0"/>
          <w:i w:val="0"/>
          <w:smallCaps w:val="0"/>
          <w:strike w:val="0"/>
          <w:sz w:val="16"/>
          <w:u w:val="none"/>
        </w:rPr>
        <w:t>.</w:t>
      </w:r>
      <w:r>
        <w:rPr>
          <w:b w:val="0"/>
          <w:i w:val="0"/>
          <w:smallCaps w:val="0"/>
          <w:strike w:val="0"/>
          <w:sz w:val="16"/>
          <w:u w:val="none"/>
        </w:rPr>
        <w:t xml:space="preserve"> </w:t>
      </w:r>
    </w:p>
    <w:p>
      <w:pPr>
        <w:spacing w:after="60"/>
      </w:pPr>
      <w:r>
        <w:rPr>
          <w:b w:val="0"/>
          <w:i w:val="0"/>
          <w:smallCaps w:val="0"/>
          <w:strike w:val="0"/>
          <w:sz w:val="16"/>
          <w:u w:val="none"/>
        </w:rPr>
        <w:t xml:space="preserve">No wonder, then, that </w:t>
      </w:r>
      <w:r>
        <w:rPr>
          <w:b w:val="0"/>
          <w:i w:val="0"/>
          <w:smallCaps w:val="0"/>
          <w:strike w:val="0"/>
          <w:sz w:val="16"/>
          <w:u w:val="none"/>
        </w:rPr>
        <w:t>Afropessimism</w:t>
      </w:r>
      <w:r>
        <w:rPr>
          <w:b w:val="0"/>
          <w:i w:val="0"/>
          <w:smallCaps w:val="0"/>
          <w:strike w:val="0"/>
          <w:sz w:val="16"/>
          <w:u w:val="none"/>
        </w:rPr>
        <w:t xml:space="preserve"> is so welcome in the neoliberal university and the increasingly corporatized public school system in the U.S. </w:t>
      </w:r>
      <w:r>
        <w:rPr>
          <w:b w:val="0"/>
          <w:i w:val="0"/>
          <w:smallCaps w:val="0"/>
          <w:strike w:val="0"/>
          <w:sz w:val="22"/>
          <w:highlight w:val="cyan"/>
          <w:u w:val="single"/>
        </w:rPr>
        <w:t xml:space="preserve">It’s </w:t>
      </w:r>
      <w:r>
        <w:rPr>
          <w:b/>
          <w:i w:val="0"/>
          <w:smallCaps w:val="0"/>
          <w:strike w:val="0"/>
          <w:sz w:val="22"/>
          <w:u w:val="single"/>
        </w:rPr>
        <w:t xml:space="preserve">incredibly </w:t>
      </w:r>
      <w:r>
        <w:rPr>
          <w:b/>
          <w:i w:val="0"/>
          <w:smallCaps w:val="0"/>
          <w:strike w:val="0"/>
          <w:sz w:val="22"/>
          <w:highlight w:val="cyan"/>
          <w:u w:val="single"/>
        </w:rPr>
        <w:t>easy</w:t>
      </w:r>
      <w:r>
        <w:rPr>
          <w:b w:val="0"/>
          <w:i w:val="0"/>
          <w:smallCaps w:val="0"/>
          <w:strike w:val="0"/>
          <w:sz w:val="22"/>
          <w:highlight w:val="cyan"/>
          <w:u w:val="single"/>
        </w:rPr>
        <w:t xml:space="preserve"> to call something anti-Black</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condemn anti-Blackness</w:t>
      </w:r>
      <w:r>
        <w:rPr>
          <w:b w:val="0"/>
          <w:i w:val="0"/>
          <w:smallCaps w:val="0"/>
          <w:strike w:val="0"/>
          <w:sz w:val="16"/>
          <w:u w:val="none"/>
        </w:rPr>
        <w:t xml:space="preserve">, </w:t>
      </w:r>
      <w:r>
        <w:rPr>
          <w:b w:val="0"/>
          <w:i w:val="0"/>
          <w:smallCaps w:val="0"/>
          <w:strike w:val="0"/>
          <w:sz w:val="22"/>
          <w:u w:val="single"/>
        </w:rPr>
        <w:t xml:space="preserve">and to play </w:t>
      </w:r>
      <w:r>
        <w:rPr>
          <w:b/>
          <w:i w:val="0"/>
          <w:smallCaps w:val="0"/>
          <w:strike w:val="0"/>
          <w:sz w:val="22"/>
          <w:u w:val="single"/>
        </w:rPr>
        <w:t>more-radical-than-thou</w:t>
      </w:r>
      <w:r>
        <w:rPr>
          <w:b w:val="0"/>
          <w:i w:val="0"/>
          <w:smallCaps w:val="0"/>
          <w:strike w:val="0"/>
          <w:sz w:val="16"/>
          <w:u w:val="none"/>
        </w:rPr>
        <w:t xml:space="preserve">. It’s more than easy, it’s what academia is about. Moreover, and this is related to the Rice protest mentioned earlier, </w:t>
      </w:r>
      <w:r>
        <w:rPr>
          <w:b w:val="0"/>
          <w:i w:val="0"/>
          <w:smallCaps w:val="0"/>
          <w:strike w:val="0"/>
          <w:sz w:val="22"/>
          <w:u w:val="single"/>
        </w:rPr>
        <w:t>when</w:t>
      </w:r>
      <w:r>
        <w:rPr>
          <w:b w:val="0"/>
          <w:i w:val="0"/>
          <w:smallCaps w:val="0"/>
          <w:strike w:val="0"/>
          <w:sz w:val="16"/>
          <w:u w:val="none"/>
        </w:rPr>
        <w:t xml:space="preserve"> “</w:t>
      </w:r>
      <w:r>
        <w:rPr>
          <w:b/>
          <w:i w:val="0"/>
          <w:smallCaps w:val="0"/>
          <w:strike w:val="0"/>
          <w:sz w:val="22"/>
          <w:highlight w:val="cyan"/>
          <w:u w:val="single"/>
        </w:rPr>
        <w:t>Black faces</w:t>
      </w:r>
      <w:r>
        <w:rPr>
          <w:b w:val="0"/>
          <w:i w:val="0"/>
          <w:smallCaps w:val="0"/>
          <w:strike w:val="0"/>
          <w:sz w:val="16"/>
          <w:u w:val="none"/>
        </w:rPr>
        <w:t xml:space="preserve">” </w:t>
      </w:r>
      <w:r>
        <w:rPr>
          <w:b w:val="0"/>
          <w:i w:val="0"/>
          <w:smallCaps w:val="0"/>
          <w:strike w:val="0"/>
          <w:sz w:val="22"/>
          <w:u w:val="single"/>
        </w:rPr>
        <w:t xml:space="preserve">do appear </w:t>
      </w:r>
      <w:r>
        <w:rPr>
          <w:b w:val="0"/>
          <w:i w:val="0"/>
          <w:smallCaps w:val="0"/>
          <w:strike w:val="0"/>
          <w:sz w:val="22"/>
          <w:highlight w:val="cyan"/>
          <w:u w:val="single"/>
        </w:rPr>
        <w:t>in</w:t>
      </w:r>
      <w:r>
        <w:rPr>
          <w:b w:val="0"/>
          <w:i w:val="0"/>
          <w:smallCaps w:val="0"/>
          <w:strike w:val="0"/>
          <w:sz w:val="16"/>
          <w:u w:val="none"/>
        </w:rPr>
        <w:t xml:space="preserve"> “</w:t>
      </w:r>
      <w:r>
        <w:rPr>
          <w:b/>
          <w:i w:val="0"/>
          <w:smallCaps w:val="0"/>
          <w:strike w:val="0"/>
          <w:sz w:val="22"/>
          <w:highlight w:val="cyan"/>
          <w:u w:val="single"/>
        </w:rPr>
        <w:t>high places</w:t>
      </w:r>
      <w:r>
        <w:rPr>
          <w:b w:val="0"/>
          <w:i w:val="0"/>
          <w:smallCaps w:val="0"/>
          <w:strike w:val="0"/>
          <w:sz w:val="16"/>
          <w:u w:val="none"/>
        </w:rPr>
        <w:t xml:space="preserve">,” </w:t>
      </w:r>
      <w:r>
        <w:rPr>
          <w:b w:val="0"/>
          <w:i w:val="0"/>
          <w:smallCaps w:val="0"/>
          <w:strike w:val="0"/>
          <w:sz w:val="22"/>
          <w:highlight w:val="cyan"/>
          <w:u w:val="single"/>
        </w:rPr>
        <w:t xml:space="preserve">they’re </w:t>
      </w:r>
      <w:r>
        <w:rPr>
          <w:b/>
          <w:i w:val="0"/>
          <w:smallCaps w:val="0"/>
          <w:strike w:val="0"/>
          <w:sz w:val="22"/>
          <w:highlight w:val="cyan"/>
          <w:u w:val="single"/>
        </w:rPr>
        <w:t>immunized from</w:t>
      </w:r>
      <w:r>
        <w:rPr>
          <w:b/>
          <w:i w:val="0"/>
          <w:smallCaps w:val="0"/>
          <w:strike w:val="0"/>
          <w:sz w:val="22"/>
          <w:u w:val="single"/>
        </w:rPr>
        <w:t xml:space="preserve"> any possible </w:t>
      </w:r>
      <w:r>
        <w:rPr>
          <w:b/>
          <w:i w:val="0"/>
          <w:smallCaps w:val="0"/>
          <w:strike w:val="0"/>
          <w:sz w:val="22"/>
          <w:highlight w:val="cyan"/>
          <w:u w:val="single"/>
        </w:rPr>
        <w:t>critique</w:t>
      </w:r>
      <w:r>
        <w:rPr>
          <w:b w:val="0"/>
          <w:i w:val="0"/>
          <w:smallCaps w:val="0"/>
          <w:strike w:val="0"/>
          <w:sz w:val="22"/>
          <w:highlight w:val="cyan"/>
          <w:u w:val="single"/>
        </w:rPr>
        <w:t xml:space="preserve"> from any group that </w:t>
      </w:r>
      <w:r>
        <w:rPr>
          <w:b/>
          <w:i w:val="0"/>
          <w:smallCaps w:val="0"/>
          <w:strike w:val="0"/>
          <w:sz w:val="22"/>
          <w:highlight w:val="cyan"/>
          <w:u w:val="single"/>
        </w:rPr>
        <w:t>isn’t Black</w:t>
      </w:r>
      <w:r>
        <w:rPr>
          <w:b w:val="0"/>
          <w:i w:val="0"/>
          <w:smallCaps w:val="0"/>
          <w:strike w:val="0"/>
          <w:sz w:val="16"/>
          <w:u w:val="none"/>
        </w:rPr>
        <w:t xml:space="preserve"> (</w:t>
      </w:r>
      <w:r>
        <w:rPr>
          <w:b/>
          <w:i w:val="0"/>
          <w:smallCaps w:val="0"/>
          <w:strike w:val="0"/>
          <w:sz w:val="22"/>
          <w:highlight w:val="cyan"/>
          <w:u w:val="single"/>
        </w:rPr>
        <w:t>enough</w:t>
      </w:r>
      <w:r>
        <w:rPr>
          <w:b w:val="0"/>
          <w:i w:val="0"/>
          <w:smallCaps w:val="0"/>
          <w:strike w:val="0"/>
          <w:sz w:val="16"/>
          <w:u w:val="none"/>
        </w:rPr>
        <w:t xml:space="preserve">). </w:t>
      </w:r>
      <w:r>
        <w:rPr>
          <w:b w:val="0"/>
          <w:i w:val="0"/>
          <w:smallCaps w:val="0"/>
          <w:strike w:val="0"/>
          <w:sz w:val="22"/>
          <w:u w:val="single"/>
        </w:rPr>
        <w:t xml:space="preserve">It </w:t>
      </w:r>
      <w:r>
        <w:rPr>
          <w:b/>
          <w:i w:val="0"/>
          <w:smallCaps w:val="0"/>
          <w:strike w:val="0"/>
          <w:sz w:val="22"/>
          <w:u w:val="single"/>
        </w:rPr>
        <w:t>doesn’t matter</w:t>
      </w:r>
      <w:r>
        <w:rPr>
          <w:b w:val="0"/>
          <w:i w:val="0"/>
          <w:smallCaps w:val="0"/>
          <w:strike w:val="0"/>
          <w:sz w:val="22"/>
          <w:u w:val="single"/>
        </w:rPr>
        <w:t xml:space="preserve"> if</w:t>
      </w:r>
      <w:r>
        <w:rPr>
          <w:b w:val="0"/>
          <w:i w:val="0"/>
          <w:smallCaps w:val="0"/>
          <w:strike w:val="0"/>
          <w:sz w:val="16"/>
          <w:u w:val="none"/>
        </w:rPr>
        <w:t xml:space="preserve"> the head of a school, corporation, or </w:t>
      </w:r>
      <w:r>
        <w:rPr>
          <w:b w:val="0"/>
          <w:i w:val="0"/>
          <w:smallCaps w:val="0"/>
          <w:strike w:val="0"/>
          <w:sz w:val="22"/>
          <w:u w:val="single"/>
        </w:rPr>
        <w:t xml:space="preserve">any other entity has the </w:t>
      </w:r>
      <w:r>
        <w:rPr>
          <w:b/>
          <w:i w:val="0"/>
          <w:smallCaps w:val="0"/>
          <w:strike w:val="0"/>
          <w:sz w:val="22"/>
          <w:u w:val="single"/>
        </w:rPr>
        <w:t>same politics</w:t>
      </w:r>
      <w:r>
        <w:rPr>
          <w:b w:val="0"/>
          <w:i w:val="0"/>
          <w:smallCaps w:val="0"/>
          <w:strike w:val="0"/>
          <w:sz w:val="22"/>
          <w:u w:val="single"/>
        </w:rPr>
        <w:t xml:space="preserve"> as the </w:t>
      </w:r>
      <w:r>
        <w:rPr>
          <w:b/>
          <w:i w:val="0"/>
          <w:smallCaps w:val="0"/>
          <w:strike w:val="0"/>
          <w:sz w:val="22"/>
          <w:u w:val="single"/>
        </w:rPr>
        <w:t>imperialist</w:t>
      </w:r>
      <w:r>
        <w:rPr>
          <w:b w:val="0"/>
          <w:i w:val="0"/>
          <w:smallCaps w:val="0"/>
          <w:strike w:val="0"/>
          <w:sz w:val="22"/>
          <w:u w:val="single"/>
        </w:rPr>
        <w:t xml:space="preserve"> and </w:t>
      </w:r>
      <w:r>
        <w:rPr>
          <w:b/>
          <w:i w:val="0"/>
          <w:smallCaps w:val="0"/>
          <w:strike w:val="0"/>
          <w:sz w:val="22"/>
          <w:u w:val="single"/>
        </w:rPr>
        <w:t>racist power structure</w:t>
      </w:r>
      <w:r>
        <w:rPr>
          <w:b w:val="0"/>
          <w:i w:val="0"/>
          <w:smallCaps w:val="0"/>
          <w:strike w:val="0"/>
          <w:sz w:val="16"/>
          <w:u w:val="none"/>
        </w:rPr>
        <w:t xml:space="preserve">, </w:t>
      </w:r>
      <w:r>
        <w:rPr>
          <w:b w:val="0"/>
          <w:i w:val="0"/>
          <w:smallCaps w:val="0"/>
          <w:strike w:val="0"/>
          <w:sz w:val="22"/>
          <w:u w:val="single"/>
        </w:rPr>
        <w:t>because</w:t>
      </w:r>
      <w:r>
        <w:rPr>
          <w:b w:val="0"/>
          <w:i w:val="0"/>
          <w:smallCaps w:val="0"/>
          <w:strike w:val="0"/>
          <w:sz w:val="16"/>
          <w:u w:val="none"/>
        </w:rPr>
        <w:t xml:space="preserve"> they’re black and so </w:t>
      </w:r>
      <w:r>
        <w:rPr>
          <w:b w:val="0"/>
          <w:i w:val="0"/>
          <w:smallCaps w:val="0"/>
          <w:strike w:val="0"/>
          <w:sz w:val="22"/>
          <w:u w:val="single"/>
        </w:rPr>
        <w:t xml:space="preserve">to </w:t>
      </w:r>
      <w:r>
        <w:rPr>
          <w:b/>
          <w:i w:val="0"/>
          <w:smallCaps w:val="0"/>
          <w:strike w:val="0"/>
          <w:sz w:val="22"/>
          <w:u w:val="single"/>
        </w:rPr>
        <w:t>critique</w:t>
      </w:r>
      <w:r>
        <w:rPr>
          <w:b w:val="0"/>
          <w:i w:val="0"/>
          <w:smallCaps w:val="0"/>
          <w:strike w:val="0"/>
          <w:sz w:val="22"/>
          <w:u w:val="single"/>
        </w:rPr>
        <w:t xml:space="preserve"> or </w:t>
      </w:r>
      <w:r>
        <w:rPr>
          <w:b/>
          <w:i w:val="0"/>
          <w:smallCaps w:val="0"/>
          <w:strike w:val="0"/>
          <w:sz w:val="22"/>
          <w:u w:val="single"/>
        </w:rPr>
        <w:t>challenge</w:t>
      </w:r>
      <w:r>
        <w:rPr>
          <w:b w:val="0"/>
          <w:i w:val="0"/>
          <w:smallCaps w:val="0"/>
          <w:strike w:val="0"/>
          <w:sz w:val="22"/>
          <w:u w:val="single"/>
        </w:rPr>
        <w:t xml:space="preserve"> them would be an act of </w:t>
      </w:r>
      <w:r>
        <w:rPr>
          <w:b/>
          <w:i w:val="0"/>
          <w:smallCaps w:val="0"/>
          <w:strike w:val="0"/>
          <w:sz w:val="22"/>
          <w:u w:val="single"/>
        </w:rPr>
        <w:t>anti-Blackness</w:t>
      </w:r>
      <w:r>
        <w:rPr>
          <w:b w:val="0"/>
          <w:i w:val="0"/>
          <w:smallCaps w:val="0"/>
          <w:strike w:val="0"/>
          <w:sz w:val="16"/>
          <w:u w:val="none"/>
        </w:rPr>
        <w:t>.</w:t>
      </w:r>
    </w:p>
    <w:p>
      <w:pPr>
        <w:spacing w:after="60"/>
      </w:pPr>
      <w:r>
        <w:rPr>
          <w:b w:val="0"/>
          <w:i w:val="0"/>
          <w:smallCaps w:val="0"/>
          <w:strike w:val="0"/>
          <w:sz w:val="22"/>
          <w:u w:val="single"/>
        </w:rPr>
        <w:t>This</w:t>
      </w:r>
      <w:r>
        <w:rPr>
          <w:b w:val="0"/>
          <w:i w:val="0"/>
          <w:smallCaps w:val="0"/>
          <w:strike w:val="0"/>
          <w:sz w:val="16"/>
          <w:u w:val="none"/>
        </w:rPr>
        <w:t xml:space="preserve"> last </w:t>
      </w:r>
      <w:r>
        <w:rPr>
          <w:b w:val="0"/>
          <w:i w:val="0"/>
          <w:smallCaps w:val="0"/>
          <w:strike w:val="0"/>
          <w:sz w:val="22"/>
          <w:u w:val="single"/>
        </w:rPr>
        <w:t xml:space="preserve">reason is </w:t>
      </w:r>
      <w:r>
        <w:rPr>
          <w:b/>
          <w:i w:val="0"/>
          <w:smallCaps w:val="0"/>
          <w:strike w:val="0"/>
          <w:sz w:val="22"/>
          <w:u w:val="single"/>
        </w:rPr>
        <w:t xml:space="preserve">why white people love </w:t>
      </w:r>
      <w:r>
        <w:rPr>
          <w:b/>
          <w:i w:val="0"/>
          <w:smallCaps w:val="0"/>
          <w:strike w:val="0"/>
          <w:sz w:val="22"/>
          <w:u w:val="single"/>
        </w:rPr>
        <w:t>Afropessimism</w:t>
      </w:r>
      <w:r>
        <w:rPr>
          <w:b/>
          <w:i w:val="0"/>
          <w:smallCaps w:val="0"/>
          <w:strike w:val="0"/>
          <w:sz w:val="22"/>
          <w:u w:val="single"/>
        </w:rPr>
        <w:t xml:space="preserve"> so much</w:t>
      </w:r>
      <w:r>
        <w:rPr>
          <w:b w:val="0"/>
          <w:i w:val="0"/>
          <w:smallCaps w:val="0"/>
          <w:strike w:val="0"/>
          <w:sz w:val="16"/>
          <w:u w:val="none"/>
        </w:rPr>
        <w:t xml:space="preserve">. The </w:t>
      </w:r>
      <w:r>
        <w:rPr>
          <w:b/>
          <w:i w:val="0"/>
          <w:smallCaps w:val="0"/>
          <w:strike w:val="0"/>
          <w:sz w:val="22"/>
          <w:highlight w:val="cyan"/>
          <w:u w:val="single"/>
        </w:rPr>
        <w:t>vague calls</w:t>
      </w:r>
      <w:r>
        <w:rPr>
          <w:b w:val="0"/>
          <w:i w:val="0"/>
          <w:smallCaps w:val="0"/>
          <w:strike w:val="0"/>
          <w:sz w:val="22"/>
          <w:highlight w:val="cyan"/>
          <w:u w:val="single"/>
        </w:rPr>
        <w:t xml:space="preserve"> to</w:t>
      </w:r>
      <w:r>
        <w:rPr>
          <w:b w:val="0"/>
          <w:i w:val="0"/>
          <w:smallCaps w:val="0"/>
          <w:strike w:val="0"/>
          <w:sz w:val="16"/>
          <w:u w:val="none"/>
        </w:rPr>
        <w:t xml:space="preserve"> “</w:t>
      </w:r>
      <w:r>
        <w:rPr>
          <w:b/>
          <w:i w:val="0"/>
          <w:smallCaps w:val="0"/>
          <w:strike w:val="0"/>
          <w:sz w:val="22"/>
          <w:highlight w:val="cyan"/>
          <w:u w:val="single"/>
        </w:rPr>
        <w:t>follow Black people</w:t>
      </w:r>
      <w:r>
        <w:rPr>
          <w:b w:val="0"/>
          <w:i w:val="0"/>
          <w:smallCaps w:val="0"/>
          <w:strike w:val="0"/>
          <w:sz w:val="16"/>
          <w:u w:val="none"/>
        </w:rPr>
        <w:t xml:space="preserve">” </w:t>
      </w:r>
      <w:r>
        <w:rPr>
          <w:b w:val="0"/>
          <w:i w:val="0"/>
          <w:smallCaps w:val="0"/>
          <w:strike w:val="0"/>
          <w:sz w:val="22"/>
          <w:highlight w:val="cyan"/>
          <w:u w:val="single"/>
        </w:rPr>
        <w:t xml:space="preserve">not only fulfill </w:t>
      </w:r>
      <w:r>
        <w:rPr>
          <w:b/>
          <w:i w:val="0"/>
          <w:smallCaps w:val="0"/>
          <w:strike w:val="0"/>
          <w:sz w:val="22"/>
          <w:highlight w:val="cyan"/>
          <w:u w:val="single"/>
        </w:rPr>
        <w:t>racist tropes</w:t>
      </w:r>
      <w:r>
        <w:rPr>
          <w:b w:val="0"/>
          <w:i w:val="0"/>
          <w:smallCaps w:val="0"/>
          <w:strike w:val="0"/>
          <w:sz w:val="22"/>
          <w:u w:val="single"/>
        </w:rPr>
        <w:t xml:space="preserve"> that all Black people are the </w:t>
      </w:r>
      <w:r>
        <w:rPr>
          <w:b/>
          <w:i w:val="0"/>
          <w:smallCaps w:val="0"/>
          <w:strike w:val="0"/>
          <w:sz w:val="22"/>
          <w:u w:val="single"/>
        </w:rPr>
        <w:t>same</w:t>
      </w:r>
      <w:r>
        <w:rPr>
          <w:b w:val="0"/>
          <w:i w:val="0"/>
          <w:smallCaps w:val="0"/>
          <w:strike w:val="0"/>
          <w:sz w:val="16"/>
          <w:u w:val="none"/>
        </w:rPr>
        <w:t xml:space="preserve"> (in, for example, their unruliness and “threat” to society) </w:t>
      </w:r>
      <w:r>
        <w:rPr>
          <w:b w:val="0"/>
          <w:i w:val="0"/>
          <w:smallCaps w:val="0"/>
          <w:strike w:val="0"/>
          <w:sz w:val="22"/>
          <w:highlight w:val="cyan"/>
          <w:u w:val="single"/>
        </w:rPr>
        <w:t>but</w:t>
      </w:r>
      <w:r>
        <w:rPr>
          <w:b w:val="0"/>
          <w:i w:val="0"/>
          <w:smallCaps w:val="0"/>
          <w:strike w:val="0"/>
          <w:sz w:val="16"/>
          <w:u w:val="none"/>
        </w:rPr>
        <w:t xml:space="preserve"> moreover </w:t>
      </w:r>
      <w:r>
        <w:rPr>
          <w:b/>
          <w:i w:val="0"/>
          <w:smallCaps w:val="0"/>
          <w:strike w:val="0"/>
          <w:sz w:val="22"/>
          <w:highlight w:val="cyan"/>
          <w:u w:val="single"/>
        </w:rPr>
        <w:t>let white people off the hook</w:t>
      </w:r>
      <w:r>
        <w:rPr>
          <w:b w:val="0"/>
          <w:i w:val="0"/>
          <w:smallCaps w:val="0"/>
          <w:strike w:val="0"/>
          <w:sz w:val="22"/>
          <w:u w:val="single"/>
        </w:rPr>
        <w:t xml:space="preserve"> for doing </w:t>
      </w:r>
      <w:r>
        <w:rPr>
          <w:b/>
          <w:i w:val="0"/>
          <w:smallCaps w:val="0"/>
          <w:strike w:val="0"/>
          <w:sz w:val="22"/>
          <w:u w:val="single"/>
        </w:rPr>
        <w:t>any real political investigation</w:t>
      </w:r>
      <w:r>
        <w:rPr>
          <w:b w:val="0"/>
          <w:i w:val="0"/>
          <w:smallCaps w:val="0"/>
          <w:strike w:val="0"/>
          <w:sz w:val="22"/>
          <w:u w:val="single"/>
        </w:rPr>
        <w:t xml:space="preserve"> and </w:t>
      </w:r>
      <w:r>
        <w:rPr>
          <w:b/>
          <w:i w:val="0"/>
          <w:smallCaps w:val="0"/>
          <w:strike w:val="0"/>
          <w:sz w:val="22"/>
          <w:u w:val="single"/>
        </w:rPr>
        <w:t>work</w:t>
      </w:r>
      <w:r>
        <w:rPr>
          <w:b w:val="0"/>
          <w:i w:val="0"/>
          <w:smallCaps w:val="0"/>
          <w:strike w:val="0"/>
          <w:sz w:val="16"/>
          <w:u w:val="none"/>
        </w:rPr>
        <w:t xml:space="preserve">. </w:t>
      </w:r>
      <w:r>
        <w:rPr>
          <w:b w:val="0"/>
          <w:i w:val="0"/>
          <w:smallCaps w:val="0"/>
          <w:strike w:val="0"/>
          <w:sz w:val="22"/>
          <w:u w:val="single"/>
        </w:rPr>
        <w:t>The real response</w:t>
      </w:r>
      <w:r>
        <w:rPr>
          <w:b w:val="0"/>
          <w:i w:val="0"/>
          <w:smallCaps w:val="0"/>
          <w:strike w:val="0"/>
          <w:sz w:val="16"/>
          <w:u w:val="none"/>
        </w:rPr>
        <w:t xml:space="preserve"> to “Follow Black people'' </w:t>
      </w:r>
      <w:r>
        <w:rPr>
          <w:b w:val="0"/>
          <w:i w:val="0"/>
          <w:smallCaps w:val="0"/>
          <w:strike w:val="0"/>
          <w:sz w:val="22"/>
          <w:u w:val="single"/>
        </w:rPr>
        <w:t>is</w:t>
      </w:r>
      <w:r>
        <w:rPr>
          <w:b w:val="0"/>
          <w:i w:val="0"/>
          <w:smallCaps w:val="0"/>
          <w:strike w:val="0"/>
          <w:sz w:val="16"/>
          <w:u w:val="none"/>
        </w:rPr>
        <w:t>: “</w:t>
      </w:r>
      <w:r>
        <w:rPr>
          <w:b/>
          <w:i w:val="0"/>
          <w:smallCaps w:val="0"/>
          <w:strike w:val="0"/>
          <w:sz w:val="22"/>
          <w:highlight w:val="cyan"/>
          <w:u w:val="single"/>
        </w:rPr>
        <w:t>Which Black people</w:t>
      </w:r>
      <w:r>
        <w:rPr>
          <w:b w:val="0"/>
          <w:i w:val="0"/>
          <w:smallCaps w:val="0"/>
          <w:strike w:val="0"/>
          <w:sz w:val="22"/>
          <w:highlight w:val="cyan"/>
          <w:u w:val="single"/>
        </w:rPr>
        <w:t>?</w:t>
      </w:r>
      <w:r>
        <w:rPr>
          <w:b w:val="0"/>
          <w:i w:val="0"/>
          <w:smallCaps w:val="0"/>
          <w:strike w:val="0"/>
          <w:sz w:val="16"/>
          <w:u w:val="none"/>
        </w:rPr>
        <w:t xml:space="preserve">” Should Derek follow his comrade </w:t>
      </w:r>
      <w:r>
        <w:rPr>
          <w:b/>
          <w:i w:val="0"/>
          <w:smallCaps w:val="0"/>
          <w:strike w:val="0"/>
          <w:sz w:val="22"/>
          <w:u w:val="single"/>
        </w:rPr>
        <w:t>Nino</w:t>
      </w:r>
      <w:r>
        <w:rPr>
          <w:b w:val="0"/>
          <w:i w:val="0"/>
          <w:smallCaps w:val="0"/>
          <w:strike w:val="0"/>
          <w:sz w:val="22"/>
          <w:u w:val="single"/>
        </w:rPr>
        <w:t xml:space="preserve"> or</w:t>
      </w:r>
      <w:r>
        <w:rPr>
          <w:b w:val="0"/>
          <w:i w:val="0"/>
          <w:smallCaps w:val="0"/>
          <w:strike w:val="0"/>
          <w:sz w:val="16"/>
          <w:u w:val="none"/>
        </w:rPr>
        <w:t xml:space="preserve"> John </w:t>
      </w:r>
      <w:r>
        <w:rPr>
          <w:b/>
          <w:i w:val="0"/>
          <w:smallCaps w:val="0"/>
          <w:strike w:val="0"/>
          <w:sz w:val="22"/>
          <w:u w:val="single"/>
        </w:rPr>
        <w:t>McWhorter</w:t>
      </w:r>
      <w:r>
        <w:rPr>
          <w:b w:val="0"/>
          <w:i w:val="0"/>
          <w:smallCaps w:val="0"/>
          <w:strike w:val="0"/>
          <w:sz w:val="22"/>
          <w:u w:val="single"/>
        </w:rPr>
        <w:t>?</w:t>
      </w:r>
      <w:r>
        <w:rPr>
          <w:b w:val="0"/>
          <w:i w:val="0"/>
          <w:smallCaps w:val="0"/>
          <w:strike w:val="0"/>
          <w:sz w:val="16"/>
          <w:u w:val="none"/>
        </w:rPr>
        <w:t xml:space="preserve"> Should he </w:t>
      </w:r>
      <w:r>
        <w:rPr>
          <w:b w:val="0"/>
          <w:i w:val="0"/>
          <w:smallCaps w:val="0"/>
          <w:strike w:val="0"/>
          <w:sz w:val="16"/>
          <w:u w:val="none"/>
        </w:rPr>
        <w:t>go to</w:t>
      </w:r>
      <w:r>
        <w:rPr>
          <w:b w:val="0"/>
          <w:i w:val="0"/>
          <w:smallCaps w:val="0"/>
          <w:strike w:val="0"/>
          <w:sz w:val="16"/>
          <w:u w:val="none"/>
        </w:rPr>
        <w:t xml:space="preserve"> the police protest organized by the local </w:t>
      </w:r>
      <w:r>
        <w:rPr>
          <w:b/>
          <w:i w:val="0"/>
          <w:smallCaps w:val="0"/>
          <w:strike w:val="0"/>
          <w:sz w:val="22"/>
          <w:u w:val="single"/>
        </w:rPr>
        <w:t>B</w:t>
      </w:r>
      <w:r>
        <w:rPr>
          <w:b w:val="0"/>
          <w:i w:val="0"/>
          <w:smallCaps w:val="0"/>
          <w:strike w:val="0"/>
          <w:sz w:val="16"/>
          <w:u w:val="none"/>
        </w:rPr>
        <w:t xml:space="preserve">lack </w:t>
      </w:r>
      <w:r>
        <w:rPr>
          <w:b/>
          <w:i w:val="0"/>
          <w:smallCaps w:val="0"/>
          <w:strike w:val="0"/>
          <w:sz w:val="22"/>
          <w:u w:val="single"/>
        </w:rPr>
        <w:t>L</w:t>
      </w:r>
      <w:r>
        <w:rPr>
          <w:b w:val="0"/>
          <w:i w:val="0"/>
          <w:smallCaps w:val="0"/>
          <w:strike w:val="0"/>
          <w:sz w:val="16"/>
          <w:u w:val="none"/>
        </w:rPr>
        <w:t xml:space="preserve">ives </w:t>
      </w:r>
      <w:r>
        <w:rPr>
          <w:b/>
          <w:i w:val="0"/>
          <w:smallCaps w:val="0"/>
          <w:strike w:val="0"/>
          <w:sz w:val="22"/>
          <w:u w:val="single"/>
        </w:rPr>
        <w:t>M</w:t>
      </w:r>
      <w:r>
        <w:rPr>
          <w:b w:val="0"/>
          <w:i w:val="0"/>
          <w:smallCaps w:val="0"/>
          <w:strike w:val="0"/>
          <w:sz w:val="16"/>
          <w:u w:val="none"/>
        </w:rPr>
        <w:t xml:space="preserve">atter group </w:t>
      </w:r>
      <w:r>
        <w:rPr>
          <w:b w:val="0"/>
          <w:i w:val="0"/>
          <w:smallCaps w:val="0"/>
          <w:strike w:val="0"/>
          <w:sz w:val="22"/>
          <w:u w:val="single"/>
        </w:rPr>
        <w:t>or</w:t>
      </w:r>
      <w:r>
        <w:rPr>
          <w:b w:val="0"/>
          <w:i w:val="0"/>
          <w:smallCaps w:val="0"/>
          <w:strike w:val="0"/>
          <w:sz w:val="16"/>
          <w:u w:val="none"/>
        </w:rPr>
        <w:t xml:space="preserve"> the one organized by </w:t>
      </w:r>
      <w:r>
        <w:rPr>
          <w:b w:val="0"/>
          <w:i w:val="0"/>
          <w:smallCaps w:val="0"/>
          <w:strike w:val="0"/>
          <w:sz w:val="22"/>
          <w:u w:val="single"/>
        </w:rPr>
        <w:t>the</w:t>
      </w:r>
      <w:r>
        <w:rPr>
          <w:b w:val="0"/>
          <w:i w:val="0"/>
          <w:smallCaps w:val="0"/>
          <w:strike w:val="0"/>
          <w:sz w:val="16"/>
          <w:u w:val="none"/>
        </w:rPr>
        <w:t xml:space="preserve"> local </w:t>
      </w:r>
      <w:r>
        <w:rPr>
          <w:b/>
          <w:i w:val="0"/>
          <w:smallCaps w:val="0"/>
          <w:strike w:val="0"/>
          <w:sz w:val="22"/>
          <w:u w:val="single"/>
        </w:rPr>
        <w:t>C</w:t>
      </w:r>
      <w:r>
        <w:rPr>
          <w:b w:val="0"/>
          <w:i w:val="0"/>
          <w:smallCaps w:val="0"/>
          <w:strike w:val="0"/>
          <w:sz w:val="16"/>
          <w:u w:val="none"/>
        </w:rPr>
        <w:t xml:space="preserve">ongress of </w:t>
      </w:r>
      <w:r>
        <w:rPr>
          <w:b/>
          <w:i w:val="0"/>
          <w:smallCaps w:val="0"/>
          <w:strike w:val="0"/>
          <w:sz w:val="22"/>
          <w:u w:val="single"/>
        </w:rPr>
        <w:t>R</w:t>
      </w:r>
      <w:r>
        <w:rPr>
          <w:b w:val="0"/>
          <w:i w:val="0"/>
          <w:smallCaps w:val="0"/>
          <w:strike w:val="0"/>
          <w:sz w:val="16"/>
          <w:u w:val="none"/>
        </w:rPr>
        <w:t xml:space="preserve">acial </w:t>
      </w:r>
      <w:r>
        <w:rPr>
          <w:b/>
          <w:i w:val="0"/>
          <w:smallCaps w:val="0"/>
          <w:strike w:val="0"/>
          <w:sz w:val="22"/>
          <w:u w:val="single"/>
        </w:rPr>
        <w:t>E</w:t>
      </w:r>
      <w:r>
        <w:rPr>
          <w:b w:val="0"/>
          <w:i w:val="0"/>
          <w:smallCaps w:val="0"/>
          <w:strike w:val="0"/>
          <w:sz w:val="16"/>
          <w:u w:val="none"/>
        </w:rPr>
        <w:t>quality</w:t>
      </w:r>
      <w:r>
        <w:rPr>
          <w:b w:val="0"/>
          <w:i w:val="0"/>
          <w:smallCaps w:val="0"/>
          <w:strike w:val="0"/>
          <w:sz w:val="22"/>
          <w:u w:val="single"/>
        </w:rPr>
        <w:t>?</w:t>
      </w:r>
      <w:r>
        <w:rPr>
          <w:b w:val="0"/>
          <w:i w:val="0"/>
          <w:smallCaps w:val="0"/>
          <w:strike w:val="0"/>
          <w:sz w:val="16"/>
          <w:u w:val="none"/>
        </w:rPr>
        <w:t xml:space="preserve"> Should </w:t>
      </w:r>
      <w:r>
        <w:rPr>
          <w:b w:val="0"/>
          <w:i w:val="0"/>
          <w:smallCaps w:val="0"/>
          <w:strike w:val="0"/>
          <w:sz w:val="16"/>
          <w:u w:val="none"/>
        </w:rPr>
        <w:t>he get his racial politics from</w:t>
      </w:r>
      <w:r>
        <w:rPr>
          <w:b w:val="0"/>
          <w:i w:val="0"/>
          <w:smallCaps w:val="0"/>
          <w:strike w:val="0"/>
          <w:sz w:val="16"/>
          <w:u w:val="none"/>
        </w:rPr>
        <w:t xml:space="preserve"> Barack </w:t>
      </w:r>
      <w:r>
        <w:rPr>
          <w:b/>
          <w:i w:val="0"/>
          <w:smallCaps w:val="0"/>
          <w:strike w:val="0"/>
          <w:sz w:val="22"/>
          <w:u w:val="single"/>
        </w:rPr>
        <w:t>Obama</w:t>
      </w:r>
      <w:r>
        <w:rPr>
          <w:b w:val="0"/>
          <w:i w:val="0"/>
          <w:smallCaps w:val="0"/>
          <w:strike w:val="0"/>
          <w:sz w:val="22"/>
          <w:u w:val="single"/>
        </w:rPr>
        <w:t xml:space="preserve"> or </w:t>
      </w:r>
      <w:r>
        <w:rPr>
          <w:b/>
          <w:i w:val="0"/>
          <w:smallCaps w:val="0"/>
          <w:strike w:val="0"/>
          <w:sz w:val="22"/>
          <w:u w:val="single"/>
        </w:rPr>
        <w:t>Glen Ford</w:t>
      </w:r>
      <w:r>
        <w:rPr>
          <w:b w:val="0"/>
          <w:i w:val="0"/>
          <w:smallCaps w:val="0"/>
          <w:strike w:val="0"/>
          <w:sz w:val="22"/>
          <w:u w:val="single"/>
        </w:rPr>
        <w:t>?</w:t>
      </w:r>
      <w:r>
        <w:rPr>
          <w:b w:val="0"/>
          <w:i w:val="0"/>
          <w:smallCaps w:val="0"/>
          <w:strike w:val="0"/>
          <w:sz w:val="16"/>
          <w:u w:val="none"/>
        </w:rPr>
        <w:t xml:space="preserve"> He </w:t>
      </w:r>
      <w:r>
        <w:rPr>
          <w:b w:val="0"/>
          <w:i w:val="0"/>
          <w:smallCaps w:val="0"/>
          <w:strike w:val="0"/>
          <w:sz w:val="16"/>
          <w:u w:val="none"/>
        </w:rPr>
        <w:t>certainly shouldn’t get his politics--or take his lessons in class struggle--from today’s Afropessimists.</w:t>
      </w:r>
    </w:p>
    <w:p>
      <w:pPr>
        <w:spacing w:after="60"/>
      </w:pPr>
      <w:r>
        <w:rPr>
          <w:b w:val="0"/>
          <w:i w:val="0"/>
          <w:smallCaps w:val="0"/>
          <w:strike w:val="0"/>
          <w:sz w:val="22"/>
          <w:u w:val="single"/>
        </w:rPr>
        <w:t xml:space="preserve">None of this is to </w:t>
      </w:r>
      <w:r>
        <w:rPr>
          <w:b/>
          <w:i w:val="0"/>
          <w:smallCaps w:val="0"/>
          <w:strike w:val="0"/>
          <w:sz w:val="22"/>
          <w:u w:val="single"/>
        </w:rPr>
        <w:t>devalue Black leadership</w:t>
      </w:r>
      <w:r>
        <w:rPr>
          <w:b w:val="0"/>
          <w:i w:val="0"/>
          <w:smallCaps w:val="0"/>
          <w:strike w:val="0"/>
          <w:sz w:val="16"/>
          <w:u w:val="none"/>
        </w:rPr>
        <w:t xml:space="preserve"> in the Black liberation movement, to be clear. Black people have and will lead the Black struggle and the broader class struggle. </w:t>
      </w:r>
      <w:r>
        <w:rPr>
          <w:b w:val="0"/>
          <w:i w:val="0"/>
          <w:smallCaps w:val="0"/>
          <w:strike w:val="0"/>
          <w:sz w:val="22"/>
          <w:u w:val="single"/>
        </w:rPr>
        <w:t xml:space="preserve">Nor is it to claim that </w:t>
      </w:r>
      <w:r>
        <w:rPr>
          <w:b/>
          <w:i w:val="0"/>
          <w:smallCaps w:val="0"/>
          <w:strike w:val="0"/>
          <w:sz w:val="22"/>
          <w:u w:val="single"/>
        </w:rPr>
        <w:t>random white people</w:t>
      </w:r>
      <w:r>
        <w:rPr>
          <w:b w:val="0"/>
          <w:i w:val="0"/>
          <w:smallCaps w:val="0"/>
          <w:strike w:val="0"/>
          <w:sz w:val="22"/>
          <w:u w:val="single"/>
        </w:rPr>
        <w:t xml:space="preserve"> should show up</w:t>
      </w:r>
      <w:r>
        <w:rPr>
          <w:b w:val="0"/>
          <w:i w:val="0"/>
          <w:smallCaps w:val="0"/>
          <w:strike w:val="0"/>
          <w:sz w:val="16"/>
          <w:u w:val="none"/>
        </w:rPr>
        <w:t xml:space="preserve"> to a Black Lives Matter protest </w:t>
      </w:r>
      <w:r>
        <w:rPr>
          <w:b w:val="0"/>
          <w:i w:val="0"/>
          <w:smallCaps w:val="0"/>
          <w:strike w:val="0"/>
          <w:sz w:val="22"/>
          <w:u w:val="single"/>
        </w:rPr>
        <w:t xml:space="preserve">and </w:t>
      </w:r>
      <w:r>
        <w:rPr>
          <w:b/>
          <w:i w:val="0"/>
          <w:smallCaps w:val="0"/>
          <w:strike w:val="0"/>
          <w:sz w:val="22"/>
          <w:u w:val="single"/>
        </w:rPr>
        <w:t>grab the microphone</w:t>
      </w:r>
      <w:r>
        <w:rPr>
          <w:b w:val="0"/>
          <w:i w:val="0"/>
          <w:smallCaps w:val="0"/>
          <w:strike w:val="0"/>
          <w:sz w:val="16"/>
          <w:u w:val="none"/>
        </w:rPr>
        <w:t xml:space="preserve">. </w:t>
      </w:r>
      <w:r>
        <w:rPr>
          <w:b w:val="0"/>
          <w:i w:val="0"/>
          <w:smallCaps w:val="0"/>
          <w:strike w:val="0"/>
          <w:sz w:val="22"/>
          <w:u w:val="single"/>
        </w:rPr>
        <w:t>Then again</w:t>
      </w:r>
      <w:r>
        <w:rPr>
          <w:b w:val="0"/>
          <w:i w:val="0"/>
          <w:smallCaps w:val="0"/>
          <w:strike w:val="0"/>
          <w:sz w:val="16"/>
          <w:u w:val="none"/>
        </w:rPr>
        <w:t xml:space="preserve">, </w:t>
      </w:r>
      <w:r>
        <w:rPr>
          <w:b/>
          <w:i w:val="0"/>
          <w:smallCaps w:val="0"/>
          <w:strike w:val="0"/>
          <w:sz w:val="22"/>
          <w:u w:val="single"/>
        </w:rPr>
        <w:t>how much of a problem is that</w:t>
      </w:r>
      <w:r>
        <w:rPr>
          <w:b w:val="0"/>
          <w:i w:val="0"/>
          <w:smallCaps w:val="0"/>
          <w:strike w:val="0"/>
          <w:sz w:val="16"/>
          <w:u w:val="none"/>
        </w:rPr>
        <w:t xml:space="preserve"> really? </w:t>
      </w:r>
      <w:r>
        <w:rPr>
          <w:b w:val="0"/>
          <w:i w:val="0"/>
          <w:smallCaps w:val="0"/>
          <w:strike w:val="0"/>
          <w:sz w:val="22"/>
          <w:u w:val="single"/>
        </w:rPr>
        <w:t xml:space="preserve">Shouldn’t we </w:t>
      </w:r>
      <w:r>
        <w:rPr>
          <w:b/>
          <w:i w:val="0"/>
          <w:smallCaps w:val="0"/>
          <w:strike w:val="0"/>
          <w:sz w:val="22"/>
          <w:highlight w:val="cyan"/>
          <w:u w:val="single"/>
        </w:rPr>
        <w:t>forget</w:t>
      </w:r>
      <w:r>
        <w:rPr>
          <w:b w:val="0"/>
          <w:i w:val="0"/>
          <w:smallCaps w:val="0"/>
          <w:strike w:val="0"/>
          <w:sz w:val="22"/>
          <w:highlight w:val="cyan"/>
          <w:u w:val="single"/>
        </w:rPr>
        <w:t xml:space="preserve"> the myth that we can </w:t>
      </w:r>
      <w:r>
        <w:rPr>
          <w:b/>
          <w:i w:val="0"/>
          <w:smallCaps w:val="0"/>
          <w:strike w:val="0"/>
          <w:sz w:val="22"/>
          <w:highlight w:val="cyan"/>
          <w:u w:val="single"/>
        </w:rPr>
        <w:t>learn all the</w:t>
      </w:r>
      <w:r>
        <w:rPr>
          <w:b/>
          <w:i w:val="0"/>
          <w:smallCaps w:val="0"/>
          <w:strike w:val="0"/>
          <w:sz w:val="22"/>
          <w:u w:val="single"/>
        </w:rPr>
        <w:t xml:space="preserve"> proper </w:t>
      </w:r>
      <w:r>
        <w:rPr>
          <w:b/>
          <w:i w:val="0"/>
          <w:smallCaps w:val="0"/>
          <w:strike w:val="0"/>
          <w:sz w:val="22"/>
          <w:highlight w:val="cyan"/>
          <w:u w:val="single"/>
        </w:rPr>
        <w:t>rules</w:t>
      </w:r>
      <w:r>
        <w:rPr>
          <w:b w:val="0"/>
          <w:i w:val="0"/>
          <w:smallCaps w:val="0"/>
          <w:strike w:val="0"/>
          <w:sz w:val="22"/>
          <w:u w:val="single"/>
        </w:rPr>
        <w:t xml:space="preserve"> before we struggle </w:t>
      </w:r>
      <w:r>
        <w:rPr>
          <w:b w:val="0"/>
          <w:i w:val="0"/>
          <w:smallCaps w:val="0"/>
          <w:strike w:val="0"/>
          <w:sz w:val="22"/>
          <w:highlight w:val="cyan"/>
          <w:u w:val="single"/>
        </w:rPr>
        <w:t>and</w:t>
      </w:r>
      <w:r>
        <w:rPr>
          <w:b w:val="0"/>
          <w:i w:val="0"/>
          <w:smallCaps w:val="0"/>
          <w:strike w:val="0"/>
          <w:sz w:val="22"/>
          <w:u w:val="single"/>
        </w:rPr>
        <w:t xml:space="preserve"> instead </w:t>
      </w:r>
      <w:r>
        <w:rPr>
          <w:b w:val="0"/>
          <w:i w:val="0"/>
          <w:smallCaps w:val="0"/>
          <w:strike w:val="0"/>
          <w:sz w:val="22"/>
          <w:highlight w:val="cyan"/>
          <w:u w:val="single"/>
        </w:rPr>
        <w:t xml:space="preserve">just </w:t>
      </w:r>
      <w:r>
        <w:rPr>
          <w:b/>
          <w:i w:val="0"/>
          <w:smallCaps w:val="0"/>
          <w:strike w:val="0"/>
          <w:sz w:val="22"/>
          <w:highlight w:val="cyan"/>
          <w:u w:val="single"/>
        </w:rPr>
        <w:t>go out</w:t>
      </w:r>
      <w:r>
        <w:rPr>
          <w:b w:val="0"/>
          <w:i w:val="0"/>
          <w:smallCaps w:val="0"/>
          <w:strike w:val="0"/>
          <w:sz w:val="22"/>
          <w:highlight w:val="cyan"/>
          <w:u w:val="single"/>
        </w:rPr>
        <w:t xml:space="preserve"> </w:t>
      </w:r>
      <w:r>
        <w:rPr>
          <w:b w:val="0"/>
          <w:i w:val="0"/>
          <w:smallCaps w:val="0"/>
          <w:strike w:val="0"/>
          <w:sz w:val="22"/>
          <w:u w:val="single"/>
        </w:rPr>
        <w:t xml:space="preserve">and </w:t>
      </w:r>
      <w:r>
        <w:rPr>
          <w:b/>
          <w:i w:val="0"/>
          <w:smallCaps w:val="0"/>
          <w:strike w:val="0"/>
          <w:sz w:val="22"/>
          <w:u w:val="single"/>
        </w:rPr>
        <w:t>struggle</w:t>
      </w:r>
      <w:r>
        <w:rPr>
          <w:b w:val="0"/>
          <w:i w:val="0"/>
          <w:smallCaps w:val="0"/>
          <w:strike w:val="0"/>
          <w:sz w:val="16"/>
          <w:u w:val="none"/>
        </w:rPr>
        <w:t xml:space="preserve">? </w:t>
      </w:r>
      <w:r>
        <w:rPr>
          <w:b w:val="0"/>
          <w:i w:val="0"/>
          <w:smallCaps w:val="0"/>
          <w:strike w:val="0"/>
          <w:sz w:val="22"/>
          <w:u w:val="single"/>
        </w:rPr>
        <w:t>And as we struggle</w:t>
      </w:r>
      <w:r>
        <w:rPr>
          <w:b w:val="0"/>
          <w:i w:val="0"/>
          <w:smallCaps w:val="0"/>
          <w:strike w:val="0"/>
          <w:sz w:val="16"/>
          <w:u w:val="none"/>
        </w:rPr>
        <w:t xml:space="preserve">, </w:t>
      </w:r>
      <w:r>
        <w:rPr>
          <w:b w:val="0"/>
          <w:i w:val="0"/>
          <w:smallCaps w:val="0"/>
          <w:strike w:val="0"/>
          <w:sz w:val="22"/>
          <w:u w:val="single"/>
        </w:rPr>
        <w:t xml:space="preserve">be </w:t>
      </w:r>
      <w:r>
        <w:rPr>
          <w:b/>
          <w:i w:val="0"/>
          <w:smallCaps w:val="0"/>
          <w:strike w:val="0"/>
          <w:sz w:val="22"/>
          <w:u w:val="single"/>
        </w:rPr>
        <w:t>conscientious</w:t>
      </w:r>
      <w:r>
        <w:rPr>
          <w:b w:val="0"/>
          <w:i w:val="0"/>
          <w:smallCaps w:val="0"/>
          <w:strike w:val="0"/>
          <w:sz w:val="22"/>
          <w:u w:val="single"/>
        </w:rPr>
        <w:t xml:space="preserve"> of our actions and how they could be </w:t>
      </w:r>
      <w:r>
        <w:rPr>
          <w:b/>
          <w:i w:val="0"/>
          <w:smallCaps w:val="0"/>
          <w:strike w:val="0"/>
          <w:sz w:val="22"/>
          <w:u w:val="single"/>
        </w:rPr>
        <w:t>perceived</w:t>
      </w:r>
      <w:r>
        <w:rPr>
          <w:b w:val="0"/>
          <w:i w:val="0"/>
          <w:smallCaps w:val="0"/>
          <w:strike w:val="0"/>
          <w:sz w:val="16"/>
          <w:u w:val="none"/>
        </w:rPr>
        <w:t xml:space="preserve">; </w:t>
      </w:r>
      <w:r>
        <w:rPr>
          <w:b w:val="0"/>
          <w:i w:val="0"/>
          <w:smallCaps w:val="0"/>
          <w:strike w:val="0"/>
          <w:sz w:val="22"/>
          <w:u w:val="single"/>
        </w:rPr>
        <w:t xml:space="preserve">know that we’ll </w:t>
      </w:r>
      <w:r>
        <w:rPr>
          <w:b/>
          <w:i w:val="0"/>
          <w:smallCaps w:val="0"/>
          <w:strike w:val="0"/>
          <w:sz w:val="22"/>
          <w:u w:val="single"/>
        </w:rPr>
        <w:t>make mistakes</w:t>
      </w:r>
      <w:r>
        <w:rPr>
          <w:b w:val="0"/>
          <w:i w:val="0"/>
          <w:smallCaps w:val="0"/>
          <w:strike w:val="0"/>
          <w:sz w:val="22"/>
          <w:u w:val="single"/>
        </w:rPr>
        <w:t xml:space="preserve"> and </w:t>
      </w:r>
      <w:r>
        <w:rPr>
          <w:b/>
          <w:i w:val="0"/>
          <w:smallCaps w:val="0"/>
          <w:strike w:val="0"/>
          <w:sz w:val="22"/>
          <w:u w:val="single"/>
        </w:rPr>
        <w:t>own up</w:t>
      </w:r>
      <w:r>
        <w:rPr>
          <w:b w:val="0"/>
          <w:i w:val="0"/>
          <w:smallCaps w:val="0"/>
          <w:strike w:val="0"/>
          <w:sz w:val="22"/>
          <w:u w:val="single"/>
        </w:rPr>
        <w:t xml:space="preserve"> to them</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most importantly </w:t>
      </w:r>
      <w:r>
        <w:rPr>
          <w:b/>
          <w:i w:val="0"/>
          <w:smallCaps w:val="0"/>
          <w:strike w:val="0"/>
          <w:sz w:val="22"/>
          <w:u w:val="single"/>
        </w:rPr>
        <w:t>build</w:t>
      </w:r>
      <w:r>
        <w:rPr>
          <w:b w:val="0"/>
          <w:i w:val="0"/>
          <w:smallCaps w:val="0"/>
          <w:strike w:val="0"/>
          <w:sz w:val="22"/>
          <w:u w:val="single"/>
        </w:rPr>
        <w:t xml:space="preserve"> with those whom this racist society has </w:t>
      </w:r>
      <w:r>
        <w:rPr>
          <w:b/>
          <w:i w:val="0"/>
          <w:smallCaps w:val="0"/>
          <w:strike w:val="0"/>
          <w:sz w:val="22"/>
          <w:u w:val="single"/>
        </w:rPr>
        <w:t>segregated</w:t>
      </w:r>
      <w:r>
        <w:rPr>
          <w:b w:val="0"/>
          <w:i w:val="0"/>
          <w:smallCaps w:val="0"/>
          <w:strike w:val="0"/>
          <w:sz w:val="22"/>
          <w:u w:val="single"/>
        </w:rPr>
        <w:t xml:space="preserve"> us from so we can </w:t>
      </w:r>
      <w:r>
        <w:rPr>
          <w:b/>
          <w:i w:val="0"/>
          <w:smallCaps w:val="0"/>
          <w:strike w:val="0"/>
          <w:sz w:val="22"/>
          <w:highlight w:val="cyan"/>
          <w:u w:val="single"/>
        </w:rPr>
        <w:t>unite</w:t>
      </w:r>
      <w:r>
        <w:rPr>
          <w:b w:val="0"/>
          <w:i w:val="0"/>
          <w:smallCaps w:val="0"/>
          <w:strike w:val="0"/>
          <w:sz w:val="22"/>
          <w:highlight w:val="cyan"/>
          <w:u w:val="single"/>
        </w:rPr>
        <w:t xml:space="preserve"> against a </w:t>
      </w:r>
      <w:r>
        <w:rPr>
          <w:b/>
          <w:i w:val="0"/>
          <w:smallCaps w:val="0"/>
          <w:strike w:val="0"/>
          <w:sz w:val="22"/>
          <w:highlight w:val="cyan"/>
          <w:u w:val="single"/>
        </w:rPr>
        <w:t>common enemy</w:t>
      </w:r>
      <w:r>
        <w:rPr>
          <w:b w:val="0"/>
          <w:i w:val="0"/>
          <w:smallCaps w:val="0"/>
          <w:strike w:val="0"/>
          <w:sz w:val="16"/>
          <w:highlight w:val="cyan"/>
          <w:u w:val="none"/>
        </w:rPr>
        <w:t>.</w:t>
      </w:r>
      <w:r>
        <w:rPr>
          <w:b w:val="0"/>
          <w:i w:val="0"/>
          <w:smallCaps w:val="0"/>
          <w:strike w:val="0"/>
          <w:sz w:val="16"/>
          <w:u w:val="none"/>
        </w:rPr>
        <w:t xml:space="preserve"> Black people will lead the Black struggle and the class struggle. So too will Asian Americans, Indigenous people, and Latino/a/</w:t>
      </w:r>
      <w:r>
        <w:rPr>
          <w:b w:val="0"/>
          <w:i w:val="0"/>
          <w:smallCaps w:val="0"/>
          <w:strike w:val="0"/>
          <w:sz w:val="16"/>
          <w:u w:val="none"/>
        </w:rPr>
        <w:t>xs</w:t>
      </w:r>
      <w:r>
        <w:rPr>
          <w:b w:val="0"/>
          <w:i w:val="0"/>
          <w:smallCaps w:val="0"/>
          <w:strike w:val="0"/>
          <w:sz w:val="16"/>
          <w:u w:val="none"/>
        </w:rPr>
        <w:t xml:space="preserve">. So too will the child of an African immigrant and a Filipino domestic worker. So too will some white people. </w:t>
      </w:r>
      <w:r>
        <w:rPr>
          <w:b w:val="0"/>
          <w:i w:val="0"/>
          <w:smallCaps w:val="0"/>
          <w:strike w:val="0"/>
          <w:sz w:val="22"/>
          <w:u w:val="single"/>
        </w:rPr>
        <w:t xml:space="preserve">The </w:t>
      </w:r>
      <w:r>
        <w:rPr>
          <w:b/>
          <w:i w:val="0"/>
          <w:smallCaps w:val="0"/>
          <w:strike w:val="0"/>
          <w:sz w:val="22"/>
          <w:u w:val="single"/>
        </w:rPr>
        <w:t>key ingredients</w:t>
      </w:r>
      <w:r>
        <w:rPr>
          <w:b w:val="0"/>
          <w:i w:val="0"/>
          <w:smallCaps w:val="0"/>
          <w:strike w:val="0"/>
          <w:sz w:val="22"/>
          <w:u w:val="single"/>
        </w:rPr>
        <w:t xml:space="preserve"> are </w:t>
      </w:r>
      <w:r>
        <w:rPr>
          <w:b/>
          <w:i w:val="0"/>
          <w:smallCaps w:val="0"/>
          <w:strike w:val="0"/>
          <w:sz w:val="22"/>
          <w:u w:val="single"/>
        </w:rPr>
        <w:t>unity</w:t>
      </w:r>
      <w:r>
        <w:rPr>
          <w:b w:val="0"/>
          <w:i w:val="0"/>
          <w:smallCaps w:val="0"/>
          <w:strike w:val="0"/>
          <w:sz w:val="16"/>
          <w:u w:val="none"/>
        </w:rPr>
        <w:t xml:space="preserve">, </w:t>
      </w:r>
      <w:r>
        <w:rPr>
          <w:b/>
          <w:i w:val="0"/>
          <w:smallCaps w:val="0"/>
          <w:strike w:val="0"/>
          <w:sz w:val="22"/>
          <w:u w:val="single"/>
        </w:rPr>
        <w:t>political clarity</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strategic proficiency</w:t>
      </w:r>
      <w:r>
        <w:rPr>
          <w:b w:val="0"/>
          <w:i w:val="0"/>
          <w:smallCaps w:val="0"/>
          <w:strike w:val="0"/>
          <w:sz w:val="16"/>
          <w:u w:val="none"/>
        </w:rPr>
        <w:t>.</w:t>
      </w:r>
      <w:r>
        <w:rPr>
          <w:b w:val="0"/>
          <w:i w:val="0"/>
          <w:smallCaps w:val="0"/>
          <w:strike w:val="0"/>
          <w:sz w:val="16"/>
          <w:u w:val="none"/>
        </w:rPr>
        <w:t xml:space="preserve">  </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