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Focusing on slavery misses a </w:t>
      </w:r>
      <w:r>
        <w:rPr>
          <w:b/>
          <w:i w:val="0"/>
          <w:smallCaps w:val="0"/>
          <w:strike w:val="0"/>
          <w:u w:val="single"/>
        </w:rPr>
        <w:t>wider historical account</w:t>
      </w:r>
      <w:r>
        <w:rPr>
          <w:b/>
          <w:i w:val="0"/>
          <w:smallCaps w:val="0"/>
          <w:strike w:val="0"/>
          <w:u w:val="none"/>
        </w:rPr>
        <w:t>.</w:t>
      </w:r>
    </w:p>
    <w:p>
      <w:pPr>
        <w:spacing w:after="80"/>
      </w:pPr>
      <w:r>
        <w:rPr>
          <w:b/>
          <w:i w:val="0"/>
          <w:smallCaps w:val="0"/>
          <w:strike w:val="0"/>
          <w:sz w:val="22"/>
          <w:u w:val="none"/>
        </w:rPr>
        <w:t>Saldanha, 20</w:t>
      </w:r>
      <w:r>
        <w:rPr>
          <w:b w:val="0"/>
          <w:i w:val="0"/>
          <w:smallCaps w:val="0"/>
          <w:strike w:val="0"/>
          <w:u w:val="none"/>
        </w:rPr>
        <w:t>—Assistant Professor of Geography at the University of Minnesota (Arun, “A date with destiny: Racial capitalism and the beginnings of the Anthropocene,” Environment and Planning D: Society and Space, Vol 38, Issue 1, 2020, dml)</w:t>
      </w:r>
    </w:p>
    <w:p>
      <w:pPr>
        <w:spacing w:after="60"/>
      </w:pPr>
      <w:r>
        <w:rPr>
          <w:b w:val="0"/>
          <w:i w:val="0"/>
          <w:smallCaps w:val="0"/>
          <w:strike w:val="0"/>
          <w:sz w:val="16"/>
          <w:u w:val="none"/>
        </w:rPr>
        <w:t xml:space="preserve">A growing number of </w:t>
      </w:r>
      <w:r>
        <w:rPr>
          <w:b w:val="0"/>
          <w:i w:val="0"/>
          <w:smallCaps w:val="0"/>
          <w:strike w:val="0"/>
          <w:sz w:val="22"/>
          <w:u w:val="single"/>
        </w:rPr>
        <w:t xml:space="preserve">theorists are elaborating on </w:t>
      </w:r>
      <w:r>
        <w:rPr>
          <w:b/>
          <w:i w:val="0"/>
          <w:smallCaps w:val="0"/>
          <w:strike w:val="0"/>
          <w:sz w:val="22"/>
          <w:u w:val="single"/>
        </w:rPr>
        <w:t>racial capitalism</w:t>
      </w:r>
      <w:r>
        <w:rPr>
          <w:b w:val="0"/>
          <w:i w:val="0"/>
          <w:smallCaps w:val="0"/>
          <w:strike w:val="0"/>
          <w:sz w:val="16"/>
          <w:u w:val="none"/>
        </w:rPr>
        <w:t xml:space="preserve">, though not always using the term, working broadly in the </w:t>
      </w:r>
      <w:r>
        <w:rPr>
          <w:b w:val="0"/>
          <w:i w:val="0"/>
          <w:smallCaps w:val="0"/>
          <w:strike w:val="0"/>
          <w:sz w:val="16"/>
          <w:u w:val="none"/>
        </w:rPr>
        <w:t>Fanonian</w:t>
      </w:r>
      <w:r>
        <w:rPr>
          <w:b w:val="0"/>
          <w:i w:val="0"/>
          <w:smallCaps w:val="0"/>
          <w:strike w:val="0"/>
          <w:sz w:val="16"/>
          <w:u w:val="none"/>
        </w:rPr>
        <w:t xml:space="preserve"> tradition but </w:t>
      </w:r>
      <w:r>
        <w:rPr>
          <w:b/>
          <w:i w:val="0"/>
          <w:smallCaps w:val="0"/>
          <w:strike w:val="0"/>
          <w:sz w:val="22"/>
          <w:u w:val="single"/>
        </w:rPr>
        <w:t>pushing the ontological envelope</w:t>
      </w:r>
      <w:r>
        <w:rPr>
          <w:b w:val="0"/>
          <w:i w:val="0"/>
          <w:smallCaps w:val="0"/>
          <w:strike w:val="0"/>
          <w:sz w:val="22"/>
          <w:u w:val="single"/>
        </w:rPr>
        <w:t xml:space="preserve"> on how race pries open the consistency of the notion of </w:t>
      </w:r>
      <w:r>
        <w:rPr>
          <w:b/>
          <w:i w:val="0"/>
          <w:smallCaps w:val="0"/>
          <w:strike w:val="0"/>
          <w:sz w:val="22"/>
          <w:u w:val="single"/>
        </w:rPr>
        <w:t>humanity</w:t>
      </w:r>
      <w:r>
        <w:rPr>
          <w:b w:val="0"/>
          <w:i w:val="0"/>
          <w:smallCaps w:val="0"/>
          <w:strike w:val="0"/>
          <w:sz w:val="16"/>
          <w:u w:val="none"/>
        </w:rPr>
        <w:t xml:space="preserve"> as such (from Chakrabarty, 2012 in postcolonial theory to Yusoff, 2018 in new-materialist feminism via Mirzoeff, 2016 in critical race studies). It can be said </w:t>
      </w:r>
      <w:r>
        <w:rPr>
          <w:b w:val="0"/>
          <w:i w:val="0"/>
          <w:smallCaps w:val="0"/>
          <w:strike w:val="0"/>
          <w:sz w:val="22"/>
          <w:highlight w:val="cyan"/>
          <w:u w:val="single"/>
        </w:rPr>
        <w:t>there is an</w:t>
      </w:r>
      <w:r>
        <w:rPr>
          <w:b w:val="0"/>
          <w:i w:val="0"/>
          <w:smallCaps w:val="0"/>
          <w:strike w:val="0"/>
          <w:sz w:val="16"/>
          <w:u w:val="none"/>
        </w:rPr>
        <w:t xml:space="preserve"> “</w:t>
      </w:r>
      <w:r>
        <w:rPr>
          <w:b/>
          <w:i w:val="0"/>
          <w:smallCaps w:val="0"/>
          <w:strike w:val="0"/>
          <w:sz w:val="22"/>
          <w:highlight w:val="cyan"/>
          <w:u w:val="single"/>
        </w:rPr>
        <w:t>ontological turn</w:t>
      </w:r>
      <w:r>
        <w:rPr>
          <w:b w:val="0"/>
          <w:i w:val="0"/>
          <w:smallCaps w:val="0"/>
          <w:strike w:val="0"/>
          <w:sz w:val="16"/>
          <w:u w:val="none"/>
        </w:rPr>
        <w:t xml:space="preserve">” </w:t>
      </w:r>
      <w:r>
        <w:rPr>
          <w:b w:val="0"/>
          <w:i w:val="0"/>
          <w:smallCaps w:val="0"/>
          <w:strike w:val="0"/>
          <w:sz w:val="22"/>
          <w:u w:val="single"/>
        </w:rPr>
        <w:t xml:space="preserve">in </w:t>
      </w:r>
      <w:r>
        <w:rPr>
          <w:b w:val="0"/>
          <w:i w:val="0"/>
          <w:smallCaps w:val="0"/>
          <w:strike w:val="0"/>
          <w:sz w:val="22"/>
          <w:highlight w:val="cyan"/>
          <w:u w:val="single"/>
        </w:rPr>
        <w:t>the theorization of race</w:t>
      </w:r>
      <w:r>
        <w:rPr>
          <w:b w:val="0"/>
          <w:i w:val="0"/>
          <w:smallCaps w:val="0"/>
          <w:strike w:val="0"/>
          <w:sz w:val="16"/>
          <w:u w:val="none"/>
        </w:rPr>
        <w:t xml:space="preserve"> in that long-standing philosophical </w:t>
      </w:r>
      <w:r>
        <w:rPr>
          <w:b w:val="0"/>
          <w:i w:val="0"/>
          <w:smallCaps w:val="0"/>
          <w:strike w:val="0"/>
          <w:sz w:val="22"/>
          <w:u w:val="single"/>
        </w:rPr>
        <w:t>questions of</w:t>
      </w:r>
      <w:r>
        <w:rPr>
          <w:b w:val="0"/>
          <w:i w:val="0"/>
          <w:smallCaps w:val="0"/>
          <w:strike w:val="0"/>
          <w:sz w:val="16"/>
          <w:u w:val="none"/>
        </w:rPr>
        <w:t xml:space="preserve"> “</w:t>
      </w:r>
      <w:r>
        <w:rPr>
          <w:b/>
          <w:i w:val="0"/>
          <w:smallCaps w:val="0"/>
          <w:strike w:val="0"/>
          <w:sz w:val="22"/>
          <w:u w:val="single"/>
        </w:rPr>
        <w:t>man</w:t>
      </w:r>
      <w:r>
        <w:rPr>
          <w:b w:val="0"/>
          <w:i w:val="0"/>
          <w:smallCaps w:val="0"/>
          <w:strike w:val="0"/>
          <w:sz w:val="16"/>
          <w:u w:val="none"/>
        </w:rPr>
        <w:t xml:space="preserve">,” </w:t>
      </w:r>
      <w:r>
        <w:rPr>
          <w:b/>
          <w:i w:val="0"/>
          <w:smallCaps w:val="0"/>
          <w:strike w:val="0"/>
          <w:sz w:val="22"/>
          <w:u w:val="single"/>
        </w:rPr>
        <w:t>being</w:t>
      </w:r>
      <w:r>
        <w:rPr>
          <w:b w:val="0"/>
          <w:i w:val="0"/>
          <w:smallCaps w:val="0"/>
          <w:strike w:val="0"/>
          <w:sz w:val="16"/>
          <w:u w:val="none"/>
        </w:rPr>
        <w:t xml:space="preserve">, </w:t>
      </w:r>
      <w:r>
        <w:rPr>
          <w:b/>
          <w:i w:val="0"/>
          <w:smallCaps w:val="0"/>
          <w:strike w:val="0"/>
          <w:sz w:val="22"/>
          <w:u w:val="single"/>
        </w:rPr>
        <w:t>life</w:t>
      </w:r>
      <w:r>
        <w:rPr>
          <w:b w:val="0"/>
          <w:i w:val="0"/>
          <w:smallCaps w:val="0"/>
          <w:strike w:val="0"/>
          <w:sz w:val="16"/>
          <w:u w:val="none"/>
        </w:rPr>
        <w:t xml:space="preserve">, </w:t>
      </w:r>
      <w:r>
        <w:rPr>
          <w:b/>
          <w:i w:val="0"/>
          <w:smallCaps w:val="0"/>
          <w:strike w:val="0"/>
          <w:sz w:val="22"/>
          <w:u w:val="single"/>
        </w:rPr>
        <w:t>death</w:t>
      </w:r>
      <w:r>
        <w:rPr>
          <w:b w:val="0"/>
          <w:i w:val="0"/>
          <w:smallCaps w:val="0"/>
          <w:strike w:val="0"/>
          <w:sz w:val="16"/>
          <w:u w:val="none"/>
        </w:rPr>
        <w:t xml:space="preserve">, </w:t>
      </w:r>
      <w:r>
        <w:rPr>
          <w:b/>
          <w:i w:val="0"/>
          <w:smallCaps w:val="0"/>
          <w:strike w:val="0"/>
          <w:sz w:val="22"/>
          <w:u w:val="single"/>
        </w:rPr>
        <w:t>temporality</w:t>
      </w:r>
      <w:r>
        <w:rPr>
          <w:b w:val="0"/>
          <w:i w:val="0"/>
          <w:smallCaps w:val="0"/>
          <w:strike w:val="0"/>
          <w:sz w:val="16"/>
          <w:u w:val="none"/>
        </w:rPr>
        <w:t xml:space="preserve">, </w:t>
      </w:r>
      <w:r>
        <w:rPr>
          <w:b/>
          <w:i w:val="0"/>
          <w:smallCaps w:val="0"/>
          <w:strike w:val="0"/>
          <w:sz w:val="22"/>
          <w:u w:val="single"/>
        </w:rPr>
        <w:t>historicity</w:t>
      </w:r>
      <w:r>
        <w:rPr>
          <w:b w:val="0"/>
          <w:i w:val="0"/>
          <w:smallCaps w:val="0"/>
          <w:strike w:val="0"/>
          <w:sz w:val="16"/>
          <w:u w:val="none"/>
        </w:rPr>
        <w:t xml:space="preserve">, </w:t>
      </w:r>
      <w:r>
        <w:rPr>
          <w:b/>
          <w:i w:val="0"/>
          <w:smallCaps w:val="0"/>
          <w:strike w:val="0"/>
          <w:sz w:val="22"/>
          <w:u w:val="single"/>
        </w:rPr>
        <w:t>embodiment</w:t>
      </w:r>
      <w:r>
        <w:rPr>
          <w:b w:val="0"/>
          <w:i w:val="0"/>
          <w:smallCaps w:val="0"/>
          <w:strike w:val="0"/>
          <w:sz w:val="16"/>
          <w:u w:val="none"/>
        </w:rPr>
        <w:t xml:space="preserve">, the thing, the earth, </w:t>
      </w:r>
      <w:r>
        <w:rPr>
          <w:b/>
          <w:i w:val="0"/>
          <w:smallCaps w:val="0"/>
          <w:strike w:val="0"/>
          <w:sz w:val="22"/>
          <w:u w:val="single"/>
        </w:rPr>
        <w:t>language</w:t>
      </w:r>
      <w:r>
        <w:rPr>
          <w:b w:val="0"/>
          <w:i w:val="0"/>
          <w:smallCaps w:val="0"/>
          <w:strike w:val="0"/>
          <w:sz w:val="16"/>
          <w:u w:val="none"/>
        </w:rPr>
        <w:t xml:space="preserve"> as such, </w:t>
      </w:r>
      <w:r>
        <w:rPr>
          <w:b w:val="0"/>
          <w:i w:val="0"/>
          <w:smallCaps w:val="0"/>
          <w:strike w:val="0"/>
          <w:sz w:val="22"/>
          <w:u w:val="single"/>
        </w:rPr>
        <w:t xml:space="preserve">and the </w:t>
      </w:r>
      <w:r>
        <w:rPr>
          <w:b/>
          <w:i w:val="0"/>
          <w:smallCaps w:val="0"/>
          <w:strike w:val="0"/>
          <w:sz w:val="22"/>
          <w:u w:val="single"/>
        </w:rPr>
        <w:t>limits of knowledge</w:t>
      </w:r>
      <w:r>
        <w:rPr>
          <w:b w:val="0"/>
          <w:i w:val="0"/>
          <w:smallCaps w:val="0"/>
          <w:strike w:val="0"/>
          <w:sz w:val="22"/>
          <w:u w:val="single"/>
        </w:rPr>
        <w:t xml:space="preserve"> have come to the fore</w:t>
      </w:r>
      <w:r>
        <w:rPr>
          <w:b w:val="0"/>
          <w:i w:val="0"/>
          <w:smallCaps w:val="0"/>
          <w:strike w:val="0"/>
          <w:sz w:val="16"/>
          <w:u w:val="none"/>
        </w:rPr>
        <w:t xml:space="preserve"> (Wynter, 2013). In black studies, </w:t>
      </w:r>
      <w:r>
        <w:rPr>
          <w:b w:val="0"/>
          <w:i w:val="0"/>
          <w:smallCaps w:val="0"/>
          <w:strike w:val="0"/>
          <w:sz w:val="22"/>
          <w:u w:val="single"/>
        </w:rPr>
        <w:t xml:space="preserve">the ontological turn often has </w:t>
      </w:r>
      <w:r>
        <w:rPr>
          <w:b/>
          <w:i w:val="0"/>
          <w:smallCaps w:val="0"/>
          <w:strike w:val="0"/>
          <w:sz w:val="22"/>
          <w:u w:val="single"/>
        </w:rPr>
        <w:t>implicit</w:t>
      </w:r>
      <w:r>
        <w:rPr>
          <w:b w:val="0"/>
          <w:i w:val="0"/>
          <w:smallCaps w:val="0"/>
          <w:strike w:val="0"/>
          <w:sz w:val="22"/>
          <w:u w:val="single"/>
        </w:rPr>
        <w:t xml:space="preserve"> and </w:t>
      </w:r>
      <w:r>
        <w:rPr>
          <w:b/>
          <w:i w:val="0"/>
          <w:smallCaps w:val="0"/>
          <w:strike w:val="0"/>
          <w:sz w:val="22"/>
          <w:u w:val="single"/>
        </w:rPr>
        <w:t>explicit echoes</w:t>
      </w:r>
      <w:r>
        <w:rPr>
          <w:b w:val="0"/>
          <w:i w:val="0"/>
          <w:smallCaps w:val="0"/>
          <w:strike w:val="0"/>
          <w:sz w:val="22"/>
          <w:u w:val="single"/>
        </w:rPr>
        <w:t xml:space="preserve"> of</w:t>
      </w:r>
      <w:r>
        <w:rPr>
          <w:b w:val="0"/>
          <w:i w:val="0"/>
          <w:smallCaps w:val="0"/>
          <w:strike w:val="0"/>
          <w:sz w:val="16"/>
          <w:u w:val="none"/>
        </w:rPr>
        <w:t xml:space="preserve"> Heidegger, ethically assuming </w:t>
      </w:r>
      <w:r>
        <w:rPr>
          <w:b w:val="0"/>
          <w:i w:val="0"/>
          <w:smallCaps w:val="0"/>
          <w:strike w:val="0"/>
          <w:sz w:val="22"/>
          <w:u w:val="single"/>
        </w:rPr>
        <w:t>an</w:t>
      </w:r>
      <w:r>
        <w:rPr>
          <w:b w:val="0"/>
          <w:i w:val="0"/>
          <w:smallCaps w:val="0"/>
          <w:strike w:val="0"/>
          <w:sz w:val="16"/>
          <w:u w:val="none"/>
        </w:rPr>
        <w:t xml:space="preserve"> “</w:t>
      </w:r>
      <w:r>
        <w:rPr>
          <w:b/>
          <w:i w:val="0"/>
          <w:smallCaps w:val="0"/>
          <w:strike w:val="0"/>
          <w:sz w:val="22"/>
          <w:u w:val="single"/>
        </w:rPr>
        <w:t>Afropessimist</w:t>
      </w:r>
      <w:r>
        <w:rPr>
          <w:b w:val="0"/>
          <w:i w:val="0"/>
          <w:smallCaps w:val="0"/>
          <w:strike w:val="0"/>
          <w:sz w:val="16"/>
          <w:u w:val="none"/>
        </w:rPr>
        <w:t xml:space="preserve">” </w:t>
      </w:r>
      <w:r>
        <w:rPr>
          <w:b w:val="0"/>
          <w:i w:val="0"/>
          <w:smallCaps w:val="0"/>
          <w:strike w:val="0"/>
          <w:sz w:val="22"/>
          <w:u w:val="single"/>
        </w:rPr>
        <w:t>or</w:t>
      </w:r>
      <w:r>
        <w:rPr>
          <w:b w:val="0"/>
          <w:i w:val="0"/>
          <w:smallCaps w:val="0"/>
          <w:strike w:val="0"/>
          <w:sz w:val="16"/>
          <w:u w:val="none"/>
        </w:rPr>
        <w:t xml:space="preserve"> even </w:t>
      </w:r>
      <w:r>
        <w:rPr>
          <w:b/>
          <w:i w:val="0"/>
          <w:smallCaps w:val="0"/>
          <w:strike w:val="0"/>
          <w:sz w:val="22"/>
          <w:u w:val="single"/>
        </w:rPr>
        <w:t>black-nihilist</w:t>
      </w:r>
      <w:r>
        <w:rPr>
          <w:b w:val="0"/>
          <w:i w:val="0"/>
          <w:smallCaps w:val="0"/>
          <w:strike w:val="0"/>
          <w:sz w:val="22"/>
          <w:u w:val="single"/>
        </w:rPr>
        <w:t xml:space="preserve"> stance</w:t>
      </w:r>
      <w:r>
        <w:rPr>
          <w:b w:val="0"/>
          <w:i w:val="0"/>
          <w:smallCaps w:val="0"/>
          <w:strike w:val="0"/>
          <w:sz w:val="16"/>
          <w:u w:val="none"/>
        </w:rPr>
        <w:t xml:space="preserve"> in that the </w:t>
      </w:r>
      <w:r>
        <w:rPr>
          <w:b/>
          <w:i w:val="0"/>
          <w:smallCaps w:val="0"/>
          <w:strike w:val="0"/>
          <w:sz w:val="22"/>
          <w:u w:val="single"/>
        </w:rPr>
        <w:t>hopefulness</w:t>
      </w:r>
      <w:r>
        <w:rPr>
          <w:b w:val="0"/>
          <w:i w:val="0"/>
          <w:smallCaps w:val="0"/>
          <w:strike w:val="0"/>
          <w:sz w:val="22"/>
          <w:u w:val="single"/>
        </w:rPr>
        <w:t xml:space="preserve"> associated with</w:t>
      </w:r>
      <w:r>
        <w:rPr>
          <w:b w:val="0"/>
          <w:i w:val="0"/>
          <w:smallCaps w:val="0"/>
          <w:strike w:val="0"/>
          <w:sz w:val="16"/>
          <w:u w:val="none"/>
        </w:rPr>
        <w:t xml:space="preserve"> African American </w:t>
      </w:r>
      <w:r>
        <w:rPr>
          <w:b w:val="0"/>
          <w:i w:val="0"/>
          <w:smallCaps w:val="0"/>
          <w:strike w:val="0"/>
          <w:sz w:val="22"/>
          <w:u w:val="single"/>
        </w:rPr>
        <w:t>political aspirations is shown to</w:t>
      </w:r>
      <w:r>
        <w:rPr>
          <w:b w:val="0"/>
          <w:i w:val="0"/>
          <w:smallCaps w:val="0"/>
          <w:strike w:val="0"/>
          <w:sz w:val="16"/>
          <w:u w:val="none"/>
        </w:rPr>
        <w:t xml:space="preserve"> itself </w:t>
      </w:r>
      <w:r>
        <w:rPr>
          <w:b w:val="0"/>
          <w:i w:val="0"/>
          <w:smallCaps w:val="0"/>
          <w:strike w:val="0"/>
          <w:sz w:val="22"/>
          <w:u w:val="single"/>
        </w:rPr>
        <w:t xml:space="preserve">perpetuate the </w:t>
      </w:r>
      <w:r>
        <w:rPr>
          <w:b/>
          <w:i w:val="0"/>
          <w:smallCaps w:val="0"/>
          <w:strike w:val="0"/>
          <w:sz w:val="22"/>
          <w:u w:val="single"/>
        </w:rPr>
        <w:t>structural erasure</w:t>
      </w:r>
      <w:r>
        <w:rPr>
          <w:b w:val="0"/>
          <w:i w:val="0"/>
          <w:smallCaps w:val="0"/>
          <w:strike w:val="0"/>
          <w:sz w:val="22"/>
          <w:u w:val="single"/>
        </w:rPr>
        <w:t xml:space="preserve"> of</w:t>
      </w:r>
      <w:r>
        <w:rPr>
          <w:b w:val="0"/>
          <w:i w:val="0"/>
          <w:smallCaps w:val="0"/>
          <w:strike w:val="0"/>
          <w:sz w:val="16"/>
          <w:u w:val="none"/>
        </w:rPr>
        <w:t xml:space="preserve"> the possibility of </w:t>
      </w:r>
      <w:r>
        <w:rPr>
          <w:b/>
          <w:i w:val="0"/>
          <w:smallCaps w:val="0"/>
          <w:strike w:val="0"/>
          <w:sz w:val="22"/>
          <w:u w:val="single"/>
        </w:rPr>
        <w:t>black</w:t>
      </w:r>
      <w:r>
        <w:rPr>
          <w:b w:val="0"/>
          <w:i w:val="0"/>
          <w:smallCaps w:val="0"/>
          <w:strike w:val="0"/>
          <w:sz w:val="16"/>
          <w:u w:val="none"/>
        </w:rPr>
        <w:t xml:space="preserve"> human-</w:t>
      </w:r>
      <w:r>
        <w:rPr>
          <w:b/>
          <w:i w:val="0"/>
          <w:smallCaps w:val="0"/>
          <w:strike w:val="0"/>
          <w:sz w:val="22"/>
          <w:u w:val="single"/>
        </w:rPr>
        <w:t>being</w:t>
      </w:r>
      <w:r>
        <w:rPr>
          <w:b w:val="0"/>
          <w:i w:val="0"/>
          <w:smallCaps w:val="0"/>
          <w:strike w:val="0"/>
          <w:sz w:val="22"/>
          <w:u w:val="single"/>
        </w:rPr>
        <w:t xml:space="preserve"> as inaugurated in the </w:t>
      </w:r>
      <w:r>
        <w:rPr>
          <w:b/>
          <w:i w:val="0"/>
          <w:smallCaps w:val="0"/>
          <w:strike w:val="0"/>
          <w:sz w:val="22"/>
          <w:u w:val="single"/>
        </w:rPr>
        <w:t>Middle Passage</w:t>
      </w:r>
      <w:r>
        <w:rPr>
          <w:b w:val="0"/>
          <w:i w:val="0"/>
          <w:smallCaps w:val="0"/>
          <w:strike w:val="0"/>
          <w:sz w:val="16"/>
          <w:u w:val="none"/>
        </w:rPr>
        <w:t xml:space="preserve"> and the commodification of African bodies, </w:t>
      </w:r>
      <w:r>
        <w:rPr>
          <w:b w:val="0"/>
          <w:i w:val="0"/>
          <w:smallCaps w:val="0"/>
          <w:strike w:val="0"/>
          <w:sz w:val="22"/>
          <w:u w:val="single"/>
        </w:rPr>
        <w:t xml:space="preserve">which are </w:t>
      </w:r>
      <w:r>
        <w:rPr>
          <w:b/>
          <w:i w:val="0"/>
          <w:smallCaps w:val="0"/>
          <w:strike w:val="0"/>
          <w:sz w:val="22"/>
          <w:u w:val="single"/>
        </w:rPr>
        <w:t>continued</w:t>
      </w:r>
      <w:r>
        <w:rPr>
          <w:b w:val="0"/>
          <w:i w:val="0"/>
          <w:smallCaps w:val="0"/>
          <w:strike w:val="0"/>
          <w:sz w:val="16"/>
          <w:u w:val="none"/>
        </w:rPr>
        <w:t xml:space="preserve"> directly </w:t>
      </w:r>
      <w:r>
        <w:rPr>
          <w:b w:val="0"/>
          <w:i w:val="0"/>
          <w:smallCaps w:val="0"/>
          <w:strike w:val="0"/>
          <w:sz w:val="22"/>
          <w:u w:val="single"/>
        </w:rPr>
        <w:t xml:space="preserve">in the </w:t>
      </w:r>
      <w:r>
        <w:rPr>
          <w:b/>
          <w:i w:val="0"/>
          <w:smallCaps w:val="0"/>
          <w:strike w:val="0"/>
          <w:sz w:val="22"/>
          <w:u w:val="single"/>
        </w:rPr>
        <w:t>present</w:t>
      </w:r>
      <w:r>
        <w:rPr>
          <w:b w:val="0"/>
          <w:i w:val="0"/>
          <w:smallCaps w:val="0"/>
          <w:strike w:val="0"/>
          <w:sz w:val="16"/>
          <w:u w:val="none"/>
        </w:rPr>
        <w:t xml:space="preserve"> (</w:t>
      </w:r>
      <w:r>
        <w:rPr>
          <w:b/>
          <w:i w:val="0"/>
          <w:smallCaps w:val="0"/>
          <w:strike w:val="0"/>
          <w:sz w:val="22"/>
          <w:u w:val="single"/>
        </w:rPr>
        <w:t>Sexton</w:t>
      </w:r>
      <w:r>
        <w:rPr>
          <w:b w:val="0"/>
          <w:i w:val="0"/>
          <w:smallCaps w:val="0"/>
          <w:strike w:val="0"/>
          <w:sz w:val="16"/>
          <w:u w:val="none"/>
        </w:rPr>
        <w:t xml:space="preserve">, 2016; </w:t>
      </w:r>
      <w:r>
        <w:rPr>
          <w:b/>
          <w:i w:val="0"/>
          <w:smallCaps w:val="0"/>
          <w:strike w:val="0"/>
          <w:sz w:val="22"/>
          <w:u w:val="single"/>
        </w:rPr>
        <w:t>Sharpe</w:t>
      </w:r>
      <w:r>
        <w:rPr>
          <w:b w:val="0"/>
          <w:i w:val="0"/>
          <w:smallCaps w:val="0"/>
          <w:strike w:val="0"/>
          <w:sz w:val="16"/>
          <w:u w:val="none"/>
        </w:rPr>
        <w:t xml:space="preserve">, 2016; </w:t>
      </w:r>
      <w:r>
        <w:rPr>
          <w:b/>
          <w:i w:val="0"/>
          <w:smallCaps w:val="0"/>
          <w:strike w:val="0"/>
          <w:sz w:val="22"/>
          <w:u w:val="single"/>
        </w:rPr>
        <w:t>Warren</w:t>
      </w:r>
      <w:r>
        <w:rPr>
          <w:b w:val="0"/>
          <w:i w:val="0"/>
          <w:smallCaps w:val="0"/>
          <w:strike w:val="0"/>
          <w:sz w:val="16"/>
          <w:u w:val="none"/>
        </w:rPr>
        <w:t xml:space="preserve">, 2018). </w:t>
      </w:r>
      <w:r>
        <w:rPr>
          <w:b w:val="0"/>
          <w:i w:val="0"/>
          <w:smallCaps w:val="0"/>
          <w:strike w:val="0"/>
          <w:sz w:val="22"/>
          <w:u w:val="single"/>
        </w:rPr>
        <w:t xml:space="preserve">Antiblackness is in this literature a </w:t>
      </w:r>
      <w:r>
        <w:rPr>
          <w:b/>
          <w:i w:val="0"/>
          <w:smallCaps w:val="0"/>
          <w:strike w:val="0"/>
          <w:sz w:val="22"/>
          <w:u w:val="single"/>
        </w:rPr>
        <w:t>fundamental feature</w:t>
      </w:r>
      <w:r>
        <w:rPr>
          <w:b w:val="0"/>
          <w:i w:val="0"/>
          <w:smallCaps w:val="0"/>
          <w:strike w:val="0"/>
          <w:sz w:val="22"/>
          <w:u w:val="single"/>
        </w:rPr>
        <w:t xml:space="preserve"> of both </w:t>
      </w:r>
      <w:r>
        <w:rPr>
          <w:b/>
          <w:i w:val="0"/>
          <w:smallCaps w:val="0"/>
          <w:strike w:val="0"/>
          <w:sz w:val="22"/>
          <w:u w:val="single"/>
        </w:rPr>
        <w:t>modernity</w:t>
      </w:r>
      <w:r>
        <w:rPr>
          <w:b w:val="0"/>
          <w:i w:val="0"/>
          <w:smallCaps w:val="0"/>
          <w:strike w:val="0"/>
          <w:sz w:val="22"/>
          <w:u w:val="single"/>
        </w:rPr>
        <w:t xml:space="preserve"> and </w:t>
      </w:r>
      <w:r>
        <w:rPr>
          <w:b/>
          <w:i w:val="0"/>
          <w:smallCaps w:val="0"/>
          <w:strike w:val="0"/>
          <w:sz w:val="22"/>
          <w:u w:val="single"/>
        </w:rPr>
        <w:t>scholarly thought</w:t>
      </w:r>
      <w:r>
        <w:rPr>
          <w:b w:val="0"/>
          <w:i w:val="0"/>
          <w:smallCaps w:val="0"/>
          <w:strike w:val="0"/>
          <w:sz w:val="22"/>
          <w:u w:val="single"/>
        </w:rPr>
        <w:t xml:space="preserve"> itself</w:t>
      </w:r>
      <w:r>
        <w:rPr>
          <w:b w:val="0"/>
          <w:i w:val="0"/>
          <w:smallCaps w:val="0"/>
          <w:strike w:val="0"/>
          <w:sz w:val="16"/>
          <w:u w:val="none"/>
        </w:rPr>
        <w:t xml:space="preserve">. </w:t>
      </w:r>
      <w:r>
        <w:rPr>
          <w:b w:val="0"/>
          <w:i w:val="0"/>
          <w:smallCaps w:val="0"/>
          <w:strike w:val="0"/>
          <w:sz w:val="22"/>
          <w:u w:val="single"/>
        </w:rPr>
        <w:t xml:space="preserve">The </w:t>
      </w:r>
      <w:r>
        <w:rPr>
          <w:b/>
          <w:i w:val="0"/>
          <w:smallCaps w:val="0"/>
          <w:strike w:val="0"/>
          <w:sz w:val="22"/>
          <w:u w:val="single"/>
        </w:rPr>
        <w:t>erasure of Indigenous peoples</w:t>
      </w:r>
      <w:r>
        <w:rPr>
          <w:b w:val="0"/>
          <w:i w:val="0"/>
          <w:smallCaps w:val="0"/>
          <w:strike w:val="0"/>
          <w:sz w:val="22"/>
          <w:u w:val="single"/>
        </w:rPr>
        <w:t xml:space="preserve"> has a </w:t>
      </w:r>
      <w:r>
        <w:rPr>
          <w:b/>
          <w:i w:val="0"/>
          <w:smallCaps w:val="0"/>
          <w:strike w:val="0"/>
          <w:sz w:val="22"/>
          <w:u w:val="single"/>
        </w:rPr>
        <w:t>similar</w:t>
      </w:r>
      <w:r>
        <w:rPr>
          <w:b w:val="0"/>
          <w:i w:val="0"/>
          <w:smallCaps w:val="0"/>
          <w:strike w:val="0"/>
          <w:sz w:val="22"/>
          <w:u w:val="single"/>
        </w:rPr>
        <w:t xml:space="preserve"> and </w:t>
      </w:r>
      <w:r>
        <w:rPr>
          <w:b/>
          <w:i w:val="0"/>
          <w:smallCaps w:val="0"/>
          <w:strike w:val="0"/>
          <w:sz w:val="22"/>
          <w:u w:val="single"/>
        </w:rPr>
        <w:t>related profundity</w:t>
      </w:r>
      <w:r>
        <w:rPr>
          <w:b w:val="0"/>
          <w:i w:val="0"/>
          <w:smallCaps w:val="0"/>
          <w:strike w:val="0"/>
          <w:sz w:val="16"/>
          <w:u w:val="none"/>
        </w:rPr>
        <w:t>, and the category of settler-colonialism has in recent years allowed Indigenous scholars to radically question the legal, metaphysical, and political parameters of the socius (Byrd, 2011; Coulthard, 2014; Whyte, 2018; Wolfe, 2016). While there is no space to do justice to the nuances and sophistication of this new effervescence in black, Indigenous, and decolonial theoretical discourse—in particular their varying relations to Marxism, feminism, ecological thought, and poststructuralism—their growing international influence warrants some brief comments to distinguish the approach sketched here.</w:t>
      </w:r>
    </w:p>
    <w:p>
      <w:pPr>
        <w:spacing w:after="60"/>
      </w:pPr>
      <w:r>
        <w:rPr>
          <w:b w:val="0"/>
          <w:i w:val="0"/>
          <w:smallCaps w:val="0"/>
          <w:strike w:val="0"/>
          <w:sz w:val="16"/>
          <w:u w:val="none"/>
        </w:rPr>
        <w:t xml:space="preserve">First, </w:t>
      </w:r>
      <w:r>
        <w:rPr>
          <w:b w:val="0"/>
          <w:i w:val="0"/>
          <w:smallCaps w:val="0"/>
          <w:strike w:val="0"/>
          <w:sz w:val="22"/>
          <w:u w:val="single"/>
        </w:rPr>
        <w:t xml:space="preserve">while the </w:t>
      </w:r>
      <w:r>
        <w:rPr>
          <w:b/>
          <w:i w:val="0"/>
          <w:smallCaps w:val="0"/>
          <w:strike w:val="0"/>
          <w:sz w:val="22"/>
          <w:highlight w:val="cyan"/>
          <w:u w:val="single"/>
        </w:rPr>
        <w:t>social death</w:t>
      </w:r>
      <w:r>
        <w:rPr>
          <w:b w:val="0"/>
          <w:i w:val="0"/>
          <w:smallCaps w:val="0"/>
          <w:strike w:val="0"/>
          <w:sz w:val="22"/>
          <w:u w:val="single"/>
        </w:rPr>
        <w:t xml:space="preserve"> imparted on </w:t>
      </w:r>
      <w:r>
        <w:rPr>
          <w:b/>
          <w:i w:val="0"/>
          <w:smallCaps w:val="0"/>
          <w:strike w:val="0"/>
          <w:sz w:val="22"/>
          <w:u w:val="single"/>
        </w:rPr>
        <w:t>Indigenous Americans</w:t>
      </w:r>
      <w:r>
        <w:rPr>
          <w:b w:val="0"/>
          <w:i w:val="0"/>
          <w:smallCaps w:val="0"/>
          <w:strike w:val="0"/>
          <w:sz w:val="22"/>
          <w:u w:val="single"/>
        </w:rPr>
        <w:t xml:space="preserve"> and </w:t>
      </w:r>
      <w:r>
        <w:rPr>
          <w:b/>
          <w:i w:val="0"/>
          <w:smallCaps w:val="0"/>
          <w:strike w:val="0"/>
          <w:sz w:val="22"/>
          <w:u w:val="single"/>
        </w:rPr>
        <w:t>enslaved Africans</w:t>
      </w:r>
      <w:r>
        <w:rPr>
          <w:b w:val="0"/>
          <w:i w:val="0"/>
          <w:smallCaps w:val="0"/>
          <w:strike w:val="0"/>
          <w:sz w:val="22"/>
          <w:u w:val="single"/>
        </w:rPr>
        <w:t xml:space="preserve"> are certainly</w:t>
      </w:r>
      <w:r>
        <w:rPr>
          <w:b w:val="0"/>
          <w:i w:val="0"/>
          <w:smallCaps w:val="0"/>
          <w:strike w:val="0"/>
          <w:sz w:val="16"/>
          <w:u w:val="none"/>
        </w:rPr>
        <w:t xml:space="preserve"> two </w:t>
      </w:r>
      <w:r>
        <w:rPr>
          <w:b/>
          <w:i w:val="0"/>
          <w:smallCaps w:val="0"/>
          <w:strike w:val="0"/>
          <w:sz w:val="22"/>
          <w:u w:val="single"/>
        </w:rPr>
        <w:t>originary</w:t>
      </w:r>
      <w:r>
        <w:rPr>
          <w:b/>
          <w:i w:val="0"/>
          <w:smallCaps w:val="0"/>
          <w:strike w:val="0"/>
          <w:sz w:val="22"/>
          <w:u w:val="single"/>
        </w:rPr>
        <w:t xml:space="preserve"> catastrophes</w:t>
      </w:r>
      <w:r>
        <w:rPr>
          <w:b w:val="0"/>
          <w:i w:val="0"/>
          <w:smallCaps w:val="0"/>
          <w:strike w:val="0"/>
          <w:sz w:val="22"/>
          <w:u w:val="single"/>
        </w:rPr>
        <w:t xml:space="preserve"> forming the </w:t>
      </w:r>
      <w:r>
        <w:rPr>
          <w:b/>
          <w:i w:val="0"/>
          <w:smallCaps w:val="0"/>
          <w:strike w:val="0"/>
          <w:sz w:val="22"/>
          <w:u w:val="single"/>
        </w:rPr>
        <w:t>basis</w:t>
      </w:r>
      <w:r>
        <w:rPr>
          <w:b w:val="0"/>
          <w:i w:val="0"/>
          <w:smallCaps w:val="0"/>
          <w:strike w:val="0"/>
          <w:sz w:val="22"/>
          <w:u w:val="single"/>
        </w:rPr>
        <w:t xml:space="preserve"> of global modernity and systematically repressed in discourse</w:t>
      </w:r>
      <w:r>
        <w:rPr>
          <w:b w:val="0"/>
          <w:i w:val="0"/>
          <w:smallCaps w:val="0"/>
          <w:strike w:val="0"/>
          <w:sz w:val="16"/>
          <w:u w:val="none"/>
        </w:rPr>
        <w:t xml:space="preserve">, </w:t>
      </w:r>
      <w:r>
        <w:rPr>
          <w:b w:val="0"/>
          <w:i w:val="0"/>
          <w:smallCaps w:val="0"/>
          <w:strike w:val="0"/>
          <w:sz w:val="22"/>
          <w:u w:val="single"/>
        </w:rPr>
        <w:t xml:space="preserve">the </w:t>
      </w:r>
      <w:r>
        <w:rPr>
          <w:b w:val="0"/>
          <w:i w:val="0"/>
          <w:smallCaps w:val="0"/>
          <w:strike w:val="0"/>
          <w:sz w:val="22"/>
          <w:highlight w:val="cyan"/>
          <w:u w:val="single"/>
        </w:rPr>
        <w:t>question is</w:t>
      </w:r>
      <w:r>
        <w:rPr>
          <w:b w:val="0"/>
          <w:i w:val="0"/>
          <w:smallCaps w:val="0"/>
          <w:strike w:val="0"/>
          <w:sz w:val="22"/>
          <w:u w:val="single"/>
        </w:rPr>
        <w:t xml:space="preserve"> </w:t>
      </w:r>
      <w:r>
        <w:rPr>
          <w:b/>
          <w:i w:val="0"/>
          <w:smallCaps w:val="0"/>
          <w:strike w:val="0"/>
          <w:sz w:val="22"/>
          <w:u w:val="single"/>
        </w:rPr>
        <w:t>not only</w:t>
      </w:r>
      <w:r>
        <w:rPr>
          <w:b w:val="0"/>
          <w:i w:val="0"/>
          <w:smallCaps w:val="0"/>
          <w:strike w:val="0"/>
          <w:sz w:val="22"/>
          <w:u w:val="single"/>
        </w:rPr>
        <w:t xml:space="preserve"> how they are </w:t>
      </w:r>
      <w:r>
        <w:rPr>
          <w:b/>
          <w:i w:val="0"/>
          <w:smallCaps w:val="0"/>
          <w:strike w:val="0"/>
          <w:sz w:val="22"/>
          <w:u w:val="single"/>
        </w:rPr>
        <w:t>entwined</w:t>
      </w:r>
      <w:r>
        <w:rPr>
          <w:b w:val="0"/>
          <w:i w:val="0"/>
          <w:smallCaps w:val="0"/>
          <w:strike w:val="0"/>
          <w:sz w:val="16"/>
          <w:u w:val="none"/>
        </w:rPr>
        <w:t xml:space="preserve">, </w:t>
      </w:r>
      <w:r>
        <w:rPr>
          <w:b w:val="0"/>
          <w:i w:val="0"/>
          <w:smallCaps w:val="0"/>
          <w:strike w:val="0"/>
          <w:sz w:val="22"/>
          <w:u w:val="single"/>
        </w:rPr>
        <w:t xml:space="preserve">but </w:t>
      </w:r>
      <w:r>
        <w:rPr>
          <w:b w:val="0"/>
          <w:i w:val="0"/>
          <w:smallCaps w:val="0"/>
          <w:strike w:val="0"/>
          <w:sz w:val="22"/>
          <w:highlight w:val="cyan"/>
          <w:u w:val="single"/>
        </w:rPr>
        <w:t xml:space="preserve">how they </w:t>
      </w:r>
      <w:r>
        <w:rPr>
          <w:b/>
          <w:i w:val="0"/>
          <w:smallCaps w:val="0"/>
          <w:strike w:val="0"/>
          <w:sz w:val="22"/>
          <w:highlight w:val="cyan"/>
          <w:u w:val="single"/>
        </w:rPr>
        <w:t>interact</w:t>
      </w:r>
      <w:r>
        <w:rPr>
          <w:b w:val="0"/>
          <w:i w:val="0"/>
          <w:smallCaps w:val="0"/>
          <w:strike w:val="0"/>
          <w:sz w:val="22"/>
          <w:u w:val="single"/>
        </w:rPr>
        <w:t xml:space="preserve"> with </w:t>
      </w:r>
      <w:r>
        <w:rPr>
          <w:b/>
          <w:i w:val="0"/>
          <w:smallCaps w:val="0"/>
          <w:strike w:val="0"/>
          <w:sz w:val="22"/>
          <w:highlight w:val="cyan"/>
          <w:u w:val="single"/>
        </w:rPr>
        <w:t>later</w:t>
      </w:r>
      <w:r>
        <w:rPr>
          <w:b/>
          <w:i w:val="0"/>
          <w:smallCaps w:val="0"/>
          <w:strike w:val="0"/>
          <w:sz w:val="22"/>
          <w:u w:val="single"/>
        </w:rPr>
        <w:t xml:space="preserve"> violent</w:t>
      </w:r>
      <w:r>
        <w:rPr>
          <w:b w:val="0"/>
          <w:i w:val="0"/>
          <w:smallCaps w:val="0"/>
          <w:strike w:val="0"/>
          <w:sz w:val="22"/>
          <w:u w:val="single"/>
        </w:rPr>
        <w:t xml:space="preserve"> as</w:t>
      </w:r>
      <w:r>
        <w:rPr>
          <w:b w:val="0"/>
          <w:i w:val="0"/>
          <w:smallCaps w:val="0"/>
          <w:strike w:val="0"/>
          <w:sz w:val="22"/>
          <w:u w:val="single"/>
        </w:rPr>
        <w:t xml:space="preserve"> well as </w:t>
      </w:r>
      <w:r>
        <w:rPr>
          <w:b/>
          <w:i w:val="0"/>
          <w:smallCaps w:val="0"/>
          <w:strike w:val="0"/>
          <w:sz w:val="22"/>
          <w:u w:val="single"/>
        </w:rPr>
        <w:t xml:space="preserve">ostensibly more </w:t>
      </w:r>
      <w:r>
        <w:rPr>
          <w:b/>
          <w:i w:val="0"/>
          <w:smallCaps w:val="0"/>
          <w:strike w:val="0"/>
          <w:sz w:val="22"/>
          <w:u w:val="single"/>
        </w:rPr>
        <w:t>benevolent</w:t>
      </w:r>
      <w:r>
        <w:rPr>
          <w:b/>
          <w:i w:val="0"/>
          <w:smallCaps w:val="0"/>
          <w:strike w:val="0"/>
          <w:sz w:val="22"/>
          <w:u w:val="single"/>
        </w:rPr>
        <w:t xml:space="preserve"> racializing </w:t>
      </w:r>
      <w:r>
        <w:rPr>
          <w:b/>
          <w:i w:val="0"/>
          <w:smallCaps w:val="0"/>
          <w:strike w:val="0"/>
          <w:sz w:val="22"/>
          <w:highlight w:val="cyan"/>
          <w:u w:val="single"/>
        </w:rPr>
        <w:t>processes</w:t>
      </w:r>
      <w:r>
        <w:rPr>
          <w:b w:val="0"/>
          <w:i w:val="0"/>
          <w:smallCaps w:val="0"/>
          <w:strike w:val="0"/>
          <w:sz w:val="16"/>
          <w:u w:val="none"/>
        </w:rPr>
        <w:t xml:space="preserve">, </w:t>
      </w:r>
      <w:r>
        <w:rPr>
          <w:b w:val="0"/>
          <w:i w:val="0"/>
          <w:smallCaps w:val="0"/>
          <w:strike w:val="0"/>
          <w:sz w:val="22"/>
          <w:highlight w:val="cyan"/>
          <w:u w:val="single"/>
        </w:rPr>
        <w:t>from</w:t>
      </w:r>
      <w:r>
        <w:rPr>
          <w:b w:val="0"/>
          <w:i w:val="0"/>
          <w:smallCaps w:val="0"/>
          <w:strike w:val="0"/>
          <w:sz w:val="22"/>
          <w:u w:val="single"/>
        </w:rPr>
        <w:t xml:space="preserve"> the </w:t>
      </w:r>
      <w:r>
        <w:rPr>
          <w:b/>
          <w:i w:val="0"/>
          <w:smallCaps w:val="0"/>
          <w:strike w:val="0"/>
          <w:sz w:val="22"/>
          <w:highlight w:val="cyan"/>
          <w:u w:val="single"/>
        </w:rPr>
        <w:t>European conquest</w:t>
      </w:r>
      <w:r>
        <w:rPr>
          <w:b/>
          <w:i w:val="0"/>
          <w:smallCaps w:val="0"/>
          <w:strike w:val="0"/>
          <w:sz w:val="22"/>
          <w:u w:val="single"/>
        </w:rPr>
        <w:t xml:space="preserve"> of the Pacific</w:t>
      </w:r>
      <w:r>
        <w:rPr>
          <w:b w:val="0"/>
          <w:i w:val="0"/>
          <w:smallCaps w:val="0"/>
          <w:strike w:val="0"/>
          <w:sz w:val="22"/>
          <w:u w:val="single"/>
        </w:rPr>
        <w:t xml:space="preserve"> </w:t>
      </w:r>
      <w:r>
        <w:rPr>
          <w:b w:val="0"/>
          <w:i w:val="0"/>
          <w:smallCaps w:val="0"/>
          <w:strike w:val="0"/>
          <w:sz w:val="22"/>
          <w:u w:val="single"/>
        </w:rPr>
        <w:t xml:space="preserve">to </w:t>
      </w:r>
      <w:r>
        <w:rPr>
          <w:b/>
          <w:i w:val="0"/>
          <w:smallCaps w:val="0"/>
          <w:strike w:val="0"/>
          <w:sz w:val="22"/>
          <w:highlight w:val="cyan"/>
          <w:u w:val="single"/>
        </w:rPr>
        <w:t>multiculturalism</w:t>
      </w:r>
      <w:r>
        <w:rPr>
          <w:b/>
          <w:i w:val="0"/>
          <w:smallCaps w:val="0"/>
          <w:strike w:val="0"/>
          <w:sz w:val="22"/>
          <w:u w:val="single"/>
        </w:rPr>
        <w:t xml:space="preserve"> in </w:t>
      </w:r>
      <w:r>
        <w:rPr>
          <w:b/>
          <w:i w:val="0"/>
          <w:smallCaps w:val="0"/>
          <w:strike w:val="0"/>
          <w:sz w:val="22"/>
          <w:u w:val="single"/>
        </w:rPr>
        <w:t>Scandinavia and Singapore</w:t>
      </w:r>
      <w:r>
        <w:rPr>
          <w:b w:val="0"/>
          <w:i w:val="0"/>
          <w:smallCaps w:val="0"/>
          <w:strike w:val="0"/>
          <w:sz w:val="16"/>
          <w:u w:val="none"/>
        </w:rPr>
        <w:t xml:space="preserve">, </w:t>
      </w:r>
      <w:r>
        <w:rPr>
          <w:b w:val="0"/>
          <w:i w:val="0"/>
          <w:smallCaps w:val="0"/>
          <w:strike w:val="0"/>
          <w:sz w:val="22"/>
          <w:u w:val="single"/>
        </w:rPr>
        <w:t xml:space="preserve">from </w:t>
      </w:r>
      <w:r>
        <w:rPr>
          <w:b/>
          <w:i w:val="0"/>
          <w:smallCaps w:val="0"/>
          <w:strike w:val="0"/>
          <w:sz w:val="22"/>
          <w:highlight w:val="cyan"/>
          <w:u w:val="single"/>
        </w:rPr>
        <w:t>Soviet Union</w:t>
      </w:r>
      <w:r>
        <w:rPr>
          <w:b/>
          <w:i w:val="0"/>
          <w:smallCaps w:val="0"/>
          <w:strike w:val="0"/>
          <w:sz w:val="22"/>
          <w:u w:val="single"/>
        </w:rPr>
        <w:t xml:space="preserve"> ethnic </w:t>
      </w:r>
      <w:r>
        <w:rPr>
          <w:b/>
          <w:i w:val="0"/>
          <w:smallCaps w:val="0"/>
          <w:strike w:val="0"/>
          <w:sz w:val="22"/>
          <w:highlight w:val="cyan"/>
          <w:u w:val="single"/>
        </w:rPr>
        <w:t>policies</w:t>
      </w:r>
      <w:r>
        <w:rPr>
          <w:b w:val="0"/>
          <w:i w:val="0"/>
          <w:smallCaps w:val="0"/>
          <w:strike w:val="0"/>
          <w:sz w:val="22"/>
          <w:u w:val="single"/>
        </w:rPr>
        <w:t xml:space="preserve"> to the </w:t>
      </w:r>
      <w:r>
        <w:rPr>
          <w:b w:val="0"/>
          <w:i w:val="0"/>
          <w:smallCaps w:val="0"/>
          <w:strike w:val="0"/>
          <w:sz w:val="22"/>
          <w:highlight w:val="cyan"/>
          <w:u w:val="single"/>
        </w:rPr>
        <w:t>exploitation of</w:t>
      </w:r>
      <w:r>
        <w:rPr>
          <w:b w:val="0"/>
          <w:i w:val="0"/>
          <w:smallCaps w:val="0"/>
          <w:strike w:val="0"/>
          <w:sz w:val="22"/>
          <w:u w:val="single"/>
        </w:rPr>
        <w:t xml:space="preserve"> </w:t>
      </w:r>
      <w:r>
        <w:rPr>
          <w:b/>
          <w:i w:val="0"/>
          <w:smallCaps w:val="0"/>
          <w:strike w:val="0"/>
          <w:sz w:val="22"/>
          <w:u w:val="single"/>
        </w:rPr>
        <w:t xml:space="preserve">South </w:t>
      </w:r>
      <w:r>
        <w:rPr>
          <w:b/>
          <w:i w:val="0"/>
          <w:smallCaps w:val="0"/>
          <w:strike w:val="0"/>
          <w:sz w:val="22"/>
          <w:highlight w:val="cyan"/>
          <w:u w:val="single"/>
        </w:rPr>
        <w:t>Asian workers</w:t>
      </w:r>
      <w:r>
        <w:rPr>
          <w:b w:val="0"/>
          <w:i w:val="0"/>
          <w:smallCaps w:val="0"/>
          <w:strike w:val="0"/>
          <w:sz w:val="22"/>
          <w:highlight w:val="cyan"/>
          <w:u w:val="single"/>
        </w:rPr>
        <w:t xml:space="preserve"> in the </w:t>
      </w:r>
      <w:r>
        <w:rPr>
          <w:b/>
          <w:i w:val="0"/>
          <w:smallCaps w:val="0"/>
          <w:strike w:val="0"/>
          <w:sz w:val="22"/>
          <w:highlight w:val="cyan"/>
          <w:u w:val="single"/>
        </w:rPr>
        <w:t>Middle East</w:t>
      </w:r>
      <w:r>
        <w:rPr>
          <w:b w:val="0"/>
          <w:i w:val="0"/>
          <w:smallCaps w:val="0"/>
          <w:strike w:val="0"/>
          <w:sz w:val="22"/>
          <w:highlight w:val="cyan"/>
          <w:u w:val="single"/>
        </w:rPr>
        <w:t xml:space="preserve"> and </w:t>
      </w:r>
      <w:r>
        <w:rPr>
          <w:b/>
          <w:i w:val="0"/>
          <w:smallCaps w:val="0"/>
          <w:strike w:val="0"/>
          <w:sz w:val="22"/>
          <w:highlight w:val="cyan"/>
          <w:u w:val="single"/>
        </w:rPr>
        <w:t>Palestinian workers</w:t>
      </w:r>
      <w:r>
        <w:rPr>
          <w:b w:val="0"/>
          <w:i w:val="0"/>
          <w:smallCaps w:val="0"/>
          <w:strike w:val="0"/>
          <w:sz w:val="22"/>
          <w:highlight w:val="cyan"/>
          <w:u w:val="single"/>
        </w:rPr>
        <w:t xml:space="preserve"> in </w:t>
      </w:r>
      <w:r>
        <w:rPr>
          <w:b/>
          <w:i w:val="0"/>
          <w:smallCaps w:val="0"/>
          <w:strike w:val="0"/>
          <w:sz w:val="22"/>
          <w:highlight w:val="cyan"/>
          <w:u w:val="single"/>
        </w:rPr>
        <w:t>Israel</w:t>
      </w:r>
      <w:r>
        <w:rPr>
          <w:b w:val="0"/>
          <w:i w:val="0"/>
          <w:smallCaps w:val="0"/>
          <w:strike w:val="0"/>
          <w:sz w:val="16"/>
          <w:u w:val="none"/>
        </w:rPr>
        <w:t xml:space="preserve">. Insofar </w:t>
      </w:r>
      <w:r>
        <w:rPr>
          <w:b w:val="0"/>
          <w:i w:val="0"/>
          <w:smallCaps w:val="0"/>
          <w:strike w:val="0"/>
          <w:sz w:val="22"/>
          <w:highlight w:val="cyan"/>
          <w:u w:val="single"/>
        </w:rPr>
        <w:t>as capital</w:t>
      </w:r>
      <w:r>
        <w:rPr>
          <w:b w:val="0"/>
          <w:i w:val="0"/>
          <w:smallCaps w:val="0"/>
          <w:strike w:val="0"/>
          <w:sz w:val="16"/>
          <w:u w:val="none"/>
        </w:rPr>
        <w:t xml:space="preserve"> intrinsically “</w:t>
      </w:r>
      <w:r>
        <w:rPr>
          <w:b w:val="0"/>
          <w:i w:val="0"/>
          <w:smallCaps w:val="0"/>
          <w:strike w:val="0"/>
          <w:sz w:val="22"/>
          <w:highlight w:val="cyan"/>
          <w:u w:val="single"/>
        </w:rPr>
        <w:t>aims</w:t>
      </w:r>
      <w:r>
        <w:rPr>
          <w:b w:val="0"/>
          <w:i w:val="0"/>
          <w:smallCaps w:val="0"/>
          <w:strike w:val="0"/>
          <w:sz w:val="16"/>
          <w:u w:val="none"/>
        </w:rPr>
        <w:t xml:space="preserve">” </w:t>
      </w:r>
      <w:r>
        <w:rPr>
          <w:b w:val="0"/>
          <w:i w:val="0"/>
          <w:smallCaps w:val="0"/>
          <w:strike w:val="0"/>
          <w:sz w:val="22"/>
          <w:highlight w:val="cyan"/>
          <w:u w:val="single"/>
        </w:rPr>
        <w:t xml:space="preserve">to </w:t>
      </w:r>
      <w:r>
        <w:rPr>
          <w:b/>
          <w:i w:val="0"/>
          <w:smallCaps w:val="0"/>
          <w:strike w:val="0"/>
          <w:sz w:val="22"/>
          <w:highlight w:val="cyan"/>
          <w:u w:val="single"/>
        </w:rPr>
        <w:t>become-planetary</w:t>
      </w:r>
      <w:r>
        <w:rPr>
          <w:b w:val="0"/>
          <w:i w:val="0"/>
          <w:smallCaps w:val="0"/>
          <w:strike w:val="0"/>
          <w:sz w:val="16"/>
          <w:u w:val="none"/>
        </w:rPr>
        <w:t xml:space="preserve">, </w:t>
      </w:r>
      <w:r>
        <w:rPr>
          <w:b w:val="0"/>
          <w:i w:val="0"/>
          <w:smallCaps w:val="0"/>
          <w:strike w:val="0"/>
          <w:sz w:val="22"/>
          <w:highlight w:val="cyan"/>
          <w:u w:val="single"/>
        </w:rPr>
        <w:t xml:space="preserve">we </w:t>
      </w:r>
      <w:r>
        <w:rPr>
          <w:b/>
          <w:i w:val="0"/>
          <w:smallCaps w:val="0"/>
          <w:strike w:val="0"/>
          <w:sz w:val="22"/>
          <w:highlight w:val="cyan"/>
          <w:u w:val="single"/>
        </w:rPr>
        <w:t>cannot limit</w:t>
      </w:r>
      <w:r>
        <w:rPr>
          <w:b/>
          <w:i w:val="0"/>
          <w:smallCaps w:val="0"/>
          <w:strike w:val="0"/>
          <w:sz w:val="22"/>
          <w:u w:val="single"/>
        </w:rPr>
        <w:t xml:space="preserve"> ourselves</w:t>
      </w:r>
      <w:r>
        <w:rPr>
          <w:b w:val="0"/>
          <w:i w:val="0"/>
          <w:smallCaps w:val="0"/>
          <w:strike w:val="0"/>
          <w:sz w:val="22"/>
          <w:u w:val="single"/>
        </w:rPr>
        <w:t xml:space="preserve"> </w:t>
      </w:r>
      <w:r>
        <w:rPr>
          <w:b w:val="0"/>
          <w:i w:val="0"/>
          <w:smallCaps w:val="0"/>
          <w:strike w:val="0"/>
          <w:sz w:val="22"/>
          <w:highlight w:val="cyan"/>
          <w:u w:val="single"/>
        </w:rPr>
        <w:t xml:space="preserve">to the </w:t>
      </w:r>
      <w:r>
        <w:rPr>
          <w:b/>
          <w:i w:val="0"/>
          <w:smallCaps w:val="0"/>
          <w:strike w:val="0"/>
          <w:sz w:val="22"/>
          <w:highlight w:val="cyan"/>
          <w:u w:val="single"/>
        </w:rPr>
        <w:t>Atlantic</w:t>
      </w:r>
      <w:r>
        <w:rPr>
          <w:b/>
          <w:i w:val="0"/>
          <w:smallCaps w:val="0"/>
          <w:strike w:val="0"/>
          <w:sz w:val="22"/>
          <w:u w:val="single"/>
        </w:rPr>
        <w:t xml:space="preserve"> world</w:t>
      </w:r>
      <w:r>
        <w:rPr>
          <w:b w:val="0"/>
          <w:i w:val="0"/>
          <w:smallCaps w:val="0"/>
          <w:strike w:val="0"/>
          <w:sz w:val="16"/>
          <w:u w:val="none"/>
        </w:rPr>
        <w:t xml:space="preserve">, or even primitive accumulation, </w:t>
      </w:r>
      <w:r>
        <w:rPr>
          <w:b w:val="0"/>
          <w:i w:val="0"/>
          <w:smallCaps w:val="0"/>
          <w:strike w:val="0"/>
          <w:sz w:val="22"/>
          <w:u w:val="single"/>
        </w:rPr>
        <w:t>when explaining its racial implications</w:t>
      </w:r>
      <w:r>
        <w:rPr>
          <w:b w:val="0"/>
          <w:i w:val="0"/>
          <w:smallCaps w:val="0"/>
          <w:strike w:val="0"/>
          <w:sz w:val="16"/>
          <w:u w:val="none"/>
        </w:rPr>
        <w:t xml:space="preserve">. </w:t>
      </w:r>
      <w:r>
        <w:rPr>
          <w:b w:val="0"/>
          <w:i w:val="0"/>
          <w:smallCaps w:val="0"/>
          <w:strike w:val="0"/>
          <w:sz w:val="22"/>
          <w:u w:val="single"/>
        </w:rPr>
        <w:t>Following</w:t>
      </w:r>
      <w:r>
        <w:rPr>
          <w:b w:val="0"/>
          <w:i w:val="0"/>
          <w:smallCaps w:val="0"/>
          <w:strike w:val="0"/>
          <w:sz w:val="16"/>
          <w:u w:val="none"/>
        </w:rPr>
        <w:t xml:space="preserve"> internationalist </w:t>
      </w:r>
      <w:r>
        <w:rPr>
          <w:b/>
          <w:i w:val="0"/>
          <w:smallCaps w:val="0"/>
          <w:strike w:val="0"/>
          <w:sz w:val="22"/>
          <w:u w:val="single"/>
        </w:rPr>
        <w:t>black feminists</w:t>
      </w:r>
      <w:r>
        <w:rPr>
          <w:b w:val="0"/>
          <w:i w:val="0"/>
          <w:smallCaps w:val="0"/>
          <w:strike w:val="0"/>
          <w:sz w:val="22"/>
          <w:u w:val="single"/>
        </w:rPr>
        <w:t xml:space="preserve"> like </w:t>
      </w:r>
      <w:r>
        <w:rPr>
          <w:b/>
          <w:i w:val="0"/>
          <w:smallCaps w:val="0"/>
          <w:strike w:val="0"/>
          <w:sz w:val="22"/>
          <w:u w:val="single"/>
        </w:rPr>
        <w:t>Angela Davis</w:t>
      </w:r>
      <w:r>
        <w:rPr>
          <w:b w:val="0"/>
          <w:i w:val="0"/>
          <w:smallCaps w:val="0"/>
          <w:strike w:val="0"/>
          <w:sz w:val="22"/>
          <w:u w:val="single"/>
        </w:rPr>
        <w:t xml:space="preserve"> and historians of </w:t>
      </w:r>
      <w:r>
        <w:rPr>
          <w:b/>
          <w:i w:val="0"/>
          <w:smallCaps w:val="0"/>
          <w:strike w:val="0"/>
          <w:sz w:val="22"/>
          <w:u w:val="single"/>
        </w:rPr>
        <w:t>global settler-colonialism</w:t>
      </w:r>
      <w:r>
        <w:rPr>
          <w:b w:val="0"/>
          <w:i w:val="0"/>
          <w:smallCaps w:val="0"/>
          <w:strike w:val="0"/>
          <w:sz w:val="16"/>
          <w:u w:val="none"/>
        </w:rPr>
        <w:t xml:space="preserve"> like Patrick Wolfe (2016), </w:t>
      </w:r>
      <w:r>
        <w:rPr>
          <w:b w:val="0"/>
          <w:i w:val="0"/>
          <w:smallCaps w:val="0"/>
          <w:strike w:val="0"/>
          <w:sz w:val="22"/>
          <w:highlight w:val="cyan"/>
          <w:u w:val="single"/>
        </w:rPr>
        <w:t>racial capitalism</w:t>
      </w:r>
      <w:r>
        <w:rPr>
          <w:b w:val="0"/>
          <w:i w:val="0"/>
          <w:smallCaps w:val="0"/>
          <w:strike w:val="0"/>
          <w:sz w:val="22"/>
          <w:u w:val="single"/>
        </w:rPr>
        <w:t xml:space="preserve"> can be seen to </w:t>
      </w:r>
      <w:r>
        <w:rPr>
          <w:b w:val="0"/>
          <w:i w:val="0"/>
          <w:smallCaps w:val="0"/>
          <w:strike w:val="0"/>
          <w:sz w:val="22"/>
          <w:highlight w:val="cyan"/>
          <w:u w:val="single"/>
        </w:rPr>
        <w:t xml:space="preserve">have </w:t>
      </w:r>
      <w:r>
        <w:rPr>
          <w:b/>
          <w:i w:val="0"/>
          <w:smallCaps w:val="0"/>
          <w:strike w:val="0"/>
          <w:sz w:val="22"/>
          <w:highlight w:val="cyan"/>
          <w:u w:val="single"/>
        </w:rPr>
        <w:t>from the beginning</w:t>
      </w:r>
      <w:r>
        <w:rPr>
          <w:b w:val="0"/>
          <w:i w:val="0"/>
          <w:smallCaps w:val="0"/>
          <w:strike w:val="0"/>
          <w:sz w:val="22"/>
          <w:highlight w:val="cyan"/>
          <w:u w:val="single"/>
        </w:rPr>
        <w:t xml:space="preserve"> involved</w:t>
      </w:r>
      <w:r>
        <w:rPr>
          <w:b w:val="0"/>
          <w:i w:val="0"/>
          <w:smallCaps w:val="0"/>
          <w:strike w:val="0"/>
          <w:sz w:val="22"/>
          <w:u w:val="single"/>
        </w:rPr>
        <w:t xml:space="preserve"> </w:t>
      </w:r>
      <w:r>
        <w:rPr>
          <w:b/>
          <w:i w:val="0"/>
          <w:smallCaps w:val="0"/>
          <w:strike w:val="0"/>
          <w:sz w:val="22"/>
          <w:u w:val="single"/>
        </w:rPr>
        <w:t xml:space="preserve">multiple </w:t>
      </w:r>
      <w:r>
        <w:rPr>
          <w:b/>
          <w:i w:val="0"/>
          <w:smallCaps w:val="0"/>
          <w:strike w:val="0"/>
          <w:sz w:val="22"/>
          <w:highlight w:val="cyan"/>
          <w:u w:val="single"/>
        </w:rPr>
        <w:t>continents</w:t>
      </w:r>
      <w:r>
        <w:rPr>
          <w:b w:val="0"/>
          <w:i w:val="0"/>
          <w:smallCaps w:val="0"/>
          <w:strike w:val="0"/>
          <w:sz w:val="22"/>
          <w:u w:val="single"/>
        </w:rPr>
        <w:t xml:space="preserve"> at once</w:t>
      </w:r>
      <w:r>
        <w:rPr>
          <w:b w:val="0"/>
          <w:i w:val="0"/>
          <w:smallCaps w:val="0"/>
          <w:strike w:val="0"/>
          <w:sz w:val="16"/>
          <w:u w:val="none"/>
        </w:rPr>
        <w:t xml:space="preserve">, </w:t>
      </w:r>
      <w:r>
        <w:rPr>
          <w:b w:val="0"/>
          <w:i w:val="0"/>
          <w:smallCaps w:val="0"/>
          <w:strike w:val="0"/>
          <w:sz w:val="22"/>
          <w:u w:val="single"/>
        </w:rPr>
        <w:t xml:space="preserve">potentializing </w:t>
      </w:r>
      <w:r>
        <w:rPr>
          <w:b/>
          <w:i w:val="0"/>
          <w:smallCaps w:val="0"/>
          <w:strike w:val="0"/>
          <w:sz w:val="22"/>
          <w:highlight w:val="cyan"/>
          <w:u w:val="single"/>
        </w:rPr>
        <w:t>all</w:t>
      </w:r>
      <w:r>
        <w:rPr>
          <w:b w:val="0"/>
          <w:i w:val="0"/>
          <w:smallCaps w:val="0"/>
          <w:strike w:val="0"/>
          <w:sz w:val="22"/>
          <w:highlight w:val="cyan"/>
          <w:u w:val="single"/>
        </w:rPr>
        <w:t xml:space="preserve"> of the</w:t>
      </w:r>
      <w:r>
        <w:rPr>
          <w:b w:val="0"/>
          <w:i w:val="0"/>
          <w:smallCaps w:val="0"/>
          <w:strike w:val="0"/>
          <w:sz w:val="22"/>
          <w:u w:val="single"/>
        </w:rPr>
        <w:t xml:space="preserve"> human </w:t>
      </w:r>
      <w:r>
        <w:rPr>
          <w:b w:val="0"/>
          <w:i w:val="0"/>
          <w:smallCaps w:val="0"/>
          <w:strike w:val="0"/>
          <w:sz w:val="22"/>
          <w:highlight w:val="cyan"/>
          <w:u w:val="single"/>
        </w:rPr>
        <w:t>species</w:t>
      </w:r>
      <w:r>
        <w:rPr>
          <w:b w:val="0"/>
          <w:i w:val="0"/>
          <w:smallCaps w:val="0"/>
          <w:strike w:val="0"/>
          <w:sz w:val="22"/>
          <w:u w:val="single"/>
        </w:rPr>
        <w:t xml:space="preserve"> and planet for </w:t>
      </w:r>
      <w:r>
        <w:rPr>
          <w:b/>
          <w:i w:val="0"/>
          <w:smallCaps w:val="0"/>
          <w:strike w:val="0"/>
          <w:sz w:val="22"/>
          <w:u w:val="single"/>
        </w:rPr>
        <w:t>marketization</w:t>
      </w:r>
      <w:r>
        <w:rPr>
          <w:b w:val="0"/>
          <w:i w:val="0"/>
          <w:smallCaps w:val="0"/>
          <w:strike w:val="0"/>
          <w:sz w:val="16"/>
          <w:u w:val="none"/>
        </w:rPr>
        <w:t xml:space="preserve">, </w:t>
      </w:r>
      <w:r>
        <w:rPr>
          <w:b w:val="0"/>
          <w:i w:val="0"/>
          <w:smallCaps w:val="0"/>
          <w:strike w:val="0"/>
          <w:sz w:val="22"/>
          <w:u w:val="single"/>
        </w:rPr>
        <w:t xml:space="preserve">with </w:t>
      </w:r>
      <w:r>
        <w:rPr>
          <w:b/>
          <w:i w:val="0"/>
          <w:smallCaps w:val="0"/>
          <w:strike w:val="0"/>
          <w:sz w:val="22"/>
          <w:u w:val="single"/>
        </w:rPr>
        <w:t>varying degrees of annihilatory biopower</w:t>
      </w:r>
      <w:r>
        <w:rPr>
          <w:b w:val="0"/>
          <w:i w:val="0"/>
          <w:smallCaps w:val="0"/>
          <w:strike w:val="0"/>
          <w:sz w:val="22"/>
          <w:u w:val="single"/>
        </w:rPr>
        <w:t xml:space="preserve"> and </w:t>
      </w:r>
      <w:r>
        <w:rPr>
          <w:b/>
          <w:i w:val="0"/>
          <w:smallCaps w:val="0"/>
          <w:strike w:val="0"/>
          <w:sz w:val="22"/>
          <w:u w:val="single"/>
        </w:rPr>
        <w:t>differential inclusion</w:t>
      </w:r>
      <w:r>
        <w:rPr>
          <w:b w:val="0"/>
          <w:i w:val="0"/>
          <w:smallCaps w:val="0"/>
          <w:strike w:val="0"/>
          <w:sz w:val="16"/>
          <w:u w:val="none"/>
        </w:rPr>
        <w:t>.</w:t>
      </w:r>
    </w:p>
    <w:p>
      <w:pPr>
        <w:spacing w:after="60"/>
      </w:pPr>
      <w:r>
        <w:rPr>
          <w:b w:val="0"/>
          <w:i w:val="0"/>
          <w:smallCaps w:val="0"/>
          <w:strike w:val="0"/>
          <w:sz w:val="16"/>
          <w:u w:val="none"/>
        </w:rPr>
        <w:t xml:space="preserve">Second, </w:t>
      </w:r>
      <w:r>
        <w:rPr>
          <w:b w:val="0"/>
          <w:i w:val="0"/>
          <w:smallCaps w:val="0"/>
          <w:strike w:val="0"/>
          <w:sz w:val="22"/>
          <w:u w:val="single"/>
        </w:rPr>
        <w:t xml:space="preserve">pointing out that </w:t>
      </w:r>
      <w:r>
        <w:rPr>
          <w:b/>
          <w:i w:val="0"/>
          <w:smallCaps w:val="0"/>
          <w:strike w:val="0"/>
          <w:sz w:val="22"/>
          <w:u w:val="single"/>
        </w:rPr>
        <w:t>coercion</w:t>
      </w:r>
      <w:r>
        <w:rPr>
          <w:b w:val="0"/>
          <w:i w:val="0"/>
          <w:smallCaps w:val="0"/>
          <w:strike w:val="0"/>
          <w:sz w:val="16"/>
          <w:u w:val="none"/>
        </w:rPr>
        <w:t xml:space="preserve">, </w:t>
      </w:r>
      <w:r>
        <w:rPr>
          <w:b/>
          <w:i w:val="0"/>
          <w:smallCaps w:val="0"/>
          <w:strike w:val="0"/>
          <w:sz w:val="22"/>
          <w:u w:val="single"/>
        </w:rPr>
        <w:t>warfare</w:t>
      </w:r>
      <w:r>
        <w:rPr>
          <w:b w:val="0"/>
          <w:i w:val="0"/>
          <w:smallCaps w:val="0"/>
          <w:strike w:val="0"/>
          <w:sz w:val="16"/>
          <w:u w:val="none"/>
        </w:rPr>
        <w:t xml:space="preserve">, </w:t>
      </w:r>
      <w:r>
        <w:rPr>
          <w:b w:val="0"/>
          <w:i w:val="0"/>
          <w:smallCaps w:val="0"/>
          <w:strike w:val="0"/>
          <w:sz w:val="22"/>
          <w:u w:val="single"/>
        </w:rPr>
        <w:t xml:space="preserve">and </w:t>
      </w:r>
      <w:r>
        <w:rPr>
          <w:b/>
          <w:i w:val="0"/>
          <w:smallCaps w:val="0"/>
          <w:strike w:val="0"/>
          <w:sz w:val="22"/>
          <w:u w:val="single"/>
        </w:rPr>
        <w:t>letting die</w:t>
      </w:r>
      <w:r>
        <w:rPr>
          <w:b w:val="0"/>
          <w:i w:val="0"/>
          <w:smallCaps w:val="0"/>
          <w:strike w:val="0"/>
          <w:sz w:val="22"/>
          <w:u w:val="single"/>
        </w:rPr>
        <w:t xml:space="preserve"> are at the </w:t>
      </w:r>
      <w:r>
        <w:rPr>
          <w:b/>
          <w:i w:val="0"/>
          <w:smallCaps w:val="0"/>
          <w:strike w:val="0"/>
          <w:sz w:val="22"/>
          <w:u w:val="single"/>
        </w:rPr>
        <w:t>heart</w:t>
      </w:r>
      <w:r>
        <w:rPr>
          <w:b w:val="0"/>
          <w:i w:val="0"/>
          <w:smallCaps w:val="0"/>
          <w:strike w:val="0"/>
          <w:sz w:val="22"/>
          <w:u w:val="single"/>
        </w:rPr>
        <w:t xml:space="preserve"> of the global system does </w:t>
      </w:r>
      <w:r>
        <w:rPr>
          <w:b/>
          <w:i w:val="0"/>
          <w:smallCaps w:val="0"/>
          <w:strike w:val="0"/>
          <w:sz w:val="22"/>
          <w:u w:val="single"/>
        </w:rPr>
        <w:t>not</w:t>
      </w:r>
      <w:r>
        <w:rPr>
          <w:b w:val="0"/>
          <w:i w:val="0"/>
          <w:smallCaps w:val="0"/>
          <w:strike w:val="0"/>
          <w:sz w:val="16"/>
          <w:u w:val="none"/>
        </w:rPr>
        <w:t xml:space="preserve"> necessarily </w:t>
      </w:r>
      <w:r>
        <w:rPr>
          <w:b/>
          <w:i w:val="0"/>
          <w:smallCaps w:val="0"/>
          <w:strike w:val="0"/>
          <w:sz w:val="22"/>
          <w:u w:val="single"/>
        </w:rPr>
        <w:t>deny</w:t>
      </w:r>
      <w:r>
        <w:rPr>
          <w:b w:val="0"/>
          <w:i w:val="0"/>
          <w:smallCaps w:val="0"/>
          <w:strike w:val="0"/>
          <w:sz w:val="22"/>
          <w:u w:val="single"/>
        </w:rPr>
        <w:t xml:space="preserve"> the forcefulness of </w:t>
      </w:r>
      <w:r>
        <w:rPr>
          <w:b/>
          <w:i w:val="0"/>
          <w:smallCaps w:val="0"/>
          <w:strike w:val="0"/>
          <w:sz w:val="22"/>
          <w:u w:val="single"/>
        </w:rPr>
        <w:t>more seductive</w:t>
      </w:r>
      <w:r>
        <w:rPr>
          <w:b w:val="0"/>
          <w:i w:val="0"/>
          <w:smallCaps w:val="0"/>
          <w:strike w:val="0"/>
          <w:sz w:val="22"/>
          <w:u w:val="single"/>
        </w:rPr>
        <w:t xml:space="preserve"> ideological processes</w:t>
      </w:r>
      <w:r>
        <w:rPr>
          <w:b w:val="0"/>
          <w:i w:val="0"/>
          <w:smallCaps w:val="0"/>
          <w:strike w:val="0"/>
          <w:sz w:val="16"/>
          <w:u w:val="none"/>
        </w:rPr>
        <w:t xml:space="preserve">. To put it bluntly, </w:t>
      </w:r>
      <w:r>
        <w:rPr>
          <w:b w:val="0"/>
          <w:i w:val="0"/>
          <w:smallCaps w:val="0"/>
          <w:strike w:val="0"/>
          <w:sz w:val="22"/>
          <w:u w:val="single"/>
        </w:rPr>
        <w:t xml:space="preserve">there </w:t>
      </w:r>
      <w:r>
        <w:rPr>
          <w:b/>
          <w:i w:val="0"/>
          <w:smallCaps w:val="0"/>
          <w:strike w:val="0"/>
          <w:sz w:val="22"/>
          <w:u w:val="single"/>
        </w:rPr>
        <w:t xml:space="preserve">must be more </w:t>
      </w:r>
      <w:r>
        <w:rPr>
          <w:b/>
          <w:i w:val="0"/>
          <w:smallCaps w:val="0"/>
          <w:strike w:val="0"/>
          <w:sz w:val="22"/>
          <w:u w:val="single"/>
        </w:rPr>
        <w:t>benignness</w:t>
      </w:r>
      <w:r>
        <w:rPr>
          <w:b w:val="0"/>
          <w:i w:val="0"/>
          <w:smallCaps w:val="0"/>
          <w:strike w:val="0"/>
          <w:sz w:val="22"/>
          <w:u w:val="single"/>
        </w:rPr>
        <w:t xml:space="preserve"> to the capitalist system or it would have been </w:t>
      </w:r>
      <w:r>
        <w:rPr>
          <w:b/>
          <w:i w:val="0"/>
          <w:smallCaps w:val="0"/>
          <w:strike w:val="0"/>
          <w:sz w:val="22"/>
          <w:u w:val="single"/>
        </w:rPr>
        <w:t>overthrown long ago</w:t>
      </w:r>
      <w:r>
        <w:rPr>
          <w:b w:val="0"/>
          <w:i w:val="0"/>
          <w:smallCaps w:val="0"/>
          <w:strike w:val="0"/>
          <w:sz w:val="16"/>
          <w:u w:val="none"/>
        </w:rPr>
        <w:t xml:space="preserve">. Deleuze and </w:t>
      </w:r>
      <w:r>
        <w:rPr>
          <w:b w:val="0"/>
          <w:i w:val="0"/>
          <w:smallCaps w:val="0"/>
          <w:strike w:val="0"/>
          <w:sz w:val="16"/>
          <w:u w:val="none"/>
        </w:rPr>
        <w:t>Guattari’s</w:t>
      </w:r>
      <w:r>
        <w:rPr>
          <w:b w:val="0"/>
          <w:i w:val="0"/>
          <w:smallCaps w:val="0"/>
          <w:strike w:val="0"/>
          <w:sz w:val="16"/>
          <w:u w:val="none"/>
        </w:rPr>
        <w:t xml:space="preserve"> work insists on the immense functionality of consumerism in chaining populations to the very megamachine which oppresses them. When Glen Coulthard (2014) takes aim at Canada’s liberal politics of recognition which slots its Indigenous peoples into a capitalist state while leaving intact the property codes which have always benefited white settlers, he tells Marx(</w:t>
      </w:r>
      <w:r>
        <w:rPr>
          <w:b w:val="0"/>
          <w:i w:val="0"/>
          <w:smallCaps w:val="0"/>
          <w:strike w:val="0"/>
          <w:sz w:val="16"/>
          <w:u w:val="none"/>
        </w:rPr>
        <w:t>ists</w:t>
      </w:r>
      <w:r>
        <w:rPr>
          <w:b w:val="0"/>
          <w:i w:val="0"/>
          <w:smallCaps w:val="0"/>
          <w:strike w:val="0"/>
          <w:sz w:val="16"/>
          <w:u w:val="none"/>
        </w:rPr>
        <w:t xml:space="preserve">) primitive </w:t>
      </w:r>
      <w:r>
        <w:rPr>
          <w:b w:val="0"/>
          <w:i w:val="0"/>
          <w:smallCaps w:val="0"/>
          <w:strike w:val="0"/>
          <w:sz w:val="16"/>
          <w:u w:val="none"/>
        </w:rPr>
        <w:t xml:space="preserve">accumulation encompasses not only the violences of genocide but </w:t>
      </w:r>
      <w:r>
        <w:rPr>
          <w:b w:val="0"/>
          <w:i w:val="0"/>
          <w:smallCaps w:val="0"/>
          <w:strike w:val="0"/>
          <w:sz w:val="22"/>
          <w:u w:val="single"/>
        </w:rPr>
        <w:t xml:space="preserve">an inculcation of </w:t>
      </w:r>
      <w:r>
        <w:rPr>
          <w:b/>
          <w:i w:val="0"/>
          <w:smallCaps w:val="0"/>
          <w:strike w:val="0"/>
          <w:sz w:val="22"/>
          <w:u w:val="single"/>
        </w:rPr>
        <w:t>possessive individualism</w:t>
      </w:r>
      <w:r>
        <w:rPr>
          <w:b w:val="0"/>
          <w:i w:val="0"/>
          <w:smallCaps w:val="0"/>
          <w:strike w:val="0"/>
          <w:sz w:val="16"/>
          <w:u w:val="none"/>
        </w:rPr>
        <w:t xml:space="preserve"> amongst Native populations which </w:t>
      </w:r>
      <w:r>
        <w:rPr>
          <w:b w:val="0"/>
          <w:i w:val="0"/>
          <w:smallCaps w:val="0"/>
          <w:strike w:val="0"/>
          <w:sz w:val="22"/>
          <w:u w:val="single"/>
        </w:rPr>
        <w:t xml:space="preserve">continues </w:t>
      </w:r>
      <w:r>
        <w:rPr>
          <w:b/>
          <w:i w:val="0"/>
          <w:smallCaps w:val="0"/>
          <w:strike w:val="0"/>
          <w:sz w:val="22"/>
          <w:u w:val="single"/>
        </w:rPr>
        <w:t>unabated</w:t>
      </w:r>
      <w:r>
        <w:rPr>
          <w:b w:val="0"/>
          <w:i w:val="0"/>
          <w:smallCaps w:val="0"/>
          <w:strike w:val="0"/>
          <w:sz w:val="16"/>
          <w:u w:val="none"/>
        </w:rPr>
        <w:t xml:space="preserve"> today (cf. Hartman, 1997 on such individualism amongst legally emancipated African Americans). If Wolfe and Coulthard conceive </w:t>
      </w:r>
      <w:r>
        <w:rPr>
          <w:b w:val="0"/>
          <w:i w:val="0"/>
          <w:smallCaps w:val="0"/>
          <w:strike w:val="0"/>
          <w:sz w:val="22"/>
          <w:u w:val="single"/>
        </w:rPr>
        <w:t>settler-colonialism</w:t>
      </w:r>
      <w:r>
        <w:rPr>
          <w:b w:val="0"/>
          <w:i w:val="0"/>
          <w:smallCaps w:val="0"/>
          <w:strike w:val="0"/>
          <w:sz w:val="16"/>
          <w:u w:val="none"/>
        </w:rPr>
        <w:t xml:space="preserve"> (and primitive accumulation) as a “structure” rather than an “event,” they are in effect saying it </w:t>
      </w:r>
      <w:r>
        <w:rPr>
          <w:b w:val="0"/>
          <w:i w:val="0"/>
          <w:smallCaps w:val="0"/>
          <w:strike w:val="0"/>
          <w:sz w:val="22"/>
          <w:u w:val="single"/>
        </w:rPr>
        <w:t xml:space="preserve">had to </w:t>
      </w:r>
      <w:r>
        <w:rPr>
          <w:b/>
          <w:i w:val="0"/>
          <w:smallCaps w:val="0"/>
          <w:strike w:val="0"/>
          <w:sz w:val="22"/>
          <w:u w:val="single"/>
        </w:rPr>
        <w:t>transform</w:t>
      </w:r>
      <w:r>
        <w:rPr>
          <w:b w:val="0"/>
          <w:i w:val="0"/>
          <w:smallCaps w:val="0"/>
          <w:strike w:val="0"/>
          <w:sz w:val="22"/>
          <w:u w:val="single"/>
        </w:rPr>
        <w:t xml:space="preserve"> itself from</w:t>
      </w:r>
      <w:r>
        <w:rPr>
          <w:b w:val="0"/>
          <w:i w:val="0"/>
          <w:smallCaps w:val="0"/>
          <w:strike w:val="0"/>
          <w:sz w:val="16"/>
          <w:u w:val="none"/>
        </w:rPr>
        <w:t xml:space="preserve"> a regime of </w:t>
      </w:r>
      <w:r>
        <w:rPr>
          <w:b/>
          <w:i w:val="0"/>
          <w:smallCaps w:val="0"/>
          <w:strike w:val="0"/>
          <w:sz w:val="22"/>
          <w:u w:val="single"/>
        </w:rPr>
        <w:t>outright elimination</w:t>
      </w:r>
      <w:r>
        <w:rPr>
          <w:b w:val="0"/>
          <w:i w:val="0"/>
          <w:smallCaps w:val="0"/>
          <w:strike w:val="0"/>
          <w:sz w:val="22"/>
          <w:u w:val="single"/>
        </w:rPr>
        <w:t xml:space="preserve"> and </w:t>
      </w:r>
      <w:r>
        <w:rPr>
          <w:b/>
          <w:i w:val="0"/>
          <w:smallCaps w:val="0"/>
          <w:strike w:val="0"/>
          <w:sz w:val="22"/>
          <w:u w:val="single"/>
        </w:rPr>
        <w:t>dispossession</w:t>
      </w:r>
      <w:r>
        <w:rPr>
          <w:b w:val="0"/>
          <w:i w:val="0"/>
          <w:smallCaps w:val="0"/>
          <w:strike w:val="0"/>
          <w:sz w:val="22"/>
          <w:u w:val="single"/>
        </w:rPr>
        <w:t xml:space="preserve"> into</w:t>
      </w:r>
      <w:r>
        <w:rPr>
          <w:b w:val="0"/>
          <w:i w:val="0"/>
          <w:smallCaps w:val="0"/>
          <w:strike w:val="0"/>
          <w:sz w:val="16"/>
          <w:u w:val="none"/>
        </w:rPr>
        <w:t xml:space="preserve"> a </w:t>
      </w:r>
      <w:r>
        <w:rPr>
          <w:b w:val="0"/>
          <w:i w:val="0"/>
          <w:smallCaps w:val="0"/>
          <w:strike w:val="0"/>
          <w:sz w:val="22"/>
          <w:u w:val="single"/>
        </w:rPr>
        <w:t xml:space="preserve">more </w:t>
      </w:r>
      <w:r>
        <w:rPr>
          <w:b/>
          <w:i w:val="0"/>
          <w:smallCaps w:val="0"/>
          <w:strike w:val="0"/>
          <w:sz w:val="22"/>
          <w:u w:val="single"/>
        </w:rPr>
        <w:t>subtle</w:t>
      </w:r>
      <w:r>
        <w:rPr>
          <w:b w:val="0"/>
          <w:i w:val="0"/>
          <w:smallCaps w:val="0"/>
          <w:strike w:val="0"/>
          <w:sz w:val="16"/>
          <w:u w:val="none"/>
        </w:rPr>
        <w:t xml:space="preserve"> one of legalistic </w:t>
      </w:r>
      <w:r>
        <w:rPr>
          <w:b/>
          <w:i w:val="0"/>
          <w:smallCaps w:val="0"/>
          <w:strike w:val="0"/>
          <w:sz w:val="22"/>
          <w:u w:val="single"/>
        </w:rPr>
        <w:t>recognition</w:t>
      </w:r>
      <w:r>
        <w:rPr>
          <w:b w:val="0"/>
          <w:i w:val="0"/>
          <w:smallCaps w:val="0"/>
          <w:strike w:val="0"/>
          <w:sz w:val="16"/>
          <w:u w:val="none"/>
        </w:rPr>
        <w:t xml:space="preserve">, </w:t>
      </w:r>
      <w:r>
        <w:rPr>
          <w:b/>
          <w:i w:val="0"/>
          <w:smallCaps w:val="0"/>
          <w:strike w:val="0"/>
          <w:sz w:val="22"/>
          <w:u w:val="single"/>
        </w:rPr>
        <w:t>exploitation</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sentimental </w:t>
      </w:r>
      <w:r>
        <w:rPr>
          <w:b/>
          <w:i w:val="0"/>
          <w:smallCaps w:val="0"/>
          <w:strike w:val="0"/>
          <w:sz w:val="22"/>
          <w:u w:val="single"/>
        </w:rPr>
        <w:t>exoticization</w:t>
      </w:r>
      <w:r>
        <w:rPr>
          <w:b w:val="0"/>
          <w:i w:val="0"/>
          <w:smallCaps w:val="0"/>
          <w:strike w:val="0"/>
          <w:sz w:val="16"/>
          <w:u w:val="none"/>
        </w:rPr>
        <w:t xml:space="preserve">. </w:t>
      </w:r>
      <w:r>
        <w:rPr>
          <w:b w:val="0"/>
          <w:i w:val="0"/>
          <w:smallCaps w:val="0"/>
          <w:strike w:val="0"/>
          <w:sz w:val="22"/>
          <w:u w:val="single"/>
        </w:rPr>
        <w:t xml:space="preserve">This is </w:t>
      </w:r>
      <w:r>
        <w:rPr>
          <w:b/>
          <w:i w:val="0"/>
          <w:smallCaps w:val="0"/>
          <w:strike w:val="0"/>
          <w:sz w:val="22"/>
          <w:u w:val="single"/>
        </w:rPr>
        <w:t>not</w:t>
      </w:r>
      <w:r>
        <w:rPr>
          <w:b w:val="0"/>
          <w:i w:val="0"/>
          <w:smallCaps w:val="0"/>
          <w:strike w:val="0"/>
          <w:sz w:val="22"/>
          <w:u w:val="single"/>
        </w:rPr>
        <w:t xml:space="preserve"> to say physical violence against Indigenous peoples is </w:t>
      </w:r>
      <w:r>
        <w:rPr>
          <w:b/>
          <w:i w:val="0"/>
          <w:smallCaps w:val="0"/>
          <w:strike w:val="0"/>
          <w:sz w:val="22"/>
          <w:u w:val="single"/>
        </w:rPr>
        <w:t>no longer prevalent</w:t>
      </w:r>
      <w:r>
        <w:rPr>
          <w:b w:val="0"/>
          <w:i w:val="0"/>
          <w:smallCaps w:val="0"/>
          <w:strike w:val="0"/>
          <w:sz w:val="16"/>
          <w:u w:val="none"/>
        </w:rPr>
        <w:t xml:space="preserve">. </w:t>
      </w:r>
      <w:r>
        <w:rPr>
          <w:b/>
          <w:i w:val="0"/>
          <w:smallCaps w:val="0"/>
          <w:strike w:val="0"/>
          <w:sz w:val="22"/>
          <w:u w:val="single"/>
        </w:rPr>
        <w:t>Ontologically</w:t>
      </w:r>
      <w:r>
        <w:rPr>
          <w:b w:val="0"/>
          <w:i w:val="0"/>
          <w:smallCaps w:val="0"/>
          <w:strike w:val="0"/>
          <w:sz w:val="16"/>
          <w:u w:val="none"/>
        </w:rPr>
        <w:t xml:space="preserve">, however, following Deleuze and </w:t>
      </w:r>
      <w:r>
        <w:rPr>
          <w:b w:val="0"/>
          <w:i w:val="0"/>
          <w:smallCaps w:val="0"/>
          <w:strike w:val="0"/>
          <w:sz w:val="16"/>
          <w:u w:val="none"/>
        </w:rPr>
        <w:t>Guattari</w:t>
      </w:r>
      <w:r>
        <w:rPr>
          <w:b w:val="0"/>
          <w:i w:val="0"/>
          <w:smallCaps w:val="0"/>
          <w:strike w:val="0"/>
          <w:sz w:val="16"/>
          <w:u w:val="none"/>
        </w:rPr>
        <w:t xml:space="preserve"> (1987), </w:t>
      </w:r>
      <w:r>
        <w:rPr>
          <w:b/>
          <w:i w:val="0"/>
          <w:smallCaps w:val="0"/>
          <w:strike w:val="0"/>
          <w:sz w:val="22"/>
          <w:highlight w:val="cyan"/>
          <w:u w:val="single"/>
        </w:rPr>
        <w:t>more than annihilation</w:t>
      </w:r>
      <w:r>
        <w:rPr>
          <w:b w:val="0"/>
          <w:i w:val="0"/>
          <w:smallCaps w:val="0"/>
          <w:strike w:val="0"/>
          <w:sz w:val="16"/>
          <w:u w:val="none"/>
        </w:rPr>
        <w:t xml:space="preserve">, </w:t>
      </w:r>
      <w:r>
        <w:rPr>
          <w:b w:val="0"/>
          <w:i w:val="0"/>
          <w:smallCaps w:val="0"/>
          <w:strike w:val="0"/>
          <w:sz w:val="22"/>
          <w:highlight w:val="cyan"/>
          <w:u w:val="single"/>
        </w:rPr>
        <w:t xml:space="preserve">it is </w:t>
      </w:r>
      <w:r>
        <w:rPr>
          <w:b/>
          <w:i w:val="0"/>
          <w:smallCaps w:val="0"/>
          <w:strike w:val="0"/>
          <w:sz w:val="22"/>
          <w:highlight w:val="cyan"/>
          <w:u w:val="single"/>
        </w:rPr>
        <w:t>life</w:t>
      </w:r>
      <w:r>
        <w:rPr>
          <w:b w:val="0"/>
          <w:i w:val="0"/>
          <w:smallCaps w:val="0"/>
          <w:strike w:val="0"/>
          <w:sz w:val="16"/>
          <w:u w:val="none"/>
        </w:rPr>
        <w:t xml:space="preserve">, </w:t>
      </w:r>
      <w:r>
        <w:rPr>
          <w:b/>
          <w:i w:val="0"/>
          <w:smallCaps w:val="0"/>
          <w:strike w:val="0"/>
          <w:sz w:val="22"/>
          <w:u w:val="single"/>
        </w:rPr>
        <w:t>flow</w:t>
      </w:r>
      <w:r>
        <w:rPr>
          <w:b w:val="0"/>
          <w:i w:val="0"/>
          <w:smallCaps w:val="0"/>
          <w:strike w:val="0"/>
          <w:sz w:val="16"/>
          <w:u w:val="none"/>
        </w:rPr>
        <w:t xml:space="preserve">, </w:t>
      </w:r>
      <w:r>
        <w:rPr>
          <w:b/>
          <w:i w:val="0"/>
          <w:smallCaps w:val="0"/>
          <w:strike w:val="0"/>
          <w:sz w:val="22"/>
          <w:highlight w:val="cyan"/>
          <w:u w:val="single"/>
        </w:rPr>
        <w:t>desire</w:t>
      </w:r>
      <w:r>
        <w:rPr>
          <w:b w:val="0"/>
          <w:i w:val="0"/>
          <w:smallCaps w:val="0"/>
          <w:strike w:val="0"/>
          <w:sz w:val="16"/>
          <w:highlight w:val="cyan"/>
          <w:u w:val="none"/>
        </w:rPr>
        <w:t xml:space="preserve">, </w:t>
      </w:r>
      <w:r>
        <w:rPr>
          <w:b w:val="0"/>
          <w:i w:val="0"/>
          <w:smallCaps w:val="0"/>
          <w:strike w:val="0"/>
          <w:sz w:val="22"/>
          <w:highlight w:val="cyan"/>
          <w:u w:val="single"/>
        </w:rPr>
        <w:t xml:space="preserve">and </w:t>
      </w:r>
      <w:r>
        <w:rPr>
          <w:b/>
          <w:i w:val="0"/>
          <w:smallCaps w:val="0"/>
          <w:strike w:val="0"/>
          <w:sz w:val="22"/>
          <w:highlight w:val="cyan"/>
          <w:u w:val="single"/>
        </w:rPr>
        <w:t>productivity</w:t>
      </w:r>
      <w:r>
        <w:rPr>
          <w:b w:val="0"/>
          <w:i w:val="0"/>
          <w:smallCaps w:val="0"/>
          <w:strike w:val="0"/>
          <w:sz w:val="22"/>
          <w:highlight w:val="cyan"/>
          <w:u w:val="single"/>
        </w:rPr>
        <w:t xml:space="preserve"> that</w:t>
      </w:r>
      <w:r>
        <w:rPr>
          <w:b w:val="0"/>
          <w:i w:val="0"/>
          <w:smallCaps w:val="0"/>
          <w:strike w:val="0"/>
          <w:sz w:val="22"/>
          <w:u w:val="single"/>
        </w:rPr>
        <w:t xml:space="preserve"> </w:t>
      </w:r>
      <w:r>
        <w:rPr>
          <w:b/>
          <w:i w:val="0"/>
          <w:smallCaps w:val="0"/>
          <w:strike w:val="0"/>
          <w:sz w:val="22"/>
          <w:u w:val="single"/>
        </w:rPr>
        <w:t xml:space="preserve">racial </w:t>
      </w:r>
      <w:r>
        <w:rPr>
          <w:b/>
          <w:i w:val="0"/>
          <w:smallCaps w:val="0"/>
          <w:strike w:val="0"/>
          <w:sz w:val="22"/>
          <w:highlight w:val="cyan"/>
          <w:u w:val="single"/>
        </w:rPr>
        <w:t>capitalism feeds</w:t>
      </w:r>
      <w:r>
        <w:rPr>
          <w:b/>
          <w:i w:val="0"/>
          <w:smallCaps w:val="0"/>
          <w:strike w:val="0"/>
          <w:sz w:val="22"/>
          <w:u w:val="single"/>
        </w:rPr>
        <w:t xml:space="preserve"> off</w:t>
      </w:r>
      <w:r>
        <w:rPr>
          <w:b w:val="0"/>
          <w:i w:val="0"/>
          <w:smallCaps w:val="0"/>
          <w:strike w:val="0"/>
          <w:sz w:val="16"/>
          <w:u w:val="none"/>
        </w:rPr>
        <w:t xml:space="preserve">, and </w:t>
      </w:r>
      <w:r>
        <w:rPr>
          <w:b w:val="0"/>
          <w:i w:val="0"/>
          <w:smallCaps w:val="0"/>
          <w:strike w:val="0"/>
          <w:sz w:val="22"/>
          <w:highlight w:val="cyan"/>
          <w:u w:val="single"/>
        </w:rPr>
        <w:t>this makes it</w:t>
      </w:r>
      <w:r>
        <w:rPr>
          <w:b w:val="0"/>
          <w:i w:val="0"/>
          <w:smallCaps w:val="0"/>
          <w:strike w:val="0"/>
          <w:sz w:val="22"/>
          <w:u w:val="single"/>
        </w:rPr>
        <w:t xml:space="preserve"> </w:t>
      </w:r>
      <w:r>
        <w:rPr>
          <w:b/>
          <w:i w:val="0"/>
          <w:smallCaps w:val="0"/>
          <w:strike w:val="0"/>
          <w:sz w:val="30"/>
          <w:u w:val="single"/>
        </w:rPr>
        <w:t xml:space="preserve">all the </w:t>
      </w:r>
      <w:r>
        <w:rPr>
          <w:b/>
          <w:i w:val="0"/>
          <w:smallCaps w:val="0"/>
          <w:strike w:val="0"/>
          <w:sz w:val="30"/>
          <w:highlight w:val="cyan"/>
          <w:u w:val="single"/>
        </w:rPr>
        <w:t>more insidious</w:t>
      </w:r>
      <w:r>
        <w:rPr>
          <w:b w:val="0"/>
          <w:i w:val="0"/>
          <w:smallCaps w:val="0"/>
          <w:strike w:val="0"/>
          <w:sz w:val="16"/>
          <w:u w:val="none"/>
        </w:rPr>
        <w:t>.</w:t>
      </w:r>
    </w:p>
    <w:p>
      <w:pPr>
        <w:spacing w:after="60"/>
      </w:pPr>
      <w:r>
        <w:rPr>
          <w:b w:val="0"/>
          <w:i w:val="0"/>
          <w:smallCaps w:val="0"/>
          <w:strike w:val="0"/>
          <w:sz w:val="22"/>
          <w:u w:val="single"/>
        </w:rPr>
        <w:t>In</w:t>
      </w:r>
      <w:r>
        <w:rPr>
          <w:b w:val="0"/>
          <w:i w:val="0"/>
          <w:smallCaps w:val="0"/>
          <w:strike w:val="0"/>
          <w:sz w:val="16"/>
          <w:u w:val="none"/>
        </w:rPr>
        <w:t xml:space="preserve"> Christina </w:t>
      </w:r>
      <w:r>
        <w:rPr>
          <w:b/>
          <w:i w:val="0"/>
          <w:smallCaps w:val="0"/>
          <w:strike w:val="0"/>
          <w:sz w:val="22"/>
          <w:u w:val="single"/>
        </w:rPr>
        <w:t>Sharpe’s</w:t>
      </w:r>
      <w:r>
        <w:rPr>
          <w:b w:val="0"/>
          <w:i w:val="0"/>
          <w:smallCaps w:val="0"/>
          <w:strike w:val="0"/>
          <w:sz w:val="16"/>
          <w:u w:val="none"/>
        </w:rPr>
        <w:t xml:space="preserve"> influential </w:t>
      </w:r>
      <w:r>
        <w:rPr>
          <w:b w:val="0"/>
          <w:i w:val="0"/>
          <w:smallCaps w:val="0"/>
          <w:strike w:val="0"/>
          <w:sz w:val="22"/>
          <w:u w:val="single"/>
        </w:rPr>
        <w:t>theorization</w:t>
      </w:r>
      <w:r>
        <w:rPr>
          <w:b w:val="0"/>
          <w:i w:val="0"/>
          <w:smallCaps w:val="0"/>
          <w:strike w:val="0"/>
          <w:sz w:val="16"/>
          <w:u w:val="none"/>
        </w:rPr>
        <w:t xml:space="preserve"> (2016), </w:t>
      </w:r>
      <w:r>
        <w:rPr>
          <w:b w:val="0"/>
          <w:i w:val="0"/>
          <w:smallCaps w:val="0"/>
          <w:strike w:val="0"/>
          <w:sz w:val="22"/>
          <w:u w:val="single"/>
        </w:rPr>
        <w:t xml:space="preserve">blackness is a </w:t>
      </w:r>
      <w:r>
        <w:rPr>
          <w:b/>
          <w:i w:val="0"/>
          <w:smallCaps w:val="0"/>
          <w:strike w:val="0"/>
          <w:sz w:val="22"/>
          <w:u w:val="single"/>
        </w:rPr>
        <w:t>hole in</w:t>
      </w:r>
      <w:r>
        <w:rPr>
          <w:b w:val="0"/>
          <w:i w:val="0"/>
          <w:smallCaps w:val="0"/>
          <w:strike w:val="0"/>
          <w:sz w:val="16"/>
          <w:u w:val="none"/>
        </w:rPr>
        <w:t xml:space="preserve"> human “</w:t>
      </w:r>
      <w:r>
        <w:rPr>
          <w:b/>
          <w:i w:val="0"/>
          <w:smallCaps w:val="0"/>
          <w:strike w:val="0"/>
          <w:sz w:val="22"/>
          <w:u w:val="single"/>
        </w:rPr>
        <w:t>being</w:t>
      </w:r>
      <w:r>
        <w:rPr>
          <w:b w:val="0"/>
          <w:i w:val="0"/>
          <w:smallCaps w:val="0"/>
          <w:strike w:val="0"/>
          <w:sz w:val="16"/>
          <w:u w:val="none"/>
        </w:rPr>
        <w:t xml:space="preserve">” itself, the reduction of a part of humanity to thinghood. </w:t>
      </w:r>
      <w:r>
        <w:rPr>
          <w:b w:val="0"/>
          <w:i w:val="0"/>
          <w:smallCaps w:val="0"/>
          <w:strike w:val="0"/>
          <w:sz w:val="22"/>
          <w:u w:val="single"/>
        </w:rPr>
        <w:t xml:space="preserve">Like others in the </w:t>
      </w:r>
      <w:r>
        <w:rPr>
          <w:b/>
          <w:i w:val="0"/>
          <w:smallCaps w:val="0"/>
          <w:strike w:val="0"/>
          <w:sz w:val="22"/>
          <w:u w:val="single"/>
        </w:rPr>
        <w:t>Afropessimist idiom</w:t>
      </w:r>
      <w:r>
        <w:rPr>
          <w:b w:val="0"/>
          <w:i w:val="0"/>
          <w:smallCaps w:val="0"/>
          <w:strike w:val="0"/>
          <w:sz w:val="16"/>
          <w:u w:val="none"/>
        </w:rPr>
        <w:t xml:space="preserve">, Sharpe (2016: 11–14) challenges the hegemonic assumption that the Shoah embodies modernity’s most radical evil, noting the violences of trans-Atlantic slavery not only include the still-ongoing eradication of sociocultural rootedness but have been neglected and misrepresented. In a move parallel to Coulthard’s on settler-colonialism, </w:t>
      </w:r>
      <w:r>
        <w:rPr>
          <w:b w:val="0"/>
          <w:i w:val="0"/>
          <w:smallCaps w:val="0"/>
          <w:strike w:val="0"/>
          <w:sz w:val="22"/>
          <w:u w:val="single"/>
        </w:rPr>
        <w:t>Sharpe conceives slavery</w:t>
      </w:r>
      <w:r>
        <w:rPr>
          <w:b w:val="0"/>
          <w:i w:val="0"/>
          <w:smallCaps w:val="0"/>
          <w:strike w:val="0"/>
          <w:sz w:val="16"/>
          <w:u w:val="none"/>
        </w:rPr>
        <w:t xml:space="preserve"> not </w:t>
      </w:r>
      <w:r>
        <w:rPr>
          <w:b w:val="0"/>
          <w:i w:val="0"/>
          <w:smallCaps w:val="0"/>
          <w:strike w:val="0"/>
          <w:sz w:val="22"/>
          <w:u w:val="single"/>
        </w:rPr>
        <w:t>as</w:t>
      </w:r>
      <w:r>
        <w:rPr>
          <w:b w:val="0"/>
          <w:i w:val="0"/>
          <w:smallCaps w:val="0"/>
          <w:strike w:val="0"/>
          <w:sz w:val="16"/>
          <w:u w:val="none"/>
        </w:rPr>
        <w:t xml:space="preserve"> a past event but </w:t>
      </w:r>
      <w:r>
        <w:rPr>
          <w:b w:val="0"/>
          <w:i w:val="0"/>
          <w:smallCaps w:val="0"/>
          <w:strike w:val="0"/>
          <w:sz w:val="22"/>
          <w:u w:val="single"/>
        </w:rPr>
        <w:t xml:space="preserve">the </w:t>
      </w:r>
      <w:r>
        <w:rPr>
          <w:b/>
          <w:i w:val="0"/>
          <w:smallCaps w:val="0"/>
          <w:strike w:val="0"/>
          <w:sz w:val="22"/>
          <w:u w:val="single"/>
        </w:rPr>
        <w:t>anchor</w:t>
      </w:r>
      <w:r>
        <w:rPr>
          <w:b w:val="0"/>
          <w:i w:val="0"/>
          <w:smallCaps w:val="0"/>
          <w:strike w:val="0"/>
          <w:sz w:val="22"/>
          <w:u w:val="single"/>
        </w:rPr>
        <w:t xml:space="preserve"> of</w:t>
      </w:r>
      <w:r>
        <w:rPr>
          <w:b w:val="0"/>
          <w:i w:val="0"/>
          <w:smallCaps w:val="0"/>
          <w:strike w:val="0"/>
          <w:sz w:val="16"/>
          <w:u w:val="none"/>
        </w:rPr>
        <w:t xml:space="preserve"> the structure of (Euro-American) </w:t>
      </w:r>
      <w:r>
        <w:rPr>
          <w:b w:val="0"/>
          <w:i w:val="0"/>
          <w:smallCaps w:val="0"/>
          <w:strike w:val="0"/>
          <w:sz w:val="22"/>
          <w:u w:val="single"/>
        </w:rPr>
        <w:t>society</w:t>
      </w:r>
      <w:r>
        <w:rPr>
          <w:b w:val="0"/>
          <w:i w:val="0"/>
          <w:smallCaps w:val="0"/>
          <w:strike w:val="0"/>
          <w:sz w:val="16"/>
          <w:u w:val="none"/>
        </w:rPr>
        <w:t>, which is in itself “antiblack” in that it is premised on the total suppression of black subjecthood. She thereby formally emulates a line of European thinkers like Giorgio Agamben on the role that the absolute abjection of Auschwitz plays in constituting the humanist mythology of modernity: if the intrinsic link between modernity and the Shoah must be disavowed for humanity to continue conceiving itself in liberal-progressivist vein, the more unspeakable disaster for Sharpe is that of slavery. But while European Jewishness constituted itself successfully after its near eradication—controversially in the form of Zionism—black being is for Sharpe always already a structural impossibility (black being as written in Heideggerian typography by Warren, 2018).</w:t>
      </w:r>
    </w:p>
    <w:p>
      <w:pPr>
        <w:spacing w:after="60"/>
      </w:pPr>
      <w:r>
        <w:rPr>
          <w:b w:val="0"/>
          <w:i w:val="0"/>
          <w:smallCaps w:val="0"/>
          <w:strike w:val="0"/>
          <w:sz w:val="16"/>
          <w:u w:val="none"/>
        </w:rPr>
        <w:t xml:space="preserve">Rethinking blackness by way of modernity’s effort to extirpate it, </w:t>
      </w:r>
      <w:r>
        <w:rPr>
          <w:b w:val="0"/>
          <w:i w:val="0"/>
          <w:smallCaps w:val="0"/>
          <w:strike w:val="0"/>
          <w:sz w:val="16"/>
          <w:u w:val="none"/>
        </w:rPr>
        <w:t>Afropessimism’s</w:t>
      </w:r>
      <w:r>
        <w:rPr>
          <w:b w:val="0"/>
          <w:i w:val="0"/>
          <w:smallCaps w:val="0"/>
          <w:strike w:val="0"/>
          <w:sz w:val="16"/>
          <w:u w:val="none"/>
        </w:rPr>
        <w:t xml:space="preserve"> position is radical, and it is conscious of the risk of repeating the oft-noted exceptionalist manner in which Israel puts the Shoah to use towards settler-colonial ends (see Wolfe, 2016). </w:t>
      </w:r>
      <w:r>
        <w:rPr>
          <w:b w:val="0"/>
          <w:i w:val="0"/>
          <w:smallCaps w:val="0"/>
          <w:strike w:val="0"/>
          <w:sz w:val="22"/>
          <w:u w:val="single"/>
        </w:rPr>
        <w:t>Black activists including Angela Davis</w:t>
      </w:r>
      <w:r>
        <w:rPr>
          <w:b w:val="0"/>
          <w:i w:val="0"/>
          <w:smallCaps w:val="0"/>
          <w:strike w:val="0"/>
          <w:sz w:val="16"/>
          <w:u w:val="none"/>
        </w:rPr>
        <w:t xml:space="preserve"> (in a YouTube video, 2018, with Gayatri Spivak agreeing) </w:t>
      </w:r>
      <w:r>
        <w:rPr>
          <w:b w:val="0"/>
          <w:i w:val="0"/>
          <w:smallCaps w:val="0"/>
          <w:strike w:val="0"/>
          <w:sz w:val="22"/>
          <w:u w:val="single"/>
        </w:rPr>
        <w:t xml:space="preserve">have </w:t>
      </w:r>
      <w:r>
        <w:rPr>
          <w:b/>
          <w:i w:val="0"/>
          <w:smallCaps w:val="0"/>
          <w:strike w:val="0"/>
          <w:sz w:val="22"/>
          <w:u w:val="single"/>
        </w:rPr>
        <w:t>taken issue</w:t>
      </w:r>
      <w:r>
        <w:rPr>
          <w:b w:val="0"/>
          <w:i w:val="0"/>
          <w:smallCaps w:val="0"/>
          <w:strike w:val="0"/>
          <w:sz w:val="22"/>
          <w:u w:val="single"/>
        </w:rPr>
        <w:t xml:space="preserve"> with this </w:t>
      </w:r>
      <w:r>
        <w:rPr>
          <w:b/>
          <w:i w:val="0"/>
          <w:smallCaps w:val="0"/>
          <w:strike w:val="0"/>
          <w:sz w:val="22"/>
          <w:u w:val="single"/>
        </w:rPr>
        <w:t>exceptionalist tendency</w:t>
      </w:r>
      <w:r>
        <w:rPr>
          <w:b w:val="0"/>
          <w:i w:val="0"/>
          <w:smallCaps w:val="0"/>
          <w:strike w:val="0"/>
          <w:sz w:val="16"/>
          <w:u w:val="none"/>
        </w:rPr>
        <w:t xml:space="preserve">, as </w:t>
      </w:r>
      <w:r>
        <w:rPr>
          <w:b w:val="0"/>
          <w:i w:val="0"/>
          <w:smallCaps w:val="0"/>
          <w:strike w:val="0"/>
          <w:sz w:val="22"/>
          <w:u w:val="single"/>
        </w:rPr>
        <w:t>inscribed in</w:t>
      </w:r>
      <w:r>
        <w:rPr>
          <w:b w:val="0"/>
          <w:i w:val="0"/>
          <w:smallCaps w:val="0"/>
          <w:strike w:val="0"/>
          <w:sz w:val="16"/>
          <w:u w:val="none"/>
        </w:rPr>
        <w:t xml:space="preserve"> the term antiblackness and </w:t>
      </w:r>
      <w:r>
        <w:rPr>
          <w:b w:val="0"/>
          <w:i w:val="0"/>
          <w:smallCaps w:val="0"/>
          <w:strike w:val="0"/>
          <w:sz w:val="22"/>
          <w:u w:val="single"/>
        </w:rPr>
        <w:t xml:space="preserve">the resurgence of a </w:t>
      </w:r>
      <w:r>
        <w:rPr>
          <w:b/>
          <w:i w:val="0"/>
          <w:smallCaps w:val="0"/>
          <w:strike w:val="0"/>
          <w:sz w:val="22"/>
          <w:u w:val="single"/>
        </w:rPr>
        <w:t>black nationalism</w:t>
      </w:r>
      <w:r>
        <w:rPr>
          <w:b w:val="0"/>
          <w:i w:val="0"/>
          <w:smallCaps w:val="0"/>
          <w:strike w:val="0"/>
          <w:sz w:val="16"/>
          <w:u w:val="none"/>
        </w:rPr>
        <w:t xml:space="preserve"> (see also </w:t>
      </w:r>
      <w:r>
        <w:rPr>
          <w:b w:val="0"/>
          <w:i w:val="0"/>
          <w:smallCaps w:val="0"/>
          <w:strike w:val="0"/>
          <w:sz w:val="16"/>
          <w:u w:val="none"/>
        </w:rPr>
        <w:t>Olaloku-Teriba</w:t>
      </w:r>
      <w:r>
        <w:rPr>
          <w:b w:val="0"/>
          <w:i w:val="0"/>
          <w:smallCaps w:val="0"/>
          <w:strike w:val="0"/>
          <w:sz w:val="16"/>
          <w:u w:val="none"/>
        </w:rPr>
        <w:t xml:space="preserve">, 2018 amongst others). </w:t>
      </w:r>
      <w:r>
        <w:rPr>
          <w:b w:val="0"/>
          <w:i w:val="0"/>
          <w:smallCaps w:val="0"/>
          <w:strike w:val="0"/>
          <w:sz w:val="22"/>
          <w:u w:val="single"/>
        </w:rPr>
        <w:t>Notwithstanding Sharpe’s eloquence in tracing antiblackness</w:t>
      </w:r>
      <w:r>
        <w:rPr>
          <w:b w:val="0"/>
          <w:i w:val="0"/>
          <w:smallCaps w:val="0"/>
          <w:strike w:val="0"/>
          <w:sz w:val="16"/>
          <w:u w:val="none"/>
        </w:rPr>
        <w:t xml:space="preserve"> from the Middle Passage to refugee drownings in the Mediterranean, a Deleuze–Guattarian approach to </w:t>
      </w:r>
      <w:r>
        <w:rPr>
          <w:b w:val="0"/>
          <w:i w:val="0"/>
          <w:smallCaps w:val="0"/>
          <w:strike w:val="0"/>
          <w:sz w:val="22"/>
          <w:u w:val="single"/>
        </w:rPr>
        <w:t xml:space="preserve">racial capitalism </w:t>
      </w:r>
      <w:r>
        <w:rPr>
          <w:b/>
          <w:i w:val="0"/>
          <w:smallCaps w:val="0"/>
          <w:strike w:val="0"/>
          <w:sz w:val="22"/>
          <w:u w:val="single"/>
        </w:rPr>
        <w:t>differs markedly</w:t>
      </w:r>
      <w:r>
        <w:rPr>
          <w:b w:val="0"/>
          <w:i w:val="0"/>
          <w:smallCaps w:val="0"/>
          <w:strike w:val="0"/>
          <w:sz w:val="16"/>
          <w:u w:val="none"/>
        </w:rPr>
        <w:t xml:space="preserve"> in that </w:t>
      </w:r>
      <w:r>
        <w:rPr>
          <w:b w:val="0"/>
          <w:i w:val="0"/>
          <w:smallCaps w:val="0"/>
          <w:strike w:val="0"/>
          <w:sz w:val="22"/>
          <w:u w:val="single"/>
        </w:rPr>
        <w:t xml:space="preserve">it seeks to map the </w:t>
      </w:r>
      <w:r>
        <w:rPr>
          <w:b/>
          <w:i w:val="0"/>
          <w:smallCaps w:val="0"/>
          <w:strike w:val="0"/>
          <w:sz w:val="22"/>
          <w:u w:val="single"/>
        </w:rPr>
        <w:t>specific modalities</w:t>
      </w:r>
      <w:r>
        <w:rPr>
          <w:b w:val="0"/>
          <w:i w:val="0"/>
          <w:smallCaps w:val="0"/>
          <w:strike w:val="0"/>
          <w:sz w:val="16"/>
          <w:u w:val="none"/>
        </w:rPr>
        <w:t xml:space="preserve">, </w:t>
      </w:r>
      <w:r>
        <w:rPr>
          <w:b/>
          <w:i w:val="0"/>
          <w:smallCaps w:val="0"/>
          <w:strike w:val="0"/>
          <w:sz w:val="22"/>
          <w:u w:val="single"/>
        </w:rPr>
        <w:t>gradients</w:t>
      </w:r>
      <w:r>
        <w:rPr>
          <w:b w:val="0"/>
          <w:i w:val="0"/>
          <w:smallCaps w:val="0"/>
          <w:strike w:val="0"/>
          <w:sz w:val="16"/>
          <w:u w:val="none"/>
        </w:rPr>
        <w:t xml:space="preserve">, </w:t>
      </w:r>
      <w:r>
        <w:rPr>
          <w:b w:val="0"/>
          <w:i w:val="0"/>
          <w:smallCaps w:val="0"/>
          <w:strike w:val="0"/>
          <w:sz w:val="22"/>
          <w:u w:val="single"/>
        </w:rPr>
        <w:t xml:space="preserve">and </w:t>
      </w:r>
      <w:r>
        <w:rPr>
          <w:b/>
          <w:i w:val="0"/>
          <w:smallCaps w:val="0"/>
          <w:strike w:val="0"/>
          <w:sz w:val="22"/>
          <w:u w:val="single"/>
        </w:rPr>
        <w:t>absurdities</w:t>
      </w:r>
      <w:r>
        <w:rPr>
          <w:b w:val="0"/>
          <w:i w:val="0"/>
          <w:smallCaps w:val="0"/>
          <w:strike w:val="0"/>
          <w:sz w:val="22"/>
          <w:u w:val="single"/>
        </w:rPr>
        <w:t xml:space="preserve"> of institutional racism</w:t>
      </w:r>
      <w:r>
        <w:rPr>
          <w:b w:val="0"/>
          <w:i w:val="0"/>
          <w:smallCaps w:val="0"/>
          <w:strike w:val="0"/>
          <w:sz w:val="16"/>
          <w:u w:val="none"/>
        </w:rPr>
        <w:t xml:space="preserve">. </w:t>
      </w:r>
      <w:r>
        <w:rPr>
          <w:b w:val="0"/>
          <w:i w:val="0"/>
          <w:smallCaps w:val="0"/>
          <w:strike w:val="0"/>
          <w:sz w:val="22"/>
          <w:highlight w:val="cyan"/>
          <w:u w:val="single"/>
        </w:rPr>
        <w:t>Comprehending</w:t>
      </w:r>
      <w:r>
        <w:rPr>
          <w:b w:val="0"/>
          <w:i w:val="0"/>
          <w:smallCaps w:val="0"/>
          <w:strike w:val="0"/>
          <w:sz w:val="22"/>
          <w:u w:val="single"/>
        </w:rPr>
        <w:t xml:space="preserve"> </w:t>
      </w:r>
      <w:r>
        <w:rPr>
          <w:b/>
          <w:i w:val="0"/>
          <w:smallCaps w:val="0"/>
          <w:strike w:val="0"/>
          <w:sz w:val="22"/>
          <w:highlight w:val="cyan"/>
          <w:u w:val="single"/>
        </w:rPr>
        <w:t>police</w:t>
      </w:r>
      <w:r>
        <w:rPr>
          <w:b/>
          <w:i w:val="0"/>
          <w:smallCaps w:val="0"/>
          <w:strike w:val="0"/>
          <w:sz w:val="22"/>
          <w:u w:val="single"/>
        </w:rPr>
        <w:t xml:space="preserve"> brutality</w:t>
      </w:r>
      <w:r>
        <w:rPr>
          <w:b w:val="0"/>
          <w:i w:val="0"/>
          <w:smallCaps w:val="0"/>
          <w:strike w:val="0"/>
          <w:sz w:val="16"/>
          <w:u w:val="none"/>
        </w:rPr>
        <w:t xml:space="preserve">, for example, </w:t>
      </w:r>
      <w:r>
        <w:rPr>
          <w:b/>
          <w:i w:val="0"/>
          <w:smallCaps w:val="0"/>
          <w:strike w:val="0"/>
          <w:sz w:val="22"/>
          <w:highlight w:val="cyan"/>
          <w:u w:val="single"/>
        </w:rPr>
        <w:t>requires</w:t>
      </w:r>
      <w:r>
        <w:rPr>
          <w:b w:val="0"/>
          <w:i w:val="0"/>
          <w:smallCaps w:val="0"/>
          <w:strike w:val="0"/>
          <w:sz w:val="22"/>
          <w:highlight w:val="cyan"/>
          <w:u w:val="single"/>
        </w:rPr>
        <w:t xml:space="preserve"> concepts like </w:t>
      </w:r>
      <w:r>
        <w:rPr>
          <w:b/>
          <w:i w:val="0"/>
          <w:smallCaps w:val="0"/>
          <w:strike w:val="0"/>
          <w:sz w:val="22"/>
          <w:highlight w:val="cyan"/>
          <w:u w:val="single"/>
        </w:rPr>
        <w:t>gentrification</w:t>
      </w:r>
      <w:r>
        <w:rPr>
          <w:b w:val="0"/>
          <w:i w:val="0"/>
          <w:smallCaps w:val="0"/>
          <w:strike w:val="0"/>
          <w:sz w:val="16"/>
          <w:u w:val="none"/>
        </w:rPr>
        <w:t xml:space="preserve">, </w:t>
      </w:r>
      <w:r>
        <w:rPr>
          <w:b/>
          <w:i w:val="0"/>
          <w:smallCaps w:val="0"/>
          <w:strike w:val="0"/>
          <w:sz w:val="22"/>
          <w:u w:val="single"/>
        </w:rPr>
        <w:t>securitization</w:t>
      </w:r>
      <w:r>
        <w:rPr>
          <w:b w:val="0"/>
          <w:i w:val="0"/>
          <w:smallCaps w:val="0"/>
          <w:strike w:val="0"/>
          <w:sz w:val="16"/>
          <w:u w:val="none"/>
        </w:rPr>
        <w:t xml:space="preserve">, </w:t>
      </w:r>
      <w:r>
        <w:rPr>
          <w:b w:val="0"/>
          <w:i w:val="0"/>
          <w:smallCaps w:val="0"/>
          <w:strike w:val="0"/>
          <w:sz w:val="22"/>
          <w:highlight w:val="cyan"/>
          <w:u w:val="single"/>
        </w:rPr>
        <w:t xml:space="preserve">and </w:t>
      </w:r>
      <w:r>
        <w:rPr>
          <w:b/>
          <w:i w:val="0"/>
          <w:smallCaps w:val="0"/>
          <w:strike w:val="0"/>
          <w:sz w:val="22"/>
          <w:highlight w:val="cyan"/>
          <w:u w:val="single"/>
        </w:rPr>
        <w:t>masculinity</w:t>
      </w:r>
      <w:r>
        <w:rPr>
          <w:b w:val="0"/>
          <w:i w:val="0"/>
          <w:smallCaps w:val="0"/>
          <w:strike w:val="0"/>
          <w:sz w:val="16"/>
          <w:u w:val="none"/>
        </w:rPr>
        <w:t xml:space="preserve">, </w:t>
      </w:r>
      <w:r>
        <w:rPr>
          <w:b w:val="0"/>
          <w:i w:val="0"/>
          <w:smallCaps w:val="0"/>
          <w:strike w:val="0"/>
          <w:sz w:val="22"/>
          <w:highlight w:val="cyan"/>
          <w:u w:val="single"/>
        </w:rPr>
        <w:t xml:space="preserve">and </w:t>
      </w:r>
      <w:r>
        <w:rPr>
          <w:b/>
          <w:i w:val="0"/>
          <w:smallCaps w:val="0"/>
          <w:strike w:val="0"/>
          <w:sz w:val="22"/>
          <w:highlight w:val="cyan"/>
          <w:u w:val="single"/>
        </w:rPr>
        <w:t>cannot follow</w:t>
      </w:r>
      <w:r>
        <w:rPr>
          <w:b/>
          <w:i w:val="0"/>
          <w:smallCaps w:val="0"/>
          <w:strike w:val="0"/>
          <w:sz w:val="22"/>
          <w:u w:val="single"/>
        </w:rPr>
        <w:t xml:space="preserve"> directly</w:t>
      </w:r>
      <w:r>
        <w:rPr>
          <w:b w:val="0"/>
          <w:i w:val="0"/>
          <w:smallCaps w:val="0"/>
          <w:strike w:val="0"/>
          <w:sz w:val="22"/>
          <w:u w:val="single"/>
        </w:rPr>
        <w:t xml:space="preserve"> </w:t>
      </w:r>
      <w:r>
        <w:rPr>
          <w:b w:val="0"/>
          <w:i w:val="0"/>
          <w:smallCaps w:val="0"/>
          <w:strike w:val="0"/>
          <w:sz w:val="22"/>
          <w:highlight w:val="cyan"/>
          <w:u w:val="single"/>
        </w:rPr>
        <w:t>from</w:t>
      </w:r>
      <w:r>
        <w:rPr>
          <w:b w:val="0"/>
          <w:i w:val="0"/>
          <w:smallCaps w:val="0"/>
          <w:strike w:val="0"/>
          <w:sz w:val="16"/>
          <w:u w:val="none"/>
        </w:rPr>
        <w:t xml:space="preserve"> a </w:t>
      </w:r>
      <w:r>
        <w:rPr>
          <w:b/>
          <w:i w:val="0"/>
          <w:smallCaps w:val="0"/>
          <w:strike w:val="0"/>
          <w:sz w:val="22"/>
          <w:u w:val="single"/>
        </w:rPr>
        <w:t xml:space="preserve">negativity of </w:t>
      </w:r>
      <w:r>
        <w:rPr>
          <w:b/>
          <w:i w:val="0"/>
          <w:smallCaps w:val="0"/>
          <w:strike w:val="0"/>
          <w:sz w:val="22"/>
          <w:highlight w:val="cyan"/>
          <w:u w:val="single"/>
        </w:rPr>
        <w:t>blackness</w:t>
      </w:r>
      <w:r>
        <w:rPr>
          <w:b w:val="0"/>
          <w:i w:val="0"/>
          <w:smallCaps w:val="0"/>
          <w:strike w:val="0"/>
          <w:sz w:val="22"/>
          <w:highlight w:val="cyan"/>
          <w:u w:val="single"/>
        </w:rPr>
        <w:t xml:space="preserve"> at the </w:t>
      </w:r>
      <w:r>
        <w:rPr>
          <w:b/>
          <w:i w:val="0"/>
          <w:smallCaps w:val="0"/>
          <w:strike w:val="0"/>
          <w:sz w:val="22"/>
          <w:highlight w:val="cyan"/>
          <w:u w:val="single"/>
        </w:rPr>
        <w:t>metaphysical level</w:t>
      </w:r>
      <w:r>
        <w:rPr>
          <w:b w:val="0"/>
          <w:i w:val="0"/>
          <w:smallCaps w:val="0"/>
          <w:strike w:val="0"/>
          <w:sz w:val="16"/>
          <w:u w:val="none"/>
        </w:rPr>
        <w:t xml:space="preserve">. </w:t>
      </w:r>
      <w:r>
        <w:rPr>
          <w:b w:val="0"/>
          <w:i w:val="0"/>
          <w:smallCaps w:val="0"/>
          <w:strike w:val="0"/>
          <w:sz w:val="22"/>
          <w:u w:val="single"/>
        </w:rPr>
        <w:t>We</w:t>
      </w:r>
      <w:r>
        <w:rPr>
          <w:b w:val="0"/>
          <w:i w:val="0"/>
          <w:smallCaps w:val="0"/>
          <w:strike w:val="0"/>
          <w:sz w:val="16"/>
          <w:u w:val="none"/>
        </w:rPr>
        <w:t xml:space="preserve"> thereby </w:t>
      </w:r>
      <w:r>
        <w:rPr>
          <w:b/>
          <w:i w:val="0"/>
          <w:smallCaps w:val="0"/>
          <w:strike w:val="0"/>
          <w:sz w:val="22"/>
          <w:u w:val="single"/>
        </w:rPr>
        <w:t>avoid the quasi-theological dispute</w:t>
      </w:r>
      <w:r>
        <w:rPr>
          <w:b w:val="0"/>
          <w:i w:val="0"/>
          <w:smallCaps w:val="0"/>
          <w:strike w:val="0"/>
          <w:sz w:val="22"/>
          <w:u w:val="single"/>
        </w:rPr>
        <w:t xml:space="preserve"> about which group has </w:t>
      </w:r>
      <w:r>
        <w:rPr>
          <w:b/>
          <w:i w:val="0"/>
          <w:smallCaps w:val="0"/>
          <w:strike w:val="0"/>
          <w:sz w:val="22"/>
          <w:u w:val="single"/>
        </w:rPr>
        <w:t>historically endured the most suffering</w:t>
      </w:r>
      <w:r>
        <w:rPr>
          <w:b w:val="0"/>
          <w:i w:val="0"/>
          <w:smallCaps w:val="0"/>
          <w:strike w:val="0"/>
          <w:sz w:val="16"/>
          <w:u w:val="none"/>
        </w:rPr>
        <w:t xml:space="preserve">. And </w:t>
      </w:r>
      <w:r>
        <w:rPr>
          <w:b w:val="0"/>
          <w:i w:val="0"/>
          <w:smallCaps w:val="0"/>
          <w:strike w:val="0"/>
          <w:sz w:val="22"/>
          <w:u w:val="single"/>
        </w:rPr>
        <w:t xml:space="preserve">while the global archives of violence against black peoples </w:t>
      </w:r>
      <w:r>
        <w:rPr>
          <w:b/>
          <w:i w:val="0"/>
          <w:smallCaps w:val="0"/>
          <w:strike w:val="0"/>
          <w:sz w:val="22"/>
          <w:u w:val="single"/>
        </w:rPr>
        <w:t>must continue</w:t>
      </w:r>
      <w:r>
        <w:rPr>
          <w:b w:val="0"/>
          <w:i w:val="0"/>
          <w:smallCaps w:val="0"/>
          <w:strike w:val="0"/>
          <w:sz w:val="22"/>
          <w:u w:val="single"/>
        </w:rPr>
        <w:t xml:space="preserve"> to be elaborated</w:t>
      </w:r>
      <w:r>
        <w:rPr>
          <w:b w:val="0"/>
          <w:i w:val="0"/>
          <w:smallCaps w:val="0"/>
          <w:strike w:val="0"/>
          <w:sz w:val="16"/>
          <w:u w:val="none"/>
        </w:rPr>
        <w:t xml:space="preserve">, </w:t>
      </w:r>
      <w:r>
        <w:rPr>
          <w:b w:val="0"/>
          <w:i w:val="0"/>
          <w:smallCaps w:val="0"/>
          <w:strike w:val="0"/>
          <w:sz w:val="22"/>
          <w:u w:val="single"/>
        </w:rPr>
        <w:t xml:space="preserve">is it the case that slavery and racism seek to </w:t>
      </w:r>
      <w:r>
        <w:rPr>
          <w:b/>
          <w:i w:val="0"/>
          <w:smallCaps w:val="0"/>
          <w:strike w:val="0"/>
          <w:sz w:val="22"/>
          <w:u w:val="single"/>
        </w:rPr>
        <w:t>absolutely evacuate humanity</w:t>
      </w:r>
      <w:r>
        <w:rPr>
          <w:b w:val="0"/>
          <w:i w:val="0"/>
          <w:smallCaps w:val="0"/>
          <w:strike w:val="0"/>
          <w:sz w:val="22"/>
          <w:u w:val="single"/>
        </w:rPr>
        <w:t xml:space="preserve"> from the enslaved</w:t>
      </w:r>
      <w:r>
        <w:rPr>
          <w:b w:val="0"/>
          <w:i w:val="0"/>
          <w:smallCaps w:val="0"/>
          <w:strike w:val="0"/>
          <w:sz w:val="16"/>
          <w:u w:val="none"/>
        </w:rPr>
        <w:t xml:space="preserve"> or incarcerated </w:t>
      </w:r>
      <w:r>
        <w:rPr>
          <w:b w:val="0"/>
          <w:i w:val="0"/>
          <w:smallCaps w:val="0"/>
          <w:strike w:val="0"/>
          <w:sz w:val="22"/>
          <w:u w:val="single"/>
        </w:rPr>
        <w:t>body</w:t>
      </w:r>
      <w:r>
        <w:rPr>
          <w:b w:val="0"/>
          <w:i w:val="0"/>
          <w:smallCaps w:val="0"/>
          <w:strike w:val="0"/>
          <w:sz w:val="16"/>
          <w:u w:val="none"/>
        </w:rPr>
        <w:t xml:space="preserve">? </w:t>
      </w:r>
      <w:r>
        <w:rPr>
          <w:b w:val="0"/>
          <w:i w:val="0"/>
          <w:smallCaps w:val="0"/>
          <w:strike w:val="0"/>
          <w:sz w:val="22"/>
          <w:highlight w:val="cyan"/>
          <w:u w:val="single"/>
        </w:rPr>
        <w:t>Is it not</w:t>
      </w:r>
      <w:r>
        <w:rPr>
          <w:b w:val="0"/>
          <w:i w:val="0"/>
          <w:smallCaps w:val="0"/>
          <w:strike w:val="0"/>
          <w:sz w:val="22"/>
          <w:u w:val="single"/>
        </w:rPr>
        <w:t xml:space="preserve"> </w:t>
      </w:r>
      <w:r>
        <w:rPr>
          <w:b/>
          <w:i w:val="0"/>
          <w:smallCaps w:val="0"/>
          <w:strike w:val="0"/>
          <w:sz w:val="22"/>
          <w:u w:val="single"/>
        </w:rPr>
        <w:t xml:space="preserve">precisely </w:t>
      </w:r>
      <w:r>
        <w:rPr>
          <w:b/>
          <w:i w:val="0"/>
          <w:smallCaps w:val="0"/>
          <w:strike w:val="0"/>
          <w:sz w:val="22"/>
          <w:highlight w:val="cyan"/>
          <w:u w:val="single"/>
        </w:rPr>
        <w:t>as humans</w:t>
      </w:r>
      <w:r>
        <w:rPr>
          <w:b w:val="0"/>
          <w:i w:val="0"/>
          <w:smallCaps w:val="0"/>
          <w:strike w:val="0"/>
          <w:sz w:val="22"/>
          <w:highlight w:val="cyan"/>
          <w:u w:val="single"/>
        </w:rPr>
        <w:t xml:space="preserve"> capable of </w:t>
      </w:r>
      <w:r>
        <w:rPr>
          <w:b/>
          <w:i w:val="0"/>
          <w:smallCaps w:val="0"/>
          <w:strike w:val="0"/>
          <w:sz w:val="22"/>
          <w:highlight w:val="cyan"/>
          <w:u w:val="single"/>
        </w:rPr>
        <w:t>resistance</w:t>
      </w:r>
      <w:r>
        <w:rPr>
          <w:b w:val="0"/>
          <w:i w:val="0"/>
          <w:smallCaps w:val="0"/>
          <w:strike w:val="0"/>
          <w:sz w:val="16"/>
          <w:u w:val="none"/>
        </w:rPr>
        <w:t xml:space="preserve">, </w:t>
      </w:r>
      <w:r>
        <w:rPr>
          <w:b/>
          <w:i w:val="0"/>
          <w:smallCaps w:val="0"/>
          <w:strike w:val="0"/>
          <w:sz w:val="22"/>
          <w:highlight w:val="cyan"/>
          <w:u w:val="single"/>
        </w:rPr>
        <w:t>farming</w:t>
      </w:r>
      <w:r>
        <w:rPr>
          <w:b w:val="0"/>
          <w:i w:val="0"/>
          <w:smallCaps w:val="0"/>
          <w:strike w:val="0"/>
          <w:sz w:val="16"/>
          <w:u w:val="none"/>
        </w:rPr>
        <w:t xml:space="preserve">, </w:t>
      </w:r>
      <w:r>
        <w:rPr>
          <w:b/>
          <w:i w:val="0"/>
          <w:smallCaps w:val="0"/>
          <w:strike w:val="0"/>
          <w:sz w:val="22"/>
          <w:highlight w:val="cyan"/>
          <w:u w:val="single"/>
        </w:rPr>
        <w:t>crime</w:t>
      </w:r>
      <w:r>
        <w:rPr>
          <w:b w:val="0"/>
          <w:i w:val="0"/>
          <w:smallCaps w:val="0"/>
          <w:strike w:val="0"/>
          <w:sz w:val="16"/>
          <w:u w:val="none"/>
        </w:rPr>
        <w:t xml:space="preserve">, </w:t>
      </w:r>
      <w:r>
        <w:rPr>
          <w:b w:val="0"/>
          <w:i w:val="0"/>
          <w:smallCaps w:val="0"/>
          <w:strike w:val="0"/>
          <w:sz w:val="22"/>
          <w:highlight w:val="cyan"/>
          <w:u w:val="single"/>
        </w:rPr>
        <w:t xml:space="preserve">and </w:t>
      </w:r>
      <w:r>
        <w:rPr>
          <w:b/>
          <w:i w:val="0"/>
          <w:smallCaps w:val="0"/>
          <w:strike w:val="0"/>
          <w:sz w:val="22"/>
          <w:highlight w:val="cyan"/>
          <w:u w:val="single"/>
        </w:rPr>
        <w:t>sex</w:t>
      </w:r>
      <w:r>
        <w:rPr>
          <w:b w:val="0"/>
          <w:i w:val="0"/>
          <w:smallCaps w:val="0"/>
          <w:strike w:val="0"/>
          <w:sz w:val="22"/>
          <w:u w:val="single"/>
        </w:rPr>
        <w:t xml:space="preserve"> that </w:t>
      </w:r>
      <w:r>
        <w:rPr>
          <w:b w:val="0"/>
          <w:i w:val="0"/>
          <w:smallCaps w:val="0"/>
          <w:strike w:val="0"/>
          <w:sz w:val="22"/>
          <w:highlight w:val="cyan"/>
          <w:u w:val="single"/>
        </w:rPr>
        <w:t>slaves were</w:t>
      </w:r>
      <w:r>
        <w:rPr>
          <w:b w:val="0"/>
          <w:i w:val="0"/>
          <w:smallCaps w:val="0"/>
          <w:strike w:val="0"/>
          <w:sz w:val="16"/>
          <w:u w:val="none"/>
        </w:rPr>
        <w:t xml:space="preserve"> savagely </w:t>
      </w:r>
      <w:r>
        <w:rPr>
          <w:b/>
          <w:i w:val="0"/>
          <w:smallCaps w:val="0"/>
          <w:strike w:val="0"/>
          <w:sz w:val="22"/>
          <w:highlight w:val="cyan"/>
          <w:u w:val="single"/>
        </w:rPr>
        <w:t>oppressed</w:t>
      </w:r>
      <w:r>
        <w:rPr>
          <w:b w:val="0"/>
          <w:i w:val="0"/>
          <w:smallCaps w:val="0"/>
          <w:strike w:val="0"/>
          <w:sz w:val="16"/>
          <w:u w:val="none"/>
        </w:rPr>
        <w:t xml:space="preserve">? </w:t>
      </w:r>
      <w:r>
        <w:rPr>
          <w:b w:val="0"/>
          <w:i w:val="0"/>
          <w:smallCaps w:val="0"/>
          <w:strike w:val="0"/>
          <w:sz w:val="22"/>
          <w:u w:val="single"/>
        </w:rPr>
        <w:t xml:space="preserve">While conceptualizing blackness as </w:t>
      </w:r>
      <w:r>
        <w:rPr>
          <w:b/>
          <w:i w:val="0"/>
          <w:smallCaps w:val="0"/>
          <w:strike w:val="0"/>
          <w:sz w:val="22"/>
          <w:u w:val="single"/>
        </w:rPr>
        <w:t>dehumanized</w:t>
      </w:r>
      <w:r>
        <w:rPr>
          <w:b w:val="0"/>
          <w:i w:val="0"/>
          <w:smallCaps w:val="0"/>
          <w:strike w:val="0"/>
          <w:sz w:val="16"/>
          <w:u w:val="none"/>
        </w:rPr>
        <w:t xml:space="preserve"> “</w:t>
      </w:r>
      <w:r>
        <w:rPr>
          <w:b/>
          <w:i w:val="0"/>
          <w:smallCaps w:val="0"/>
          <w:strike w:val="0"/>
          <w:sz w:val="22"/>
          <w:u w:val="single"/>
        </w:rPr>
        <w:t>nonbeing</w:t>
      </w:r>
      <w:r>
        <w:rPr>
          <w:b w:val="0"/>
          <w:i w:val="0"/>
          <w:smallCaps w:val="0"/>
          <w:strike w:val="0"/>
          <w:sz w:val="16"/>
          <w:u w:val="none"/>
        </w:rPr>
        <w:t xml:space="preserve">” </w:t>
      </w:r>
      <w:r>
        <w:rPr>
          <w:b w:val="0"/>
          <w:i w:val="0"/>
          <w:smallCaps w:val="0"/>
          <w:strike w:val="0"/>
          <w:sz w:val="22"/>
          <w:u w:val="single"/>
        </w:rPr>
        <w:t xml:space="preserve">makes sense in a </w:t>
      </w:r>
      <w:r>
        <w:rPr>
          <w:b/>
          <w:i w:val="0"/>
          <w:smallCaps w:val="0"/>
          <w:strike w:val="0"/>
          <w:sz w:val="22"/>
          <w:u w:val="single"/>
        </w:rPr>
        <w:t>Heideggerian framework</w:t>
      </w:r>
      <w:r>
        <w:rPr>
          <w:b w:val="0"/>
          <w:i w:val="0"/>
          <w:smallCaps w:val="0"/>
          <w:strike w:val="0"/>
          <w:sz w:val="16"/>
          <w:u w:val="none"/>
        </w:rPr>
        <w:t xml:space="preserve">, for Deleuze and </w:t>
      </w:r>
      <w:r>
        <w:rPr>
          <w:b w:val="0"/>
          <w:i w:val="0"/>
          <w:smallCaps w:val="0"/>
          <w:strike w:val="0"/>
          <w:sz w:val="16"/>
          <w:u w:val="none"/>
        </w:rPr>
        <w:t>Guattari</w:t>
      </w:r>
      <w:r>
        <w:rPr>
          <w:b w:val="0"/>
          <w:i w:val="0"/>
          <w:smallCaps w:val="0"/>
          <w:strike w:val="0"/>
          <w:sz w:val="16"/>
          <w:u w:val="none"/>
        </w:rPr>
        <w:t xml:space="preserve"> and (broadly internationalist) feminists like Davis and Spivak, </w:t>
      </w:r>
      <w:r>
        <w:rPr>
          <w:b w:val="0"/>
          <w:i w:val="0"/>
          <w:smallCaps w:val="0"/>
          <w:strike w:val="0"/>
          <w:sz w:val="22"/>
          <w:highlight w:val="cyan"/>
          <w:u w:val="single"/>
        </w:rPr>
        <w:t xml:space="preserve">there can be </w:t>
      </w:r>
      <w:r>
        <w:rPr>
          <w:b/>
          <w:i w:val="0"/>
          <w:smallCaps w:val="0"/>
          <w:strike w:val="0"/>
          <w:sz w:val="22"/>
          <w:highlight w:val="cyan"/>
          <w:u w:val="single"/>
        </w:rPr>
        <w:t>no</w:t>
      </w:r>
      <w:r>
        <w:rPr>
          <w:b/>
          <w:i w:val="0"/>
          <w:smallCaps w:val="0"/>
          <w:strike w:val="0"/>
          <w:sz w:val="22"/>
          <w:u w:val="single"/>
        </w:rPr>
        <w:t xml:space="preserve"> such sweeping </w:t>
      </w:r>
      <w:r>
        <w:rPr>
          <w:b/>
          <w:i w:val="0"/>
          <w:smallCaps w:val="0"/>
          <w:strike w:val="0"/>
          <w:sz w:val="22"/>
          <w:highlight w:val="cyan"/>
          <w:u w:val="single"/>
        </w:rPr>
        <w:t>binary</w:t>
      </w:r>
      <w:r>
        <w:rPr>
          <w:b w:val="0"/>
          <w:i w:val="0"/>
          <w:smallCaps w:val="0"/>
          <w:strike w:val="0"/>
          <w:sz w:val="22"/>
          <w:u w:val="single"/>
        </w:rPr>
        <w:t xml:space="preserve"> </w:t>
      </w:r>
      <w:r>
        <w:rPr>
          <w:b w:val="0"/>
          <w:i w:val="0"/>
          <w:smallCaps w:val="0"/>
          <w:strike w:val="0"/>
          <w:sz w:val="22"/>
          <w:highlight w:val="cyan"/>
          <w:u w:val="single"/>
        </w:rPr>
        <w:t>between black and</w:t>
      </w:r>
      <w:r>
        <w:rPr>
          <w:b w:val="0"/>
          <w:i w:val="0"/>
          <w:smallCaps w:val="0"/>
          <w:strike w:val="0"/>
          <w:sz w:val="22"/>
          <w:u w:val="single"/>
        </w:rPr>
        <w:t xml:space="preserve"> everything </w:t>
      </w:r>
      <w:r>
        <w:rPr>
          <w:b w:val="0"/>
          <w:i w:val="0"/>
          <w:smallCaps w:val="0"/>
          <w:strike w:val="0"/>
          <w:sz w:val="22"/>
          <w:highlight w:val="cyan"/>
          <w:u w:val="single"/>
        </w:rPr>
        <w:t>else</w:t>
      </w:r>
      <w:r>
        <w:rPr>
          <w:b w:val="0"/>
          <w:i w:val="0"/>
          <w:smallCaps w:val="0"/>
          <w:strike w:val="0"/>
          <w:sz w:val="16"/>
          <w:u w:val="none"/>
        </w:rPr>
        <w:t xml:space="preserve"> (another critique of Afropessimist binarization is found in Day, 2015).</w:t>
      </w:r>
    </w:p>
    <w:p>
      <w:pPr>
        <w:spacing w:after="60"/>
      </w:pPr>
      <w:r>
        <w:rPr>
          <w:b w:val="0"/>
          <w:i w:val="0"/>
          <w:smallCaps w:val="0"/>
          <w:strike w:val="0"/>
          <w:sz w:val="16"/>
          <w:u w:val="none"/>
        </w:rPr>
        <w:t xml:space="preserve">Finally, </w:t>
      </w:r>
      <w:r>
        <w:rPr>
          <w:b w:val="0"/>
          <w:i w:val="0"/>
          <w:smallCaps w:val="0"/>
          <w:strike w:val="0"/>
          <w:sz w:val="22"/>
          <w:u w:val="single"/>
        </w:rPr>
        <w:t xml:space="preserve">the </w:t>
      </w:r>
      <w:r>
        <w:rPr>
          <w:b/>
          <w:i w:val="0"/>
          <w:smallCaps w:val="0"/>
          <w:strike w:val="0"/>
          <w:sz w:val="22"/>
          <w:u w:val="single"/>
        </w:rPr>
        <w:t>historical question</w:t>
      </w:r>
      <w:r>
        <w:rPr>
          <w:b w:val="0"/>
          <w:i w:val="0"/>
          <w:smallCaps w:val="0"/>
          <w:strike w:val="0"/>
          <w:sz w:val="22"/>
          <w:u w:val="single"/>
        </w:rPr>
        <w:t xml:space="preserve"> is how genocide and </w:t>
      </w:r>
      <w:r>
        <w:rPr>
          <w:b w:val="0"/>
          <w:i w:val="0"/>
          <w:smallCaps w:val="0"/>
          <w:strike w:val="0"/>
          <w:sz w:val="22"/>
          <w:highlight w:val="cyan"/>
          <w:u w:val="single"/>
        </w:rPr>
        <w:t>slavery prepared</w:t>
      </w:r>
      <w:r>
        <w:rPr>
          <w:b w:val="0"/>
          <w:i w:val="0"/>
          <w:smallCaps w:val="0"/>
          <w:strike w:val="0"/>
          <w:sz w:val="22"/>
          <w:u w:val="single"/>
        </w:rPr>
        <w:t xml:space="preserve"> for </w:t>
      </w:r>
      <w:r>
        <w:rPr>
          <w:b/>
          <w:i w:val="0"/>
          <w:smallCaps w:val="0"/>
          <w:strike w:val="0"/>
          <w:sz w:val="22"/>
          <w:highlight w:val="cyan"/>
          <w:u w:val="single"/>
        </w:rPr>
        <w:t>capitalism</w:t>
      </w:r>
      <w:r>
        <w:rPr>
          <w:b w:val="0"/>
          <w:i w:val="0"/>
          <w:smallCaps w:val="0"/>
          <w:strike w:val="0"/>
          <w:sz w:val="16"/>
          <w:u w:val="none"/>
        </w:rPr>
        <w:t xml:space="preserve">. </w:t>
      </w:r>
      <w:r>
        <w:rPr>
          <w:b w:val="0"/>
          <w:i w:val="0"/>
          <w:smallCaps w:val="0"/>
          <w:strike w:val="0"/>
          <w:sz w:val="22"/>
          <w:u w:val="single"/>
        </w:rPr>
        <w:t xml:space="preserve">The integration of </w:t>
      </w:r>
      <w:r>
        <w:rPr>
          <w:b w:val="0"/>
          <w:i w:val="0"/>
          <w:smallCaps w:val="0"/>
          <w:strike w:val="0"/>
          <w:sz w:val="22"/>
          <w:highlight w:val="cyan"/>
          <w:u w:val="single"/>
        </w:rPr>
        <w:t>the U</w:t>
      </w:r>
      <w:r>
        <w:rPr>
          <w:b w:val="0"/>
          <w:i w:val="0"/>
          <w:smallCaps w:val="0"/>
          <w:strike w:val="0"/>
          <w:sz w:val="16"/>
          <w:u w:val="none"/>
        </w:rPr>
        <w:t xml:space="preserve">nited </w:t>
      </w:r>
      <w:r>
        <w:rPr>
          <w:b w:val="0"/>
          <w:i w:val="0"/>
          <w:smallCaps w:val="0"/>
          <w:strike w:val="0"/>
          <w:sz w:val="22"/>
          <w:highlight w:val="cyan"/>
          <w:u w:val="single"/>
        </w:rPr>
        <w:t>S</w:t>
      </w:r>
      <w:r>
        <w:rPr>
          <w:b w:val="0"/>
          <w:i w:val="0"/>
          <w:smallCaps w:val="0"/>
          <w:strike w:val="0"/>
          <w:sz w:val="16"/>
          <w:u w:val="none"/>
        </w:rPr>
        <w:t xml:space="preserve">tates of America </w:t>
      </w:r>
      <w:r>
        <w:rPr>
          <w:b w:val="0"/>
          <w:i w:val="0"/>
          <w:smallCaps w:val="0"/>
          <w:strike w:val="0"/>
          <w:sz w:val="22"/>
          <w:u w:val="single"/>
        </w:rPr>
        <w:t xml:space="preserve">as a white-majority nation-state and superpower </w:t>
      </w:r>
      <w:r>
        <w:rPr>
          <w:b w:val="0"/>
          <w:i w:val="0"/>
          <w:smallCaps w:val="0"/>
          <w:strike w:val="0"/>
          <w:sz w:val="22"/>
          <w:highlight w:val="cyan"/>
          <w:u w:val="single"/>
        </w:rPr>
        <w:t xml:space="preserve">could </w:t>
      </w:r>
      <w:r>
        <w:rPr>
          <w:b/>
          <w:i w:val="0"/>
          <w:smallCaps w:val="0"/>
          <w:strike w:val="0"/>
          <w:sz w:val="22"/>
          <w:highlight w:val="cyan"/>
          <w:u w:val="single"/>
        </w:rPr>
        <w:t>only</w:t>
      </w:r>
      <w:r>
        <w:rPr>
          <w:b w:val="0"/>
          <w:i w:val="0"/>
          <w:smallCaps w:val="0"/>
          <w:strike w:val="0"/>
          <w:sz w:val="22"/>
          <w:highlight w:val="cyan"/>
          <w:u w:val="single"/>
        </w:rPr>
        <w:t xml:space="preserve"> be achieved with</w:t>
      </w:r>
      <w:r>
        <w:rPr>
          <w:b w:val="0"/>
          <w:i w:val="0"/>
          <w:smallCaps w:val="0"/>
          <w:strike w:val="0"/>
          <w:sz w:val="22"/>
          <w:u w:val="single"/>
        </w:rPr>
        <w:t xml:space="preserve"> </w:t>
      </w:r>
      <w:r>
        <w:rPr>
          <w:b/>
          <w:i w:val="0"/>
          <w:smallCaps w:val="0"/>
          <w:strike w:val="0"/>
          <w:sz w:val="22"/>
          <w:u w:val="single"/>
        </w:rPr>
        <w:t xml:space="preserve">rapid </w:t>
      </w:r>
      <w:r>
        <w:rPr>
          <w:b/>
          <w:i w:val="0"/>
          <w:smallCaps w:val="0"/>
          <w:strike w:val="0"/>
          <w:sz w:val="22"/>
          <w:highlight w:val="cyan"/>
          <w:u w:val="single"/>
        </w:rPr>
        <w:t>immigration</w:t>
      </w:r>
      <w:r>
        <w:rPr>
          <w:b w:val="0"/>
          <w:i w:val="0"/>
          <w:smallCaps w:val="0"/>
          <w:strike w:val="0"/>
          <w:sz w:val="16"/>
          <w:u w:val="none"/>
        </w:rPr>
        <w:t xml:space="preserve">, </w:t>
      </w:r>
      <w:r>
        <w:rPr>
          <w:b/>
          <w:i w:val="0"/>
          <w:smallCaps w:val="0"/>
          <w:strike w:val="0"/>
          <w:sz w:val="22"/>
          <w:highlight w:val="cyan"/>
          <w:u w:val="single"/>
        </w:rPr>
        <w:t>urbanization</w:t>
      </w:r>
      <w:r>
        <w:rPr>
          <w:b w:val="0"/>
          <w:i w:val="0"/>
          <w:smallCaps w:val="0"/>
          <w:strike w:val="0"/>
          <w:sz w:val="16"/>
          <w:u w:val="none"/>
        </w:rPr>
        <w:t xml:space="preserve">, </w:t>
      </w:r>
      <w:r>
        <w:rPr>
          <w:b w:val="0"/>
          <w:i w:val="0"/>
          <w:smallCaps w:val="0"/>
          <w:strike w:val="0"/>
          <w:sz w:val="22"/>
          <w:highlight w:val="cyan"/>
          <w:u w:val="single"/>
        </w:rPr>
        <w:t xml:space="preserve">and </w:t>
      </w:r>
      <w:r>
        <w:rPr>
          <w:b/>
          <w:i w:val="0"/>
          <w:smallCaps w:val="0"/>
          <w:strike w:val="0"/>
          <w:sz w:val="22"/>
          <w:highlight w:val="cyan"/>
          <w:u w:val="single"/>
        </w:rPr>
        <w:t>fossil-</w:t>
      </w:r>
      <w:r>
        <w:rPr>
          <w:b/>
          <w:i w:val="0"/>
          <w:smallCaps w:val="0"/>
          <w:strike w:val="0"/>
          <w:sz w:val="22"/>
          <w:highlight w:val="cyan"/>
          <w:u w:val="single"/>
        </w:rPr>
        <w:t>fuel</w:t>
      </w:r>
      <w:r>
        <w:rPr>
          <w:b/>
          <w:i w:val="0"/>
          <w:smallCaps w:val="0"/>
          <w:strike w:val="0"/>
          <w:sz w:val="22"/>
          <w:u w:val="single"/>
        </w:rPr>
        <w:t>led</w:t>
      </w:r>
      <w:r>
        <w:rPr>
          <w:b/>
          <w:i w:val="0"/>
          <w:smallCaps w:val="0"/>
          <w:strike w:val="0"/>
          <w:sz w:val="22"/>
          <w:u w:val="single"/>
        </w:rPr>
        <w:t xml:space="preserve"> </w:t>
      </w:r>
      <w:r>
        <w:rPr>
          <w:b/>
          <w:i w:val="0"/>
          <w:smallCaps w:val="0"/>
          <w:strike w:val="0"/>
          <w:sz w:val="22"/>
          <w:highlight w:val="cyan"/>
          <w:u w:val="single"/>
        </w:rPr>
        <w:t>transport</w:t>
      </w:r>
      <w:r>
        <w:rPr>
          <w:b w:val="0"/>
          <w:i w:val="0"/>
          <w:smallCaps w:val="0"/>
          <w:strike w:val="0"/>
          <w:sz w:val="16"/>
          <w:u w:val="none"/>
        </w:rPr>
        <w:t xml:space="preserve">. During the time when “pioneer” families and farmers were moving in, there were still sizeable areas controlled by Native confederations. When we look at specific regions like William Cronon (1991) does with the Midwest, the </w:t>
      </w:r>
      <w:r>
        <w:rPr>
          <w:b w:val="0"/>
          <w:i w:val="0"/>
          <w:smallCaps w:val="0"/>
          <w:strike w:val="0"/>
          <w:sz w:val="22"/>
          <w:highlight w:val="cyan"/>
          <w:u w:val="single"/>
        </w:rPr>
        <w:t>eradication of</w:t>
      </w:r>
      <w:r>
        <w:rPr>
          <w:b w:val="0"/>
          <w:i w:val="0"/>
          <w:smallCaps w:val="0"/>
          <w:strike w:val="0"/>
          <w:sz w:val="22"/>
          <w:u w:val="single"/>
        </w:rPr>
        <w:t xml:space="preserve"> </w:t>
      </w:r>
      <w:r>
        <w:rPr>
          <w:b/>
          <w:i w:val="0"/>
          <w:smallCaps w:val="0"/>
          <w:strike w:val="0"/>
          <w:sz w:val="22"/>
          <w:u w:val="single"/>
        </w:rPr>
        <w:t xml:space="preserve">Native </w:t>
      </w:r>
      <w:r>
        <w:rPr>
          <w:b/>
          <w:i w:val="0"/>
          <w:smallCaps w:val="0"/>
          <w:strike w:val="0"/>
          <w:sz w:val="22"/>
          <w:highlight w:val="cyan"/>
          <w:u w:val="single"/>
        </w:rPr>
        <w:t>ecosystems</w:t>
      </w:r>
      <w:r>
        <w:rPr>
          <w:b w:val="0"/>
          <w:i w:val="0"/>
          <w:smallCaps w:val="0"/>
          <w:strike w:val="0"/>
          <w:sz w:val="22"/>
          <w:u w:val="single"/>
        </w:rPr>
        <w:t xml:space="preserve"> and the concomitant creation of </w:t>
      </w:r>
      <w:r>
        <w:rPr>
          <w:b/>
          <w:i w:val="0"/>
          <w:smallCaps w:val="0"/>
          <w:strike w:val="0"/>
          <w:sz w:val="22"/>
          <w:u w:val="single"/>
        </w:rPr>
        <w:t>new European-derived ones</w:t>
      </w:r>
      <w:r>
        <w:rPr>
          <w:b w:val="0"/>
          <w:i w:val="0"/>
          <w:smallCaps w:val="0"/>
          <w:strike w:val="0"/>
          <w:sz w:val="16"/>
          <w:u w:val="none"/>
        </w:rPr>
        <w:t>—what Alfred Crosby (1986) from a more conservative angle calls “Neo-</w:t>
      </w:r>
      <w:r>
        <w:rPr>
          <w:b w:val="0"/>
          <w:i w:val="0"/>
          <w:smallCaps w:val="0"/>
          <w:strike w:val="0"/>
          <w:sz w:val="16"/>
          <w:u w:val="none"/>
        </w:rPr>
        <w:t>Europes</w:t>
      </w:r>
      <w:r>
        <w:rPr>
          <w:b w:val="0"/>
          <w:i w:val="0"/>
          <w:smallCaps w:val="0"/>
          <w:strike w:val="0"/>
          <w:sz w:val="16"/>
          <w:u w:val="none"/>
        </w:rPr>
        <w:t>”—</w:t>
      </w:r>
      <w:r>
        <w:rPr>
          <w:b w:val="0"/>
          <w:i w:val="0"/>
          <w:smallCaps w:val="0"/>
          <w:strike w:val="0"/>
          <w:sz w:val="22"/>
          <w:u w:val="single"/>
        </w:rPr>
        <w:t>became possible with</w:t>
      </w:r>
      <w:r>
        <w:rPr>
          <w:b w:val="0"/>
          <w:i w:val="0"/>
          <w:smallCaps w:val="0"/>
          <w:strike w:val="0"/>
          <w:sz w:val="22"/>
          <w:u w:val="single"/>
        </w:rPr>
        <w:t xml:space="preserve"> </w:t>
      </w:r>
      <w:r>
        <w:rPr>
          <w:b/>
          <w:i w:val="0"/>
          <w:smallCaps w:val="0"/>
          <w:strike w:val="0"/>
          <w:sz w:val="22"/>
          <w:u w:val="single"/>
        </w:rPr>
        <w:t>aggressive new urban assemblages</w:t>
      </w:r>
      <w:r>
        <w:rPr>
          <w:b w:val="0"/>
          <w:i w:val="0"/>
          <w:smallCaps w:val="0"/>
          <w:strike w:val="0"/>
          <w:sz w:val="22"/>
          <w:u w:val="single"/>
        </w:rPr>
        <w:t xml:space="preserve"> and </w:t>
      </w:r>
      <w:r>
        <w:rPr>
          <w:b/>
          <w:i w:val="0"/>
          <w:smallCaps w:val="0"/>
          <w:strike w:val="0"/>
          <w:sz w:val="22"/>
          <w:u w:val="single"/>
        </w:rPr>
        <w:t>foodways</w:t>
      </w:r>
      <w:r>
        <w:rPr>
          <w:b w:val="0"/>
          <w:i w:val="0"/>
          <w:smallCaps w:val="0"/>
          <w:strike w:val="0"/>
          <w:sz w:val="16"/>
          <w:u w:val="none"/>
        </w:rPr>
        <w:t xml:space="preserve">. White farmers and Indigenous populations have lived in constant tension on the Great Plains. What environmental histories like Cronon show, complementing accounts like Coulthard’s, is that there was a decisive shift in the settling of the American interior when banks could supply loans for parceling land and establishing large infrastructure and industry projects. Tellingly, movies and museums fantasize about the fleeting symbiotic relationships which are supposed to have existed between Indigenous and white. In retrospect, however, such fantasies and the ensuing lamentations about the vanishing Indian were but ideological fig leaves hiding how </w:t>
      </w:r>
      <w:r>
        <w:rPr>
          <w:b/>
          <w:i w:val="0"/>
          <w:smallCaps w:val="0"/>
          <w:strike w:val="0"/>
          <w:sz w:val="22"/>
          <w:u w:val="single"/>
        </w:rPr>
        <w:t>industrialization</w:t>
      </w:r>
      <w:r>
        <w:rPr>
          <w:b w:val="0"/>
          <w:i w:val="0"/>
          <w:smallCaps w:val="0"/>
          <w:strike w:val="0"/>
          <w:sz w:val="16"/>
          <w:u w:val="none"/>
        </w:rPr>
        <w:t xml:space="preserve"> in Britain, intra-European </w:t>
      </w:r>
      <w:r>
        <w:rPr>
          <w:b/>
          <w:i w:val="0"/>
          <w:smallCaps w:val="0"/>
          <w:strike w:val="0"/>
          <w:sz w:val="22"/>
          <w:u w:val="single"/>
        </w:rPr>
        <w:t>imperial wars</w:t>
      </w:r>
      <w:r>
        <w:rPr>
          <w:b w:val="0"/>
          <w:i w:val="0"/>
          <w:smallCaps w:val="0"/>
          <w:strike w:val="0"/>
          <w:sz w:val="16"/>
          <w:u w:val="none"/>
        </w:rPr>
        <w:t xml:space="preserve">, </w:t>
      </w:r>
      <w:r>
        <w:rPr>
          <w:b w:val="0"/>
          <w:i w:val="0"/>
          <w:smallCaps w:val="0"/>
          <w:strike w:val="0"/>
          <w:sz w:val="22"/>
          <w:u w:val="single"/>
        </w:rPr>
        <w:t xml:space="preserve">and </w:t>
      </w:r>
      <w:r>
        <w:rPr>
          <w:b/>
          <w:i w:val="0"/>
          <w:smallCaps w:val="0"/>
          <w:strike w:val="0"/>
          <w:sz w:val="22"/>
          <w:u w:val="single"/>
        </w:rPr>
        <w:t>mass consumerism</w:t>
      </w:r>
      <w:r>
        <w:rPr>
          <w:b w:val="0"/>
          <w:i w:val="0"/>
          <w:smallCaps w:val="0"/>
          <w:strike w:val="0"/>
          <w:sz w:val="16"/>
          <w:u w:val="none"/>
        </w:rPr>
        <w:t xml:space="preserve"> conspired to </w:t>
      </w:r>
      <w:r>
        <w:rPr>
          <w:b/>
          <w:i w:val="0"/>
          <w:smallCaps w:val="0"/>
          <w:strike w:val="0"/>
          <w:sz w:val="22"/>
          <w:u w:val="single"/>
        </w:rPr>
        <w:t>continue genocide</w:t>
      </w:r>
      <w:r>
        <w:rPr>
          <w:b w:val="0"/>
          <w:i w:val="0"/>
          <w:smallCaps w:val="0"/>
          <w:strike w:val="0"/>
          <w:sz w:val="22"/>
          <w:u w:val="single"/>
        </w:rPr>
        <w:t xml:space="preserve"> by other means</w:t>
      </w:r>
      <w:r>
        <w:rPr>
          <w:b w:val="0"/>
          <w:i w:val="0"/>
          <w:smallCaps w:val="0"/>
          <w:strike w:val="0"/>
          <w:sz w:val="16"/>
          <w:u w:val="none"/>
        </w:rPr>
        <w:t xml:space="preserve"> (Dunbar-Ortiz, 2014). </w:t>
      </w:r>
      <w:r>
        <w:rPr>
          <w:b w:val="0"/>
          <w:i w:val="0"/>
          <w:smallCaps w:val="0"/>
          <w:strike w:val="0"/>
          <w:sz w:val="22"/>
          <w:highlight w:val="cyan"/>
          <w:u w:val="single"/>
        </w:rPr>
        <w:t>If Indigenous populations</w:t>
      </w:r>
      <w:r>
        <w:rPr>
          <w:b w:val="0"/>
          <w:i w:val="0"/>
          <w:smallCaps w:val="0"/>
          <w:strike w:val="0"/>
          <w:sz w:val="22"/>
          <w:u w:val="single"/>
        </w:rPr>
        <w:t xml:space="preserve"> </w:t>
      </w:r>
      <w:r>
        <w:rPr>
          <w:b w:val="0"/>
          <w:i w:val="0"/>
          <w:smallCaps w:val="0"/>
          <w:strike w:val="0"/>
          <w:sz w:val="22"/>
          <w:highlight w:val="cyan"/>
          <w:u w:val="single"/>
        </w:rPr>
        <w:t>had</w:t>
      </w:r>
      <w:r>
        <w:rPr>
          <w:b w:val="0"/>
          <w:i w:val="0"/>
          <w:smallCaps w:val="0"/>
          <w:strike w:val="0"/>
          <w:sz w:val="22"/>
          <w:u w:val="single"/>
        </w:rPr>
        <w:t xml:space="preserve"> </w:t>
      </w:r>
      <w:r>
        <w:rPr>
          <w:b/>
          <w:i w:val="0"/>
          <w:smallCaps w:val="0"/>
          <w:strike w:val="0"/>
          <w:sz w:val="22"/>
          <w:u w:val="single"/>
        </w:rPr>
        <w:t xml:space="preserve">somehow </w:t>
      </w:r>
      <w:r>
        <w:rPr>
          <w:b/>
          <w:i w:val="0"/>
          <w:smallCaps w:val="0"/>
          <w:strike w:val="0"/>
          <w:sz w:val="22"/>
          <w:highlight w:val="cyan"/>
          <w:u w:val="single"/>
        </w:rPr>
        <w:t>become resistant</w:t>
      </w:r>
      <w:r>
        <w:rPr>
          <w:b w:val="0"/>
          <w:i w:val="0"/>
          <w:smallCaps w:val="0"/>
          <w:strike w:val="0"/>
          <w:sz w:val="22"/>
          <w:highlight w:val="cyan"/>
          <w:u w:val="single"/>
        </w:rPr>
        <w:t xml:space="preserve"> to Old World diseases and continued</w:t>
      </w:r>
      <w:r>
        <w:rPr>
          <w:b w:val="0"/>
          <w:i w:val="0"/>
          <w:smallCaps w:val="0"/>
          <w:strike w:val="0"/>
          <w:sz w:val="22"/>
          <w:u w:val="single"/>
        </w:rPr>
        <w:t xml:space="preserve"> using </w:t>
      </w:r>
      <w:r>
        <w:rPr>
          <w:b w:val="0"/>
          <w:i w:val="0"/>
          <w:smallCaps w:val="0"/>
          <w:strike w:val="0"/>
          <w:sz w:val="22"/>
          <w:highlight w:val="cyan"/>
          <w:u w:val="single"/>
        </w:rPr>
        <w:t>guns and horses</w:t>
      </w:r>
      <w:r>
        <w:rPr>
          <w:b w:val="0"/>
          <w:i w:val="0"/>
          <w:smallCaps w:val="0"/>
          <w:strike w:val="0"/>
          <w:sz w:val="22"/>
          <w:u w:val="single"/>
        </w:rPr>
        <w:t xml:space="preserve"> efficiently</w:t>
      </w:r>
      <w:r>
        <w:rPr>
          <w:b w:val="0"/>
          <w:i w:val="0"/>
          <w:smallCaps w:val="0"/>
          <w:strike w:val="0"/>
          <w:sz w:val="16"/>
          <w:u w:val="none"/>
        </w:rPr>
        <w:t xml:space="preserve">, it is conceivable </w:t>
      </w:r>
      <w:r>
        <w:rPr>
          <w:b w:val="0"/>
          <w:i w:val="0"/>
          <w:smallCaps w:val="0"/>
          <w:strike w:val="0"/>
          <w:sz w:val="22"/>
          <w:u w:val="single"/>
        </w:rPr>
        <w:t xml:space="preserve">a patchwork of white and </w:t>
      </w:r>
      <w:r>
        <w:rPr>
          <w:b w:val="0"/>
          <w:i w:val="0"/>
          <w:smallCaps w:val="0"/>
          <w:strike w:val="0"/>
          <w:sz w:val="22"/>
          <w:highlight w:val="cyan"/>
          <w:u w:val="single"/>
        </w:rPr>
        <w:t xml:space="preserve">Indigenous states </w:t>
      </w:r>
      <w:r>
        <w:rPr>
          <w:b/>
          <w:i w:val="0"/>
          <w:smallCaps w:val="0"/>
          <w:strike w:val="0"/>
          <w:sz w:val="22"/>
          <w:highlight w:val="cyan"/>
          <w:u w:val="single"/>
        </w:rPr>
        <w:t>might have persisted</w:t>
      </w:r>
      <w:r>
        <w:rPr>
          <w:b w:val="0"/>
          <w:i w:val="0"/>
          <w:smallCaps w:val="0"/>
          <w:strike w:val="0"/>
          <w:sz w:val="16"/>
          <w:u w:val="none"/>
        </w:rPr>
        <w:t xml:space="preserve">, </w:t>
      </w:r>
      <w:r>
        <w:rPr>
          <w:b w:val="0"/>
          <w:i w:val="0"/>
          <w:smallCaps w:val="0"/>
          <w:strike w:val="0"/>
          <w:sz w:val="22"/>
          <w:u w:val="single"/>
        </w:rPr>
        <w:t xml:space="preserve">if it were not for a </w:t>
      </w:r>
      <w:r>
        <w:rPr>
          <w:b/>
          <w:i w:val="0"/>
          <w:smallCaps w:val="0"/>
          <w:strike w:val="0"/>
          <w:sz w:val="22"/>
          <w:u w:val="single"/>
        </w:rPr>
        <w:t>giant wave of capital</w:t>
      </w:r>
      <w:r>
        <w:rPr>
          <w:b w:val="0"/>
          <w:i w:val="0"/>
          <w:smallCaps w:val="0"/>
          <w:strike w:val="0"/>
          <w:sz w:val="22"/>
          <w:u w:val="single"/>
        </w:rPr>
        <w:t xml:space="preserve"> and </w:t>
      </w:r>
      <w:r>
        <w:rPr>
          <w:b/>
          <w:i w:val="0"/>
          <w:smallCaps w:val="0"/>
          <w:strike w:val="0"/>
          <w:sz w:val="22"/>
          <w:u w:val="single"/>
        </w:rPr>
        <w:t>migrants</w:t>
      </w:r>
      <w:r>
        <w:rPr>
          <w:b w:val="0"/>
          <w:i w:val="0"/>
          <w:smallCaps w:val="0"/>
          <w:strike w:val="0"/>
          <w:sz w:val="16"/>
          <w:u w:val="none"/>
        </w:rPr>
        <w:t xml:space="preserve"> coming over from Europe (and later elsewhere). </w:t>
      </w:r>
      <w:r>
        <w:rPr>
          <w:b w:val="0"/>
          <w:i w:val="0"/>
          <w:smallCaps w:val="0"/>
          <w:strike w:val="0"/>
          <w:sz w:val="22"/>
          <w:highlight w:val="cyan"/>
          <w:u w:val="single"/>
        </w:rPr>
        <w:t>With Indigenous</w:t>
      </w:r>
      <w:r>
        <w:rPr>
          <w:b w:val="0"/>
          <w:i w:val="0"/>
          <w:smallCaps w:val="0"/>
          <w:strike w:val="0"/>
          <w:sz w:val="22"/>
          <w:u w:val="single"/>
        </w:rPr>
        <w:t xml:space="preserve"> Americans </w:t>
      </w:r>
      <w:r>
        <w:rPr>
          <w:b/>
          <w:i w:val="0"/>
          <w:smallCaps w:val="0"/>
          <w:strike w:val="0"/>
          <w:sz w:val="22"/>
          <w:highlight w:val="cyan"/>
          <w:u w:val="single"/>
        </w:rPr>
        <w:t>contained</w:t>
      </w:r>
      <w:r>
        <w:rPr>
          <w:b w:val="0"/>
          <w:i w:val="0"/>
          <w:smallCaps w:val="0"/>
          <w:strike w:val="0"/>
          <w:sz w:val="22"/>
          <w:highlight w:val="cyan"/>
          <w:u w:val="single"/>
        </w:rPr>
        <w:t xml:space="preserve"> and</w:t>
      </w:r>
      <w:r>
        <w:rPr>
          <w:b w:val="0"/>
          <w:i w:val="0"/>
          <w:smallCaps w:val="0"/>
          <w:strike w:val="0"/>
          <w:sz w:val="22"/>
          <w:u w:val="single"/>
        </w:rPr>
        <w:t xml:space="preserve"> </w:t>
      </w:r>
      <w:r>
        <w:rPr>
          <w:b/>
          <w:i w:val="0"/>
          <w:smallCaps w:val="0"/>
          <w:strike w:val="0"/>
          <w:sz w:val="22"/>
          <w:u w:val="single"/>
        </w:rPr>
        <w:t xml:space="preserve">plantation </w:t>
      </w:r>
      <w:r>
        <w:rPr>
          <w:b/>
          <w:i w:val="0"/>
          <w:smallCaps w:val="0"/>
          <w:strike w:val="0"/>
          <w:sz w:val="22"/>
          <w:highlight w:val="cyan"/>
          <w:u w:val="single"/>
        </w:rPr>
        <w:t>slavery</w:t>
      </w:r>
      <w:r>
        <w:rPr>
          <w:b w:val="0"/>
          <w:i w:val="0"/>
          <w:smallCaps w:val="0"/>
          <w:strike w:val="0"/>
          <w:sz w:val="16"/>
          <w:u w:val="none"/>
        </w:rPr>
        <w:t xml:space="preserve"> and its quasi-feudal and patriarchal ways </w:t>
      </w:r>
      <w:r>
        <w:rPr>
          <w:b/>
          <w:i w:val="0"/>
          <w:smallCaps w:val="0"/>
          <w:strike w:val="0"/>
          <w:sz w:val="22"/>
          <w:highlight w:val="cyan"/>
          <w:u w:val="single"/>
        </w:rPr>
        <w:t>outlawed</w:t>
      </w:r>
      <w:r>
        <w:rPr>
          <w:b w:val="0"/>
          <w:i w:val="0"/>
          <w:smallCaps w:val="0"/>
          <w:strike w:val="0"/>
          <w:sz w:val="16"/>
          <w:u w:val="none"/>
        </w:rPr>
        <w:t xml:space="preserve">, </w:t>
      </w:r>
      <w:r>
        <w:rPr>
          <w:b w:val="0"/>
          <w:i w:val="0"/>
          <w:smallCaps w:val="0"/>
          <w:strike w:val="0"/>
          <w:sz w:val="22"/>
          <w:highlight w:val="cyan"/>
          <w:u w:val="single"/>
        </w:rPr>
        <w:t xml:space="preserve">capital could </w:t>
      </w:r>
      <w:r>
        <w:rPr>
          <w:b/>
          <w:i w:val="0"/>
          <w:smallCaps w:val="0"/>
          <w:strike w:val="0"/>
          <w:sz w:val="22"/>
          <w:highlight w:val="cyan"/>
          <w:u w:val="single"/>
        </w:rPr>
        <w:t>wipe the continent</w:t>
      </w:r>
      <w:r>
        <w:rPr>
          <w:b/>
          <w:i w:val="0"/>
          <w:smallCaps w:val="0"/>
          <w:strike w:val="0"/>
          <w:sz w:val="22"/>
          <w:u w:val="single"/>
        </w:rPr>
        <w:t xml:space="preserve"> clean</w:t>
      </w:r>
      <w:r>
        <w:rPr>
          <w:b w:val="0"/>
          <w:i w:val="0"/>
          <w:smallCaps w:val="0"/>
          <w:strike w:val="0"/>
          <w:sz w:val="22"/>
          <w:u w:val="single"/>
        </w:rPr>
        <w:t xml:space="preserve"> for a </w:t>
      </w:r>
      <w:r>
        <w:rPr>
          <w:b/>
          <w:i w:val="0"/>
          <w:smallCaps w:val="0"/>
          <w:strike w:val="0"/>
          <w:sz w:val="22"/>
          <w:u w:val="single"/>
        </w:rPr>
        <w:t xml:space="preserve">new </w:t>
      </w:r>
      <w:r>
        <w:rPr>
          <w:b/>
          <w:i w:val="0"/>
          <w:smallCaps w:val="0"/>
          <w:strike w:val="0"/>
          <w:sz w:val="22"/>
          <w:u w:val="single"/>
        </w:rPr>
        <w:t>megamachinic</w:t>
      </w:r>
      <w:r>
        <w:rPr>
          <w:b/>
          <w:i w:val="0"/>
          <w:smallCaps w:val="0"/>
          <w:strike w:val="0"/>
          <w:sz w:val="22"/>
          <w:u w:val="single"/>
        </w:rPr>
        <w:t xml:space="preserve"> arrangement</w:t>
      </w:r>
      <w:r>
        <w:rPr>
          <w:b w:val="0"/>
          <w:i w:val="0"/>
          <w:smallCaps w:val="0"/>
          <w:strike w:val="0"/>
          <w:sz w:val="16"/>
          <w:u w:val="none"/>
        </w:rPr>
        <w:t>.</w:t>
      </w:r>
    </w:p>
    <w:p>
      <w:pPr>
        <w:spacing w:after="60"/>
      </w:pPr>
      <w:r>
        <w:rPr>
          <w:b w:val="0"/>
          <w:i w:val="0"/>
          <w:smallCaps w:val="0"/>
          <w:strike w:val="0"/>
          <w:sz w:val="16"/>
          <w:u w:val="none"/>
        </w:rPr>
        <w:t xml:space="preserve">Hence </w:t>
      </w:r>
      <w:r>
        <w:rPr>
          <w:b w:val="0"/>
          <w:i w:val="0"/>
          <w:smallCaps w:val="0"/>
          <w:strike w:val="0"/>
          <w:sz w:val="22"/>
          <w:u w:val="single"/>
        </w:rPr>
        <w:t xml:space="preserve">ontologizing racial capitalism as </w:t>
      </w:r>
      <w:r>
        <w:rPr>
          <w:b/>
          <w:i w:val="0"/>
          <w:smallCaps w:val="0"/>
          <w:strike w:val="0"/>
          <w:sz w:val="22"/>
          <w:u w:val="single"/>
        </w:rPr>
        <w:t>always already tethered</w:t>
      </w:r>
      <w:r>
        <w:rPr>
          <w:b w:val="0"/>
          <w:i w:val="0"/>
          <w:smallCaps w:val="0"/>
          <w:strike w:val="0"/>
          <w:sz w:val="22"/>
          <w:u w:val="single"/>
        </w:rPr>
        <w:t xml:space="preserve"> to </w:t>
      </w:r>
      <w:r>
        <w:rPr>
          <w:b/>
          <w:i w:val="0"/>
          <w:smallCaps w:val="0"/>
          <w:strike w:val="0"/>
          <w:sz w:val="22"/>
          <w:u w:val="single"/>
        </w:rPr>
        <w:t>slavery</w:t>
      </w:r>
      <w:r>
        <w:rPr>
          <w:b w:val="0"/>
          <w:i w:val="0"/>
          <w:smallCaps w:val="0"/>
          <w:strike w:val="0"/>
          <w:sz w:val="22"/>
          <w:u w:val="single"/>
        </w:rPr>
        <w:t xml:space="preserve"> and/or </w:t>
      </w:r>
      <w:r>
        <w:rPr>
          <w:b/>
          <w:i w:val="0"/>
          <w:smallCaps w:val="0"/>
          <w:strike w:val="0"/>
          <w:sz w:val="22"/>
          <w:u w:val="single"/>
        </w:rPr>
        <w:t>genocide</w:t>
      </w:r>
      <w:r>
        <w:rPr>
          <w:b w:val="0"/>
          <w:i w:val="0"/>
          <w:smallCaps w:val="0"/>
          <w:strike w:val="0"/>
          <w:sz w:val="22"/>
          <w:u w:val="single"/>
        </w:rPr>
        <w:t xml:space="preserve"> </w:t>
      </w:r>
      <w:r>
        <w:rPr>
          <w:b/>
          <w:i w:val="0"/>
          <w:smallCaps w:val="0"/>
          <w:strike w:val="0"/>
          <w:sz w:val="30"/>
          <w:u w:val="single"/>
        </w:rPr>
        <w:t>avoids the question when exactly</w:t>
      </w:r>
      <w:r>
        <w:rPr>
          <w:b w:val="0"/>
          <w:i w:val="0"/>
          <w:smallCaps w:val="0"/>
          <w:strike w:val="0"/>
          <w:sz w:val="16"/>
          <w:u w:val="none"/>
        </w:rPr>
        <w:t xml:space="preserve"> “</w:t>
      </w:r>
      <w:r>
        <w:rPr>
          <w:b/>
          <w:i w:val="0"/>
          <w:smallCaps w:val="0"/>
          <w:strike w:val="0"/>
          <w:sz w:val="22"/>
          <w:u w:val="single"/>
        </w:rPr>
        <w:t>modernity</w:t>
      </w:r>
      <w:r>
        <w:rPr>
          <w:b w:val="0"/>
          <w:i w:val="0"/>
          <w:smallCaps w:val="0"/>
          <w:strike w:val="0"/>
          <w:sz w:val="16"/>
          <w:u w:val="none"/>
        </w:rPr>
        <w:t xml:space="preserve">” </w:t>
      </w:r>
      <w:r>
        <w:rPr>
          <w:b w:val="0"/>
          <w:i w:val="0"/>
          <w:smallCaps w:val="0"/>
          <w:strike w:val="0"/>
          <w:sz w:val="22"/>
          <w:u w:val="single"/>
        </w:rPr>
        <w:t xml:space="preserve">and the </w:t>
      </w:r>
      <w:r>
        <w:rPr>
          <w:b/>
          <w:i w:val="0"/>
          <w:smallCaps w:val="0"/>
          <w:strike w:val="0"/>
          <w:sz w:val="22"/>
          <w:u w:val="single"/>
        </w:rPr>
        <w:t>Anthropocene started</w:t>
      </w:r>
      <w:r>
        <w:rPr>
          <w:b w:val="0"/>
          <w:i w:val="0"/>
          <w:smallCaps w:val="0"/>
          <w:strike w:val="0"/>
          <w:sz w:val="16"/>
          <w:u w:val="none"/>
        </w:rPr>
        <w:t xml:space="preserve">. For the perspective I am developing, </w:t>
      </w:r>
      <w:r>
        <w:rPr>
          <w:b w:val="0"/>
          <w:i w:val="0"/>
          <w:smallCaps w:val="0"/>
          <w:strike w:val="0"/>
          <w:sz w:val="22"/>
          <w:highlight w:val="cyan"/>
          <w:u w:val="single"/>
        </w:rPr>
        <w:t>industrialization</w:t>
      </w:r>
      <w:r>
        <w:rPr>
          <w:b w:val="0"/>
          <w:i w:val="0"/>
          <w:smallCaps w:val="0"/>
          <w:strike w:val="0"/>
          <w:sz w:val="22"/>
          <w:u w:val="single"/>
        </w:rPr>
        <w:t xml:space="preserve"> and</w:t>
      </w:r>
      <w:r>
        <w:rPr>
          <w:b w:val="0"/>
          <w:i w:val="0"/>
          <w:smallCaps w:val="0"/>
          <w:strike w:val="0"/>
          <w:sz w:val="16"/>
          <w:u w:val="none"/>
        </w:rPr>
        <w:t xml:space="preserve"> related </w:t>
      </w:r>
      <w:r>
        <w:rPr>
          <w:b w:val="0"/>
          <w:i w:val="0"/>
          <w:smallCaps w:val="0"/>
          <w:strike w:val="0"/>
          <w:sz w:val="22"/>
          <w:u w:val="single"/>
        </w:rPr>
        <w:t xml:space="preserve">transformations like </w:t>
      </w:r>
      <w:r>
        <w:rPr>
          <w:b/>
          <w:i w:val="0"/>
          <w:smallCaps w:val="0"/>
          <w:strike w:val="0"/>
          <w:sz w:val="22"/>
          <w:highlight w:val="cyan"/>
          <w:u w:val="single"/>
        </w:rPr>
        <w:t>wage-labor</w:t>
      </w:r>
      <w:r>
        <w:rPr>
          <w:b w:val="0"/>
          <w:i w:val="0"/>
          <w:smallCaps w:val="0"/>
          <w:strike w:val="0"/>
          <w:sz w:val="16"/>
          <w:u w:val="none"/>
        </w:rPr>
        <w:t xml:space="preserve">, </w:t>
      </w:r>
      <w:r>
        <w:rPr>
          <w:b/>
          <w:i w:val="0"/>
          <w:smallCaps w:val="0"/>
          <w:strike w:val="0"/>
          <w:sz w:val="22"/>
          <w:highlight w:val="cyan"/>
          <w:u w:val="single"/>
        </w:rPr>
        <w:t>urbanization</w:t>
      </w:r>
      <w:r>
        <w:rPr>
          <w:b w:val="0"/>
          <w:i w:val="0"/>
          <w:smallCaps w:val="0"/>
          <w:strike w:val="0"/>
          <w:sz w:val="16"/>
          <w:u w:val="none"/>
        </w:rPr>
        <w:t xml:space="preserve">, </w:t>
      </w:r>
      <w:r>
        <w:rPr>
          <w:b/>
          <w:i w:val="0"/>
          <w:smallCaps w:val="0"/>
          <w:strike w:val="0"/>
          <w:sz w:val="22"/>
          <w:u w:val="single"/>
        </w:rPr>
        <w:t xml:space="preserve">motorized </w:t>
      </w:r>
      <w:r>
        <w:rPr>
          <w:b/>
          <w:i w:val="0"/>
          <w:smallCaps w:val="0"/>
          <w:strike w:val="0"/>
          <w:sz w:val="22"/>
          <w:highlight w:val="cyan"/>
          <w:u w:val="single"/>
        </w:rPr>
        <w:t>transport</w:t>
      </w:r>
      <w:r>
        <w:rPr>
          <w:b w:val="0"/>
          <w:i w:val="0"/>
          <w:smallCaps w:val="0"/>
          <w:strike w:val="0"/>
          <w:sz w:val="16"/>
          <w:u w:val="none"/>
        </w:rPr>
        <w:t xml:space="preserve">, </w:t>
      </w:r>
      <w:r>
        <w:rPr>
          <w:b w:val="0"/>
          <w:i w:val="0"/>
          <w:smallCaps w:val="0"/>
          <w:strike w:val="0"/>
          <w:sz w:val="22"/>
          <w:highlight w:val="cyan"/>
          <w:u w:val="single"/>
        </w:rPr>
        <w:t xml:space="preserve">and </w:t>
      </w:r>
      <w:r>
        <w:rPr>
          <w:b/>
          <w:i w:val="0"/>
          <w:smallCaps w:val="0"/>
          <w:strike w:val="0"/>
          <w:sz w:val="22"/>
          <w:highlight w:val="cyan"/>
          <w:u w:val="single"/>
        </w:rPr>
        <w:t>mass communications</w:t>
      </w:r>
      <w:r>
        <w:rPr>
          <w:b w:val="0"/>
          <w:i w:val="0"/>
          <w:smallCaps w:val="0"/>
          <w:strike w:val="0"/>
          <w:sz w:val="22"/>
          <w:highlight w:val="cyan"/>
          <w:u w:val="single"/>
        </w:rPr>
        <w:t xml:space="preserve"> are </w:t>
      </w:r>
      <w:r>
        <w:rPr>
          <w:b/>
          <w:i w:val="0"/>
          <w:smallCaps w:val="0"/>
          <w:strike w:val="0"/>
          <w:sz w:val="22"/>
          <w:highlight w:val="cyan"/>
          <w:u w:val="single"/>
        </w:rPr>
        <w:t>fundamental</w:t>
      </w:r>
      <w:r>
        <w:rPr>
          <w:b/>
          <w:i w:val="0"/>
          <w:smallCaps w:val="0"/>
          <w:strike w:val="0"/>
          <w:sz w:val="22"/>
          <w:u w:val="single"/>
        </w:rPr>
        <w:t xml:space="preserve"> shifts</w:t>
      </w:r>
      <w:r>
        <w:rPr>
          <w:b w:val="0"/>
          <w:i w:val="0"/>
          <w:smallCaps w:val="0"/>
          <w:strike w:val="0"/>
          <w:sz w:val="16"/>
          <w:u w:val="none"/>
        </w:rPr>
        <w:t xml:space="preserve">. </w:t>
      </w:r>
      <w:r>
        <w:rPr>
          <w:b w:val="0"/>
          <w:i w:val="0"/>
          <w:smallCaps w:val="0"/>
          <w:strike w:val="0"/>
          <w:sz w:val="22"/>
          <w:u w:val="single"/>
        </w:rPr>
        <w:t xml:space="preserve">While the slave trade and the displacement of Indigenous peoples were </w:t>
      </w:r>
      <w:r>
        <w:rPr>
          <w:b/>
          <w:i w:val="0"/>
          <w:smallCaps w:val="0"/>
          <w:strike w:val="0"/>
          <w:sz w:val="22"/>
          <w:u w:val="single"/>
        </w:rPr>
        <w:t>essential</w:t>
      </w:r>
      <w:r>
        <w:rPr>
          <w:b w:val="0"/>
          <w:i w:val="0"/>
          <w:smallCaps w:val="0"/>
          <w:strike w:val="0"/>
          <w:sz w:val="22"/>
          <w:u w:val="single"/>
        </w:rPr>
        <w:t xml:space="preserve"> to enriching</w:t>
      </w:r>
      <w:r>
        <w:rPr>
          <w:b w:val="0"/>
          <w:i w:val="0"/>
          <w:smallCaps w:val="0"/>
          <w:strike w:val="0"/>
          <w:sz w:val="16"/>
          <w:u w:val="none"/>
        </w:rPr>
        <w:t xml:space="preserve"> Europe for </w:t>
      </w:r>
      <w:r>
        <w:rPr>
          <w:b w:val="0"/>
          <w:i w:val="0"/>
          <w:smallCaps w:val="0"/>
          <w:strike w:val="0"/>
          <w:sz w:val="22"/>
          <w:u w:val="single"/>
        </w:rPr>
        <w:t>global hegemony</w:t>
      </w:r>
      <w:r>
        <w:rPr>
          <w:b w:val="0"/>
          <w:i w:val="0"/>
          <w:smallCaps w:val="0"/>
          <w:strike w:val="0"/>
          <w:sz w:val="16"/>
          <w:u w:val="none"/>
        </w:rPr>
        <w:t xml:space="preserve">, </w:t>
      </w:r>
      <w:r>
        <w:rPr>
          <w:b w:val="0"/>
          <w:i w:val="0"/>
          <w:smallCaps w:val="0"/>
          <w:strike w:val="0"/>
          <w:sz w:val="22"/>
          <w:u w:val="single"/>
        </w:rPr>
        <w:t xml:space="preserve">it is </w:t>
      </w:r>
      <w:r>
        <w:rPr>
          <w:b/>
          <w:i w:val="0"/>
          <w:smallCaps w:val="0"/>
          <w:strike w:val="0"/>
          <w:sz w:val="22"/>
          <w:u w:val="single"/>
        </w:rPr>
        <w:t>manufacturing</w:t>
      </w:r>
      <w:r>
        <w:rPr>
          <w:b w:val="0"/>
          <w:i w:val="0"/>
          <w:smallCaps w:val="0"/>
          <w:strike w:val="0"/>
          <w:sz w:val="22"/>
          <w:u w:val="single"/>
        </w:rPr>
        <w:t xml:space="preserve"> with its </w:t>
      </w:r>
      <w:r>
        <w:rPr>
          <w:b/>
          <w:i w:val="0"/>
          <w:smallCaps w:val="0"/>
          <w:strike w:val="0"/>
          <w:sz w:val="22"/>
          <w:u w:val="single"/>
        </w:rPr>
        <w:t>intrinsic relation to proletarianization</w:t>
      </w:r>
      <w:r>
        <w:rPr>
          <w:b w:val="0"/>
          <w:i w:val="0"/>
          <w:smallCaps w:val="0"/>
          <w:strike w:val="0"/>
          <w:sz w:val="22"/>
          <w:u w:val="single"/>
        </w:rPr>
        <w:t xml:space="preserve"> and </w:t>
      </w:r>
      <w:r>
        <w:rPr>
          <w:b/>
          <w:i w:val="0"/>
          <w:smallCaps w:val="0"/>
          <w:strike w:val="0"/>
          <w:sz w:val="22"/>
          <w:u w:val="single"/>
        </w:rPr>
        <w:t>slums</w:t>
      </w:r>
      <w:r>
        <w:rPr>
          <w:b w:val="0"/>
          <w:i w:val="0"/>
          <w:smallCaps w:val="0"/>
          <w:strike w:val="0"/>
          <w:sz w:val="16"/>
          <w:u w:val="none"/>
        </w:rPr>
        <w:t xml:space="preserve">, </w:t>
      </w:r>
      <w:r>
        <w:rPr>
          <w:b/>
          <w:i w:val="0"/>
          <w:smallCaps w:val="0"/>
          <w:strike w:val="0"/>
          <w:sz w:val="22"/>
          <w:u w:val="single"/>
        </w:rPr>
        <w:t>accelerating</w:t>
      </w:r>
      <w:r>
        <w:rPr>
          <w:b w:val="0"/>
          <w:i w:val="0"/>
          <w:smallCaps w:val="0"/>
          <w:strike w:val="0"/>
          <w:sz w:val="16"/>
          <w:u w:val="none"/>
        </w:rPr>
        <w:t xml:space="preserve"> technological </w:t>
      </w:r>
      <w:r>
        <w:rPr>
          <w:b/>
          <w:i w:val="0"/>
          <w:smallCaps w:val="0"/>
          <w:strike w:val="0"/>
          <w:sz w:val="22"/>
          <w:u w:val="single"/>
        </w:rPr>
        <w:t>innovation</w:t>
      </w:r>
      <w:r>
        <w:rPr>
          <w:b w:val="0"/>
          <w:i w:val="0"/>
          <w:smallCaps w:val="0"/>
          <w:strike w:val="0"/>
          <w:sz w:val="16"/>
          <w:u w:val="none"/>
        </w:rPr>
        <w:t xml:space="preserve">, </w:t>
      </w:r>
      <w:r>
        <w:rPr>
          <w:b w:val="0"/>
          <w:i w:val="0"/>
          <w:smallCaps w:val="0"/>
          <w:strike w:val="0"/>
          <w:sz w:val="22"/>
          <w:u w:val="single"/>
        </w:rPr>
        <w:t xml:space="preserve">and an </w:t>
      </w:r>
      <w:r>
        <w:rPr>
          <w:b/>
          <w:i w:val="0"/>
          <w:smallCaps w:val="0"/>
          <w:strike w:val="0"/>
          <w:sz w:val="22"/>
          <w:u w:val="single"/>
        </w:rPr>
        <w:t>irrepressible invitation</w:t>
      </w:r>
      <w:r>
        <w:rPr>
          <w:b w:val="0"/>
          <w:i w:val="0"/>
          <w:smallCaps w:val="0"/>
          <w:strike w:val="0"/>
          <w:sz w:val="22"/>
          <w:u w:val="single"/>
        </w:rPr>
        <w:t xml:space="preserve"> to consume which </w:t>
      </w:r>
      <w:r>
        <w:rPr>
          <w:b/>
          <w:i w:val="0"/>
          <w:smallCaps w:val="0"/>
          <w:strike w:val="0"/>
          <w:sz w:val="22"/>
          <w:u w:val="single"/>
        </w:rPr>
        <w:t>spread around the planet</w:t>
      </w:r>
      <w:r>
        <w:rPr>
          <w:b w:val="0"/>
          <w:i w:val="0"/>
          <w:smallCaps w:val="0"/>
          <w:strike w:val="0"/>
          <w:sz w:val="16"/>
          <w:u w:val="none"/>
        </w:rPr>
        <w:t xml:space="preserve">, </w:t>
      </w:r>
      <w:r>
        <w:rPr>
          <w:b w:val="0"/>
          <w:i w:val="0"/>
          <w:smallCaps w:val="0"/>
          <w:strike w:val="0"/>
          <w:sz w:val="22"/>
          <w:u w:val="single"/>
        </w:rPr>
        <w:t xml:space="preserve">which meant that extermination and coerced labor became </w:t>
      </w:r>
      <w:r>
        <w:rPr>
          <w:b/>
          <w:i w:val="0"/>
          <w:smallCaps w:val="0"/>
          <w:strike w:val="0"/>
          <w:sz w:val="22"/>
          <w:u w:val="single"/>
        </w:rPr>
        <w:t>slower</w:t>
      </w:r>
      <w:r>
        <w:rPr>
          <w:b w:val="0"/>
          <w:i w:val="0"/>
          <w:smallCaps w:val="0"/>
          <w:strike w:val="0"/>
          <w:sz w:val="22"/>
          <w:u w:val="single"/>
        </w:rPr>
        <w:t xml:space="preserve"> and </w:t>
      </w:r>
      <w:r>
        <w:rPr>
          <w:b/>
          <w:i w:val="0"/>
          <w:smallCaps w:val="0"/>
          <w:strike w:val="0"/>
          <w:sz w:val="22"/>
          <w:u w:val="single"/>
        </w:rPr>
        <w:t>more covert</w:t>
      </w:r>
      <w:r>
        <w:rPr>
          <w:b w:val="0"/>
          <w:i w:val="0"/>
          <w:smallCaps w:val="0"/>
          <w:strike w:val="0"/>
          <w:sz w:val="22"/>
          <w:u w:val="single"/>
        </w:rPr>
        <w:t xml:space="preserve"> processes</w:t>
      </w:r>
      <w:r>
        <w:rPr>
          <w:b w:val="0"/>
          <w:i w:val="0"/>
          <w:smallCaps w:val="0"/>
          <w:strike w:val="0"/>
          <w:sz w:val="16"/>
          <w:u w:val="none"/>
        </w:rPr>
        <w:t xml:space="preserve">. Doubtless </w:t>
      </w:r>
      <w:r>
        <w:rPr>
          <w:b w:val="0"/>
          <w:i w:val="0"/>
          <w:smallCaps w:val="0"/>
          <w:strike w:val="0"/>
          <w:sz w:val="22"/>
          <w:u w:val="single"/>
        </w:rPr>
        <w:t xml:space="preserve">there are work and mobility conditions approaching chattel slavery </w:t>
      </w:r>
      <w:r>
        <w:rPr>
          <w:b w:val="0"/>
          <w:i w:val="0"/>
          <w:smallCaps w:val="0"/>
          <w:strike w:val="0"/>
          <w:sz w:val="22"/>
          <w:u w:val="single"/>
        </w:rPr>
        <w:t>in all continents</w:t>
      </w:r>
      <w:r>
        <w:rPr>
          <w:b w:val="0"/>
          <w:i w:val="0"/>
          <w:smallCaps w:val="0"/>
          <w:strike w:val="0"/>
          <w:sz w:val="16"/>
          <w:u w:val="none"/>
        </w:rPr>
        <w:t xml:space="preserve">, </w:t>
      </w:r>
      <w:r>
        <w:rPr>
          <w:b w:val="0"/>
          <w:i w:val="0"/>
          <w:smallCaps w:val="0"/>
          <w:strike w:val="0"/>
          <w:sz w:val="22"/>
          <w:u w:val="single"/>
        </w:rPr>
        <w:t>and there is plenty of biopolitical domination approaching genocide even during alleged peace</w:t>
      </w:r>
      <w:r>
        <w:rPr>
          <w:b w:val="0"/>
          <w:i w:val="0"/>
          <w:smallCaps w:val="0"/>
          <w:strike w:val="0"/>
          <w:sz w:val="16"/>
          <w:u w:val="none"/>
        </w:rPr>
        <w:t xml:space="preserve"> times. </w:t>
      </w:r>
      <w:r>
        <w:rPr>
          <w:b w:val="0"/>
          <w:i w:val="0"/>
          <w:smallCaps w:val="0"/>
          <w:strike w:val="0"/>
          <w:sz w:val="22"/>
          <w:u w:val="single"/>
        </w:rPr>
        <w:t xml:space="preserve">But </w:t>
      </w:r>
      <w:r>
        <w:rPr>
          <w:b w:val="0"/>
          <w:i w:val="0"/>
          <w:smallCaps w:val="0"/>
          <w:strike w:val="0"/>
          <w:sz w:val="22"/>
          <w:highlight w:val="cyan"/>
          <w:u w:val="single"/>
        </w:rPr>
        <w:t xml:space="preserve">it is </w:t>
      </w:r>
      <w:r>
        <w:rPr>
          <w:b/>
          <w:i w:val="0"/>
          <w:smallCaps w:val="0"/>
          <w:strike w:val="0"/>
          <w:sz w:val="22"/>
          <w:highlight w:val="cyan"/>
          <w:u w:val="single"/>
        </w:rPr>
        <w:t>difficult to see</w:t>
      </w:r>
      <w:r>
        <w:rPr>
          <w:b w:val="0"/>
          <w:i w:val="0"/>
          <w:smallCaps w:val="0"/>
          <w:strike w:val="0"/>
          <w:sz w:val="16"/>
          <w:u w:val="none"/>
        </w:rPr>
        <w:t xml:space="preserve"> how </w:t>
      </w:r>
      <w:r>
        <w:rPr>
          <w:b/>
          <w:i w:val="0"/>
          <w:smallCaps w:val="0"/>
          <w:strike w:val="0"/>
          <w:sz w:val="22"/>
          <w:u w:val="single"/>
        </w:rPr>
        <w:t xml:space="preserve">multinational </w:t>
      </w:r>
      <w:r>
        <w:rPr>
          <w:b/>
          <w:i w:val="0"/>
          <w:smallCaps w:val="0"/>
          <w:strike w:val="0"/>
          <w:sz w:val="22"/>
          <w:highlight w:val="cyan"/>
          <w:u w:val="single"/>
        </w:rPr>
        <w:t>corporations</w:t>
      </w:r>
      <w:r>
        <w:rPr>
          <w:b w:val="0"/>
          <w:i w:val="0"/>
          <w:smallCaps w:val="0"/>
          <w:strike w:val="0"/>
          <w:sz w:val="16"/>
          <w:u w:val="none"/>
        </w:rPr>
        <w:t xml:space="preserve">, </w:t>
      </w:r>
      <w:r>
        <w:rPr>
          <w:b/>
          <w:i w:val="0"/>
          <w:smallCaps w:val="0"/>
          <w:strike w:val="0"/>
          <w:sz w:val="22"/>
          <w:u w:val="single"/>
        </w:rPr>
        <w:t>megacities</w:t>
      </w:r>
      <w:r>
        <w:rPr>
          <w:b w:val="0"/>
          <w:i w:val="0"/>
          <w:smallCaps w:val="0"/>
          <w:strike w:val="0"/>
          <w:sz w:val="16"/>
          <w:u w:val="none"/>
        </w:rPr>
        <w:t xml:space="preserve">, and </w:t>
      </w:r>
      <w:r>
        <w:rPr>
          <w:b/>
          <w:i w:val="0"/>
          <w:smallCaps w:val="0"/>
          <w:strike w:val="0"/>
          <w:sz w:val="22"/>
          <w:u w:val="single"/>
        </w:rPr>
        <w:t>mass migration</w:t>
      </w:r>
      <w:r>
        <w:rPr>
          <w:b w:val="0"/>
          <w:i w:val="0"/>
          <w:smallCaps w:val="0"/>
          <w:strike w:val="0"/>
          <w:sz w:val="16"/>
          <w:u w:val="none"/>
        </w:rPr>
        <w:t xml:space="preserve"> could have obtained </w:t>
      </w:r>
      <w:r>
        <w:rPr>
          <w:b w:val="0"/>
          <w:i w:val="0"/>
          <w:smallCaps w:val="0"/>
          <w:strike w:val="0"/>
          <w:sz w:val="22"/>
          <w:highlight w:val="cyan"/>
          <w:u w:val="single"/>
        </w:rPr>
        <w:t>were it not for</w:t>
      </w:r>
      <w:r>
        <w:rPr>
          <w:b w:val="0"/>
          <w:i w:val="0"/>
          <w:smallCaps w:val="0"/>
          <w:strike w:val="0"/>
          <w:sz w:val="22"/>
          <w:u w:val="single"/>
        </w:rPr>
        <w:t xml:space="preserve"> industrial capitalism </w:t>
      </w:r>
      <w:r>
        <w:rPr>
          <w:b/>
          <w:i w:val="0"/>
          <w:smallCaps w:val="0"/>
          <w:strike w:val="0"/>
          <w:sz w:val="22"/>
          <w:highlight w:val="cyan"/>
          <w:u w:val="single"/>
        </w:rPr>
        <w:t>overcoming</w:t>
      </w:r>
      <w:r>
        <w:rPr>
          <w:b w:val="0"/>
          <w:i w:val="0"/>
          <w:smallCaps w:val="0"/>
          <w:strike w:val="0"/>
          <w:sz w:val="16"/>
          <w:u w:val="none"/>
        </w:rPr>
        <w:t xml:space="preserve"> the severe </w:t>
      </w:r>
      <w:r>
        <w:rPr>
          <w:b/>
          <w:i w:val="0"/>
          <w:smallCaps w:val="0"/>
          <w:strike w:val="0"/>
          <w:sz w:val="22"/>
          <w:u w:val="single"/>
        </w:rPr>
        <w:t>limitations</w:t>
      </w:r>
      <w:r>
        <w:rPr>
          <w:b w:val="0"/>
          <w:i w:val="0"/>
          <w:smallCaps w:val="0"/>
          <w:strike w:val="0"/>
          <w:sz w:val="22"/>
          <w:u w:val="single"/>
        </w:rPr>
        <w:t xml:space="preserve"> built into the</w:t>
      </w:r>
      <w:r>
        <w:rPr>
          <w:b w:val="0"/>
          <w:i w:val="0"/>
          <w:smallCaps w:val="0"/>
          <w:strike w:val="0"/>
          <w:sz w:val="16"/>
          <w:u w:val="none"/>
        </w:rPr>
        <w:t xml:space="preserve"> mercantile, </w:t>
      </w:r>
      <w:r>
        <w:rPr>
          <w:b/>
          <w:i w:val="0"/>
          <w:smallCaps w:val="0"/>
          <w:strike w:val="0"/>
          <w:sz w:val="22"/>
          <w:highlight w:val="cyan"/>
          <w:u w:val="single"/>
        </w:rPr>
        <w:t>plantation</w:t>
      </w:r>
      <w:r>
        <w:rPr>
          <w:b w:val="0"/>
          <w:i w:val="0"/>
          <w:smallCaps w:val="0"/>
          <w:strike w:val="0"/>
          <w:sz w:val="16"/>
          <w:u w:val="none"/>
        </w:rPr>
        <w:t xml:space="preserve">, </w:t>
      </w:r>
      <w:r>
        <w:rPr>
          <w:b/>
          <w:i w:val="0"/>
          <w:smallCaps w:val="0"/>
          <w:strike w:val="0"/>
          <w:sz w:val="22"/>
          <w:u w:val="single"/>
        </w:rPr>
        <w:t>colonial</w:t>
      </w:r>
      <w:r>
        <w:rPr>
          <w:b w:val="0"/>
          <w:i w:val="0"/>
          <w:smallCaps w:val="0"/>
          <w:strike w:val="0"/>
          <w:sz w:val="16"/>
          <w:u w:val="none"/>
        </w:rPr>
        <w:t xml:space="preserve">, </w:t>
      </w:r>
      <w:r>
        <w:rPr>
          <w:b w:val="0"/>
          <w:i w:val="0"/>
          <w:smallCaps w:val="0"/>
          <w:strike w:val="0"/>
          <w:sz w:val="22"/>
          <w:u w:val="single"/>
        </w:rPr>
        <w:t xml:space="preserve">and </w:t>
      </w:r>
      <w:r>
        <w:rPr>
          <w:b/>
          <w:i w:val="0"/>
          <w:smallCaps w:val="0"/>
          <w:strike w:val="0"/>
          <w:sz w:val="22"/>
          <w:u w:val="single"/>
        </w:rPr>
        <w:t xml:space="preserve">eliminationist </w:t>
      </w:r>
      <w:r>
        <w:rPr>
          <w:b/>
          <w:i w:val="0"/>
          <w:smallCaps w:val="0"/>
          <w:strike w:val="0"/>
          <w:sz w:val="22"/>
          <w:highlight w:val="cyan"/>
          <w:u w:val="single"/>
        </w:rPr>
        <w:t>models</w:t>
      </w:r>
      <w:r>
        <w:rPr>
          <w:b w:val="0"/>
          <w:i w:val="0"/>
          <w:smallCaps w:val="0"/>
          <w:strike w:val="0"/>
          <w:sz w:val="16"/>
          <w:u w:val="none"/>
        </w:rPr>
        <w:t>.</w:t>
      </w:r>
    </w:p>
    <w:p>
      <w:pPr>
        <w:spacing w:after="60"/>
      </w:pPr>
      <w:r>
        <w:rPr>
          <w:b w:val="0"/>
          <w:i w:val="0"/>
          <w:smallCaps w:val="0"/>
          <w:strike w:val="0"/>
          <w:sz w:val="16"/>
          <w:u w:val="none"/>
        </w:rPr>
        <w:t xml:space="preserve">In the US itself, as </w:t>
      </w:r>
      <w:r>
        <w:rPr>
          <w:b w:val="0"/>
          <w:i w:val="0"/>
          <w:smallCaps w:val="0"/>
          <w:strike w:val="0"/>
          <w:sz w:val="22"/>
          <w:u w:val="single"/>
        </w:rPr>
        <w:t>scholars</w:t>
      </w:r>
      <w:r>
        <w:rPr>
          <w:b w:val="0"/>
          <w:i w:val="0"/>
          <w:smallCaps w:val="0"/>
          <w:strike w:val="0"/>
          <w:sz w:val="16"/>
          <w:u w:val="none"/>
        </w:rPr>
        <w:t xml:space="preserve"> from WEB Du Bois (1935) onwards </w:t>
      </w:r>
      <w:r>
        <w:rPr>
          <w:b w:val="0"/>
          <w:i w:val="0"/>
          <w:smallCaps w:val="0"/>
          <w:strike w:val="0"/>
          <w:sz w:val="22"/>
          <w:u w:val="single"/>
        </w:rPr>
        <w:t>have shown</w:t>
      </w:r>
      <w:r>
        <w:rPr>
          <w:b w:val="0"/>
          <w:i w:val="0"/>
          <w:smallCaps w:val="0"/>
          <w:strike w:val="0"/>
          <w:sz w:val="16"/>
          <w:u w:val="none"/>
        </w:rPr>
        <w:t xml:space="preserve">, </w:t>
      </w:r>
      <w:r>
        <w:rPr>
          <w:b w:val="0"/>
          <w:i w:val="0"/>
          <w:smallCaps w:val="0"/>
          <w:strike w:val="0"/>
          <w:sz w:val="22"/>
          <w:highlight w:val="cyan"/>
          <w:u w:val="single"/>
        </w:rPr>
        <w:t xml:space="preserve">slavery </w:t>
      </w:r>
      <w:r>
        <w:rPr>
          <w:b/>
          <w:i w:val="0"/>
          <w:smallCaps w:val="0"/>
          <w:strike w:val="0"/>
          <w:sz w:val="22"/>
          <w:highlight w:val="cyan"/>
          <w:u w:val="single"/>
        </w:rPr>
        <w:t>had to be</w:t>
      </w:r>
      <w:r>
        <w:rPr>
          <w:b/>
          <w:i w:val="0"/>
          <w:smallCaps w:val="0"/>
          <w:strike w:val="0"/>
          <w:sz w:val="22"/>
          <w:u w:val="single"/>
        </w:rPr>
        <w:t xml:space="preserve"> formally </w:t>
      </w:r>
      <w:r>
        <w:rPr>
          <w:b/>
          <w:i w:val="0"/>
          <w:smallCaps w:val="0"/>
          <w:strike w:val="0"/>
          <w:sz w:val="22"/>
          <w:highlight w:val="cyan"/>
          <w:u w:val="single"/>
        </w:rPr>
        <w:t>abolished</w:t>
      </w:r>
      <w:r>
        <w:rPr>
          <w:b w:val="0"/>
          <w:i w:val="0"/>
          <w:smallCaps w:val="0"/>
          <w:strike w:val="0"/>
          <w:sz w:val="22"/>
          <w:highlight w:val="cyan"/>
          <w:u w:val="single"/>
        </w:rPr>
        <w:t xml:space="preserve"> for</w:t>
      </w:r>
      <w:r>
        <w:rPr>
          <w:b w:val="0"/>
          <w:i w:val="0"/>
          <w:smallCaps w:val="0"/>
          <w:strike w:val="0"/>
          <w:sz w:val="22"/>
          <w:u w:val="single"/>
        </w:rPr>
        <w:t xml:space="preserve"> manufacturing and</w:t>
      </w:r>
      <w:r>
        <w:rPr>
          <w:b w:val="0"/>
          <w:i w:val="0"/>
          <w:smallCaps w:val="0"/>
          <w:strike w:val="0"/>
          <w:sz w:val="22"/>
          <w:u w:val="single"/>
        </w:rPr>
        <w:t xml:space="preserve"> </w:t>
      </w:r>
      <w:r>
        <w:rPr>
          <w:b w:val="0"/>
          <w:i w:val="0"/>
          <w:smallCaps w:val="0"/>
          <w:strike w:val="0"/>
          <w:sz w:val="22"/>
          <w:highlight w:val="cyan"/>
          <w:u w:val="single"/>
        </w:rPr>
        <w:t xml:space="preserve">cities to </w:t>
      </w:r>
      <w:r>
        <w:rPr>
          <w:b/>
          <w:i w:val="0"/>
          <w:smallCaps w:val="0"/>
          <w:strike w:val="0"/>
          <w:sz w:val="22"/>
          <w:highlight w:val="cyan"/>
          <w:u w:val="single"/>
        </w:rPr>
        <w:t>kick off</w:t>
      </w:r>
      <w:r>
        <w:rPr>
          <w:b w:val="0"/>
          <w:i w:val="0"/>
          <w:smallCaps w:val="0"/>
          <w:strike w:val="0"/>
          <w:sz w:val="16"/>
          <w:u w:val="none"/>
        </w:rPr>
        <w:t xml:space="preserve">, spurring processes like the Great Migration of African Americans and, more fortuitously, black music. Following Deleuze and </w:t>
      </w:r>
      <w:r>
        <w:rPr>
          <w:b w:val="0"/>
          <w:i w:val="0"/>
          <w:smallCaps w:val="0"/>
          <w:strike w:val="0"/>
          <w:sz w:val="16"/>
          <w:u w:val="none"/>
        </w:rPr>
        <w:t>Guattari</w:t>
      </w:r>
      <w:r>
        <w:rPr>
          <w:b w:val="0"/>
          <w:i w:val="0"/>
          <w:smallCaps w:val="0"/>
          <w:strike w:val="0"/>
          <w:sz w:val="16"/>
          <w:u w:val="none"/>
        </w:rPr>
        <w:t xml:space="preserve"> (and Marx), </w:t>
      </w:r>
      <w:r>
        <w:rPr>
          <w:b/>
          <w:i w:val="0"/>
          <w:smallCaps w:val="0"/>
          <w:strike w:val="0"/>
          <w:sz w:val="22"/>
          <w:u w:val="single"/>
        </w:rPr>
        <w:t>however dire</w:t>
      </w:r>
      <w:r>
        <w:rPr>
          <w:b w:val="0"/>
          <w:i w:val="0"/>
          <w:smallCaps w:val="0"/>
          <w:strike w:val="0"/>
          <w:sz w:val="22"/>
          <w:u w:val="single"/>
        </w:rPr>
        <w:t xml:space="preserve"> the extraction of surplus-value from the laboring body</w:t>
      </w:r>
      <w:r>
        <w:rPr>
          <w:b w:val="0"/>
          <w:i w:val="0"/>
          <w:smallCaps w:val="0"/>
          <w:strike w:val="0"/>
          <w:sz w:val="16"/>
          <w:u w:val="none"/>
        </w:rPr>
        <w:t xml:space="preserve">, </w:t>
      </w:r>
      <w:r>
        <w:rPr>
          <w:b w:val="0"/>
          <w:i w:val="0"/>
          <w:smallCaps w:val="0"/>
          <w:strike w:val="0"/>
          <w:sz w:val="22"/>
          <w:u w:val="single"/>
        </w:rPr>
        <w:t xml:space="preserve">racial capitalism involves </w:t>
      </w:r>
      <w:r>
        <w:rPr>
          <w:b/>
          <w:i w:val="0"/>
          <w:smallCaps w:val="0"/>
          <w:strike w:val="0"/>
          <w:sz w:val="22"/>
          <w:u w:val="single"/>
        </w:rPr>
        <w:t>some degree</w:t>
      </w:r>
      <w:r>
        <w:rPr>
          <w:b w:val="0"/>
          <w:i w:val="0"/>
          <w:smallCaps w:val="0"/>
          <w:strike w:val="0"/>
          <w:sz w:val="16"/>
          <w:u w:val="none"/>
        </w:rPr>
        <w:t xml:space="preserve"> (</w:t>
      </w:r>
      <w:r>
        <w:rPr>
          <w:b w:val="0"/>
          <w:i w:val="0"/>
          <w:smallCaps w:val="0"/>
          <w:strike w:val="0"/>
          <w:sz w:val="22"/>
          <w:u w:val="single"/>
        </w:rPr>
        <w:t xml:space="preserve">and </w:t>
      </w:r>
      <w:r>
        <w:rPr>
          <w:b/>
          <w:i w:val="0"/>
          <w:smallCaps w:val="0"/>
          <w:strike w:val="0"/>
          <w:sz w:val="22"/>
          <w:u w:val="single"/>
        </w:rPr>
        <w:t>ideology</w:t>
      </w:r>
      <w:r>
        <w:rPr>
          <w:b w:val="0"/>
          <w:i w:val="0"/>
          <w:smallCaps w:val="0"/>
          <w:strike w:val="0"/>
          <w:sz w:val="16"/>
          <w:u w:val="none"/>
        </w:rPr>
        <w:t xml:space="preserve">) </w:t>
      </w:r>
      <w:r>
        <w:rPr>
          <w:b w:val="0"/>
          <w:i w:val="0"/>
          <w:smallCaps w:val="0"/>
          <w:strike w:val="0"/>
          <w:sz w:val="22"/>
          <w:u w:val="single"/>
        </w:rPr>
        <w:t>of</w:t>
      </w:r>
      <w:r>
        <w:rPr>
          <w:b w:val="0"/>
          <w:i w:val="0"/>
          <w:smallCaps w:val="0"/>
          <w:strike w:val="0"/>
          <w:sz w:val="16"/>
          <w:u w:val="none"/>
        </w:rPr>
        <w:t xml:space="preserve"> “</w:t>
      </w:r>
      <w:r>
        <w:rPr>
          <w:b/>
          <w:i w:val="0"/>
          <w:smallCaps w:val="0"/>
          <w:strike w:val="0"/>
          <w:sz w:val="22"/>
          <w:u w:val="single"/>
        </w:rPr>
        <w:t>freedom</w:t>
      </w:r>
      <w:r>
        <w:rPr>
          <w:b w:val="0"/>
          <w:i w:val="0"/>
          <w:smallCaps w:val="0"/>
          <w:strike w:val="0"/>
          <w:sz w:val="16"/>
          <w:u w:val="none"/>
        </w:rPr>
        <w:t xml:space="preserve">.” </w:t>
      </w:r>
      <w:r>
        <w:rPr>
          <w:b w:val="0"/>
          <w:i w:val="0"/>
          <w:smallCaps w:val="0"/>
          <w:strike w:val="0"/>
          <w:sz w:val="16"/>
          <w:u w:val="none"/>
        </w:rPr>
        <w:t>Saidiya</w:t>
      </w:r>
      <w:r>
        <w:rPr>
          <w:b w:val="0"/>
          <w:i w:val="0"/>
          <w:smallCaps w:val="0"/>
          <w:strike w:val="0"/>
          <w:sz w:val="16"/>
          <w:u w:val="none"/>
        </w:rPr>
        <w:t xml:space="preserve"> </w:t>
      </w:r>
      <w:r>
        <w:rPr>
          <w:b/>
          <w:i w:val="0"/>
          <w:smallCaps w:val="0"/>
          <w:strike w:val="0"/>
          <w:sz w:val="22"/>
          <w:u w:val="single"/>
        </w:rPr>
        <w:t>Hartman’s</w:t>
      </w:r>
      <w:r>
        <w:rPr>
          <w:b w:val="0"/>
          <w:i w:val="0"/>
          <w:smallCaps w:val="0"/>
          <w:strike w:val="0"/>
          <w:sz w:val="16"/>
          <w:u w:val="none"/>
        </w:rPr>
        <w:t xml:space="preserve"> (1997) </w:t>
      </w:r>
      <w:r>
        <w:rPr>
          <w:b w:val="0"/>
          <w:i w:val="0"/>
          <w:smallCaps w:val="0"/>
          <w:strike w:val="0"/>
          <w:sz w:val="22"/>
          <w:u w:val="single"/>
        </w:rPr>
        <w:t xml:space="preserve">excavation of the </w:t>
      </w:r>
      <w:r>
        <w:rPr>
          <w:b/>
          <w:i w:val="0"/>
          <w:smallCaps w:val="0"/>
          <w:strike w:val="0"/>
          <w:sz w:val="22"/>
          <w:u w:val="single"/>
        </w:rPr>
        <w:t>terroristic</w:t>
      </w:r>
      <w:r>
        <w:rPr>
          <w:b w:val="0"/>
          <w:i w:val="0"/>
          <w:smallCaps w:val="0"/>
          <w:strike w:val="0"/>
          <w:sz w:val="16"/>
          <w:u w:val="none"/>
        </w:rPr>
        <w:t xml:space="preserve">, </w:t>
      </w:r>
      <w:r>
        <w:rPr>
          <w:b/>
          <w:i w:val="0"/>
          <w:smallCaps w:val="0"/>
          <w:strike w:val="0"/>
          <w:sz w:val="22"/>
          <w:u w:val="single"/>
        </w:rPr>
        <w:t>legal</w:t>
      </w:r>
      <w:r>
        <w:rPr>
          <w:b w:val="0"/>
          <w:i w:val="0"/>
          <w:smallCaps w:val="0"/>
          <w:strike w:val="0"/>
          <w:sz w:val="16"/>
          <w:u w:val="none"/>
        </w:rPr>
        <w:t xml:space="preserve">, </w:t>
      </w:r>
      <w:r>
        <w:rPr>
          <w:b w:val="0"/>
          <w:i w:val="0"/>
          <w:smallCaps w:val="0"/>
          <w:strike w:val="0"/>
          <w:sz w:val="22"/>
          <w:u w:val="single"/>
        </w:rPr>
        <w:t xml:space="preserve">and </w:t>
      </w:r>
      <w:r>
        <w:rPr>
          <w:b/>
          <w:i w:val="0"/>
          <w:smallCaps w:val="0"/>
          <w:strike w:val="0"/>
          <w:sz w:val="22"/>
          <w:u w:val="single"/>
        </w:rPr>
        <w:t>psychical aspects</w:t>
      </w:r>
      <w:r>
        <w:rPr>
          <w:b w:val="0"/>
          <w:i w:val="0"/>
          <w:smallCaps w:val="0"/>
          <w:strike w:val="0"/>
          <w:sz w:val="22"/>
          <w:u w:val="single"/>
        </w:rPr>
        <w:t xml:space="preserve"> of slavery</w:t>
      </w:r>
      <w:r>
        <w:rPr>
          <w:b w:val="0"/>
          <w:i w:val="0"/>
          <w:smallCaps w:val="0"/>
          <w:strike w:val="0"/>
          <w:sz w:val="16"/>
          <w:u w:val="none"/>
        </w:rPr>
        <w:t xml:space="preserve"> living on after legal Emancipation </w:t>
      </w:r>
      <w:r>
        <w:rPr>
          <w:b w:val="0"/>
          <w:i w:val="0"/>
          <w:smallCaps w:val="0"/>
          <w:strike w:val="0"/>
          <w:sz w:val="22"/>
          <w:u w:val="single"/>
        </w:rPr>
        <w:t>demonstrates</w:t>
      </w:r>
      <w:r>
        <w:rPr>
          <w:b w:val="0"/>
          <w:i w:val="0"/>
          <w:smallCaps w:val="0"/>
          <w:strike w:val="0"/>
          <w:sz w:val="16"/>
          <w:u w:val="none"/>
        </w:rPr>
        <w:t xml:space="preserve"> there are </w:t>
      </w:r>
      <w:r>
        <w:rPr>
          <w:b/>
          <w:i w:val="0"/>
          <w:smallCaps w:val="0"/>
          <w:strike w:val="0"/>
          <w:sz w:val="22"/>
          <w:u w:val="single"/>
        </w:rPr>
        <w:t>strong</w:t>
      </w:r>
      <w:r>
        <w:rPr>
          <w:b w:val="0"/>
          <w:i w:val="0"/>
          <w:smallCaps w:val="0"/>
          <w:strike w:val="0"/>
          <w:sz w:val="22"/>
          <w:u w:val="single"/>
        </w:rPr>
        <w:t xml:space="preserve"> but </w:t>
      </w:r>
      <w:r>
        <w:rPr>
          <w:b/>
          <w:i w:val="0"/>
          <w:smallCaps w:val="0"/>
          <w:strike w:val="0"/>
          <w:sz w:val="22"/>
          <w:u w:val="single"/>
        </w:rPr>
        <w:t>disavowed continuities</w:t>
      </w:r>
      <w:r>
        <w:rPr>
          <w:b w:val="0"/>
          <w:i w:val="0"/>
          <w:smallCaps w:val="0"/>
          <w:strike w:val="0"/>
          <w:sz w:val="22"/>
          <w:u w:val="single"/>
        </w:rPr>
        <w:t xml:space="preserve"> in institutional racism and misogyny</w:t>
      </w:r>
      <w:r>
        <w:rPr>
          <w:b w:val="0"/>
          <w:i w:val="0"/>
          <w:smallCaps w:val="0"/>
          <w:strike w:val="0"/>
          <w:sz w:val="16"/>
          <w:u w:val="none"/>
        </w:rPr>
        <w:t xml:space="preserve">. </w:t>
      </w:r>
      <w:r>
        <w:rPr>
          <w:b w:val="0"/>
          <w:i w:val="0"/>
          <w:smallCaps w:val="0"/>
          <w:strike w:val="0"/>
          <w:sz w:val="22"/>
          <w:u w:val="single"/>
        </w:rPr>
        <w:t xml:space="preserve">But </w:t>
      </w:r>
      <w:r>
        <w:rPr>
          <w:b/>
          <w:i w:val="0"/>
          <w:smallCaps w:val="0"/>
          <w:strike w:val="0"/>
          <w:sz w:val="22"/>
          <w:u w:val="single"/>
        </w:rPr>
        <w:t>however violent</w:t>
      </w:r>
      <w:r>
        <w:rPr>
          <w:b w:val="0"/>
          <w:i w:val="0"/>
          <w:smallCaps w:val="0"/>
          <w:strike w:val="0"/>
          <w:sz w:val="22"/>
          <w:u w:val="single"/>
        </w:rPr>
        <w:t xml:space="preserve"> the</w:t>
      </w:r>
      <w:r>
        <w:rPr>
          <w:b w:val="0"/>
          <w:i w:val="0"/>
          <w:smallCaps w:val="0"/>
          <w:strike w:val="0"/>
          <w:sz w:val="16"/>
          <w:u w:val="none"/>
        </w:rPr>
        <w:t xml:space="preserve"> post-Emancipation </w:t>
      </w:r>
      <w:r>
        <w:rPr>
          <w:b w:val="0"/>
          <w:i w:val="0"/>
          <w:smallCaps w:val="0"/>
          <w:strike w:val="0"/>
          <w:sz w:val="22"/>
          <w:u w:val="single"/>
        </w:rPr>
        <w:t>U</w:t>
      </w:r>
      <w:r>
        <w:rPr>
          <w:b w:val="0"/>
          <w:i w:val="0"/>
          <w:smallCaps w:val="0"/>
          <w:strike w:val="0"/>
          <w:sz w:val="16"/>
          <w:u w:val="none"/>
        </w:rPr>
        <w:t xml:space="preserve">nited </w:t>
      </w:r>
      <w:r>
        <w:rPr>
          <w:b w:val="0"/>
          <w:i w:val="0"/>
          <w:smallCaps w:val="0"/>
          <w:strike w:val="0"/>
          <w:sz w:val="22"/>
          <w:u w:val="single"/>
        </w:rPr>
        <w:t>S</w:t>
      </w:r>
      <w:r>
        <w:rPr>
          <w:b w:val="0"/>
          <w:i w:val="0"/>
          <w:smallCaps w:val="0"/>
          <w:strike w:val="0"/>
          <w:sz w:val="16"/>
          <w:u w:val="none"/>
        </w:rPr>
        <w:t xml:space="preserve">tates </w:t>
      </w:r>
      <w:r>
        <w:rPr>
          <w:b w:val="0"/>
          <w:i w:val="0"/>
          <w:smallCaps w:val="0"/>
          <w:strike w:val="0"/>
          <w:sz w:val="22"/>
          <w:u w:val="single"/>
        </w:rPr>
        <w:t>has been</w:t>
      </w:r>
      <w:r>
        <w:rPr>
          <w:b w:val="0"/>
          <w:i w:val="0"/>
          <w:smallCaps w:val="0"/>
          <w:strike w:val="0"/>
          <w:sz w:val="16"/>
          <w:u w:val="none"/>
        </w:rPr>
        <w:t xml:space="preserve">, </w:t>
      </w:r>
      <w:r>
        <w:rPr>
          <w:b w:val="0"/>
          <w:i w:val="0"/>
          <w:smallCaps w:val="0"/>
          <w:strike w:val="0"/>
          <w:sz w:val="22"/>
          <w:u w:val="single"/>
        </w:rPr>
        <w:t xml:space="preserve">from </w:t>
      </w:r>
      <w:r>
        <w:rPr>
          <w:b/>
          <w:i w:val="0"/>
          <w:smallCaps w:val="0"/>
          <w:strike w:val="0"/>
          <w:sz w:val="22"/>
          <w:u w:val="single"/>
        </w:rPr>
        <w:t>lynching</w:t>
      </w:r>
      <w:r>
        <w:rPr>
          <w:b w:val="0"/>
          <w:i w:val="0"/>
          <w:smallCaps w:val="0"/>
          <w:strike w:val="0"/>
          <w:sz w:val="22"/>
          <w:u w:val="single"/>
        </w:rPr>
        <w:t xml:space="preserve"> to the </w:t>
      </w:r>
      <w:r>
        <w:rPr>
          <w:b/>
          <w:i w:val="0"/>
          <w:smallCaps w:val="0"/>
          <w:strike w:val="0"/>
          <w:sz w:val="22"/>
          <w:u w:val="single"/>
        </w:rPr>
        <w:t>prison-industrial complex</w:t>
      </w:r>
      <w:r>
        <w:rPr>
          <w:b w:val="0"/>
          <w:i w:val="0"/>
          <w:smallCaps w:val="0"/>
          <w:strike w:val="0"/>
          <w:sz w:val="22"/>
          <w:u w:val="single"/>
        </w:rPr>
        <w:t xml:space="preserve"> to the </w:t>
      </w:r>
      <w:r>
        <w:rPr>
          <w:b/>
          <w:i w:val="0"/>
          <w:smallCaps w:val="0"/>
          <w:strike w:val="0"/>
          <w:sz w:val="22"/>
          <w:u w:val="single"/>
        </w:rPr>
        <w:t>war on crack</w:t>
      </w:r>
      <w:r>
        <w:rPr>
          <w:b w:val="0"/>
          <w:i w:val="0"/>
          <w:smallCaps w:val="0"/>
          <w:strike w:val="0"/>
          <w:sz w:val="16"/>
          <w:u w:val="none"/>
        </w:rPr>
        <w:t xml:space="preserve">, </w:t>
      </w:r>
      <w:r>
        <w:rPr>
          <w:b w:val="0"/>
          <w:i w:val="0"/>
          <w:smallCaps w:val="0"/>
          <w:strike w:val="0"/>
          <w:sz w:val="22"/>
          <w:u w:val="single"/>
        </w:rPr>
        <w:t xml:space="preserve">there was also the </w:t>
      </w:r>
      <w:r>
        <w:rPr>
          <w:b/>
          <w:i w:val="0"/>
          <w:smallCaps w:val="0"/>
          <w:strike w:val="0"/>
          <w:sz w:val="22"/>
          <w:u w:val="single"/>
        </w:rPr>
        <w:t>slow rise of black subjectivity</w:t>
      </w:r>
      <w:r>
        <w:rPr>
          <w:b w:val="0"/>
          <w:i w:val="0"/>
          <w:smallCaps w:val="0"/>
          <w:strike w:val="0"/>
          <w:sz w:val="16"/>
          <w:u w:val="none"/>
        </w:rPr>
        <w:t xml:space="preserve">, </w:t>
      </w:r>
      <w:r>
        <w:rPr>
          <w:b w:val="0"/>
          <w:i w:val="0"/>
          <w:smallCaps w:val="0"/>
          <w:strike w:val="0"/>
          <w:sz w:val="22"/>
          <w:u w:val="single"/>
        </w:rPr>
        <w:t xml:space="preserve">as testified by the </w:t>
      </w:r>
      <w:r>
        <w:rPr>
          <w:b/>
          <w:i w:val="0"/>
          <w:smallCaps w:val="0"/>
          <w:strike w:val="0"/>
          <w:sz w:val="22"/>
          <w:u w:val="single"/>
        </w:rPr>
        <w:t>black radical tradition</w:t>
      </w:r>
      <w:r>
        <w:rPr>
          <w:b w:val="0"/>
          <w:i w:val="0"/>
          <w:smallCaps w:val="0"/>
          <w:strike w:val="0"/>
          <w:sz w:val="22"/>
          <w:u w:val="single"/>
        </w:rPr>
        <w:t xml:space="preserve"> to which </w:t>
      </w:r>
      <w:r>
        <w:rPr>
          <w:b/>
          <w:i w:val="0"/>
          <w:smallCaps w:val="0"/>
          <w:strike w:val="0"/>
          <w:sz w:val="22"/>
          <w:u w:val="single"/>
        </w:rPr>
        <w:t>Hartman herself</w:t>
      </w:r>
      <w:r>
        <w:rPr>
          <w:b w:val="0"/>
          <w:i w:val="0"/>
          <w:smallCaps w:val="0"/>
          <w:strike w:val="0"/>
          <w:sz w:val="22"/>
          <w:u w:val="single"/>
        </w:rPr>
        <w:t xml:space="preserve"> belongs</w:t>
      </w:r>
      <w:r>
        <w:rPr>
          <w:b w:val="0"/>
          <w:i w:val="0"/>
          <w:smallCaps w:val="0"/>
          <w:strike w:val="0"/>
          <w:sz w:val="16"/>
          <w:u w:val="none"/>
        </w:rPr>
        <w:t xml:space="preserve">. </w:t>
      </w:r>
      <w:r>
        <w:rPr>
          <w:b w:val="0"/>
          <w:i w:val="0"/>
          <w:smallCaps w:val="0"/>
          <w:strike w:val="0"/>
          <w:sz w:val="22"/>
          <w:u w:val="single"/>
        </w:rPr>
        <w:t xml:space="preserve">She presents one of the </w:t>
      </w:r>
      <w:r>
        <w:rPr>
          <w:b/>
          <w:i w:val="0"/>
          <w:smallCaps w:val="0"/>
          <w:strike w:val="0"/>
          <w:sz w:val="22"/>
          <w:u w:val="single"/>
        </w:rPr>
        <w:t>finest analyses</w:t>
      </w:r>
      <w:r>
        <w:rPr>
          <w:b w:val="0"/>
          <w:i w:val="0"/>
          <w:smallCaps w:val="0"/>
          <w:strike w:val="0"/>
          <w:sz w:val="22"/>
          <w:u w:val="single"/>
        </w:rPr>
        <w:t xml:space="preserve"> of the </w:t>
      </w:r>
      <w:r>
        <w:rPr>
          <w:b/>
          <w:i w:val="0"/>
          <w:smallCaps w:val="0"/>
          <w:strike w:val="0"/>
          <w:sz w:val="22"/>
          <w:u w:val="single"/>
        </w:rPr>
        <w:t>libidinal economies</w:t>
      </w:r>
      <w:r>
        <w:rPr>
          <w:b w:val="0"/>
          <w:i w:val="0"/>
          <w:smallCaps w:val="0"/>
          <w:strike w:val="0"/>
          <w:sz w:val="22"/>
          <w:u w:val="single"/>
        </w:rPr>
        <w:t xml:space="preserve"> and </w:t>
      </w:r>
      <w:r>
        <w:rPr>
          <w:b/>
          <w:i w:val="0"/>
          <w:smallCaps w:val="0"/>
          <w:strike w:val="0"/>
          <w:sz w:val="22"/>
          <w:u w:val="single"/>
        </w:rPr>
        <w:t>legal codifications</w:t>
      </w:r>
      <w:r>
        <w:rPr>
          <w:b w:val="0"/>
          <w:i w:val="0"/>
          <w:smallCaps w:val="0"/>
          <w:strike w:val="0"/>
          <w:sz w:val="22"/>
          <w:u w:val="single"/>
        </w:rPr>
        <w:t xml:space="preserve"> precluding a real black liberation from racial capitalism and individualism</w:t>
      </w:r>
      <w:r>
        <w:rPr>
          <w:b w:val="0"/>
          <w:i w:val="0"/>
          <w:smallCaps w:val="0"/>
          <w:strike w:val="0"/>
          <w:sz w:val="16"/>
          <w:u w:val="none"/>
        </w:rPr>
        <w:t xml:space="preserve">, hence of the hypocrisy underneath the official nationalist ideology of “we the people.” </w:t>
      </w:r>
      <w:r>
        <w:rPr>
          <w:b w:val="0"/>
          <w:i w:val="0"/>
          <w:smallCaps w:val="0"/>
          <w:strike w:val="0"/>
          <w:sz w:val="22"/>
          <w:u w:val="single"/>
        </w:rPr>
        <w:t xml:space="preserve">Yet </w:t>
      </w:r>
      <w:r>
        <w:rPr>
          <w:b/>
          <w:i w:val="0"/>
          <w:smallCaps w:val="0"/>
          <w:strike w:val="0"/>
          <w:sz w:val="30"/>
          <w:u w:val="single"/>
        </w:rPr>
        <w:t xml:space="preserve">an </w:t>
      </w:r>
      <w:r>
        <w:rPr>
          <w:b/>
          <w:i w:val="0"/>
          <w:smallCaps w:val="0"/>
          <w:strike w:val="0"/>
          <w:sz w:val="30"/>
          <w:highlight w:val="cyan"/>
          <w:u w:val="single"/>
        </w:rPr>
        <w:t>overemphasis on abjection deters</w:t>
      </w:r>
      <w:r>
        <w:rPr>
          <w:b/>
          <w:i w:val="0"/>
          <w:smallCaps w:val="0"/>
          <w:strike w:val="0"/>
          <w:sz w:val="30"/>
          <w:u w:val="single"/>
        </w:rPr>
        <w:t xml:space="preserve"> from </w:t>
      </w:r>
      <w:r>
        <w:rPr>
          <w:b/>
          <w:i w:val="0"/>
          <w:smallCaps w:val="0"/>
          <w:strike w:val="0"/>
          <w:sz w:val="30"/>
          <w:highlight w:val="cyan"/>
          <w:u w:val="single"/>
        </w:rPr>
        <w:t>appreciating the</w:t>
      </w:r>
      <w:r>
        <w:rPr>
          <w:b/>
          <w:i w:val="0"/>
          <w:smallCaps w:val="0"/>
          <w:strike w:val="0"/>
          <w:sz w:val="30"/>
          <w:u w:val="single"/>
        </w:rPr>
        <w:t xml:space="preserve"> enduring </w:t>
      </w:r>
      <w:r>
        <w:rPr>
          <w:b/>
          <w:i w:val="0"/>
          <w:smallCaps w:val="0"/>
          <w:strike w:val="0"/>
          <w:sz w:val="30"/>
          <w:highlight w:val="cyan"/>
          <w:u w:val="single"/>
        </w:rPr>
        <w:t>plasticity of racism</w:t>
      </w:r>
      <w:r>
        <w:rPr>
          <w:b w:val="0"/>
          <w:i w:val="0"/>
          <w:smallCaps w:val="0"/>
          <w:strike w:val="0"/>
          <w:sz w:val="16"/>
          <w:u w:val="none"/>
        </w:rPr>
        <w:t xml:space="preserve">.1 </w:t>
      </w:r>
      <w:r>
        <w:rPr>
          <w:b w:val="0"/>
          <w:i w:val="0"/>
          <w:smallCaps w:val="0"/>
          <w:strike w:val="0"/>
          <w:sz w:val="22"/>
          <w:u w:val="single"/>
        </w:rPr>
        <w:t>Politically speaking</w:t>
      </w:r>
      <w:r>
        <w:rPr>
          <w:b w:val="0"/>
          <w:i w:val="0"/>
          <w:smallCaps w:val="0"/>
          <w:strike w:val="0"/>
          <w:sz w:val="16"/>
          <w:u w:val="none"/>
        </w:rPr>
        <w:t xml:space="preserve">, </w:t>
      </w:r>
      <w:r>
        <w:rPr>
          <w:b w:val="0"/>
          <w:i w:val="0"/>
          <w:smallCaps w:val="0"/>
          <w:strike w:val="0"/>
          <w:sz w:val="22"/>
          <w:u w:val="single"/>
        </w:rPr>
        <w:t xml:space="preserve">there </w:t>
      </w:r>
      <w:r>
        <w:rPr>
          <w:b/>
          <w:i w:val="0"/>
          <w:smallCaps w:val="0"/>
          <w:strike w:val="0"/>
          <w:sz w:val="22"/>
          <w:u w:val="single"/>
        </w:rPr>
        <w:t xml:space="preserve">must be </w:t>
      </w:r>
      <w:r>
        <w:rPr>
          <w:b/>
          <w:i w:val="0"/>
          <w:smallCaps w:val="0"/>
          <w:strike w:val="0"/>
          <w:sz w:val="22"/>
          <w:highlight w:val="cyan"/>
          <w:u w:val="single"/>
        </w:rPr>
        <w:t>room</w:t>
      </w:r>
      <w:r>
        <w:rPr>
          <w:b w:val="0"/>
          <w:i w:val="0"/>
          <w:smallCaps w:val="0"/>
          <w:strike w:val="0"/>
          <w:sz w:val="16"/>
          <w:u w:val="none"/>
        </w:rPr>
        <w:t xml:space="preserve">, </w:t>
      </w:r>
      <w:r>
        <w:rPr>
          <w:b w:val="0"/>
          <w:i w:val="0"/>
          <w:smallCaps w:val="0"/>
          <w:strike w:val="0"/>
          <w:sz w:val="22"/>
          <w:u w:val="single"/>
        </w:rPr>
        <w:t xml:space="preserve">as there is for </w:t>
      </w:r>
      <w:r>
        <w:rPr>
          <w:b/>
          <w:i w:val="0"/>
          <w:smallCaps w:val="0"/>
          <w:strike w:val="0"/>
          <w:sz w:val="22"/>
          <w:u w:val="single"/>
        </w:rPr>
        <w:t>Du Bois</w:t>
      </w:r>
      <w:r>
        <w:rPr>
          <w:b w:val="0"/>
          <w:i w:val="0"/>
          <w:smallCaps w:val="0"/>
          <w:strike w:val="0"/>
          <w:sz w:val="16"/>
          <w:u w:val="none"/>
        </w:rPr>
        <w:t xml:space="preserve">, </w:t>
      </w:r>
      <w:r>
        <w:rPr>
          <w:b/>
          <w:i w:val="0"/>
          <w:smallCaps w:val="0"/>
          <w:strike w:val="0"/>
          <w:sz w:val="22"/>
          <w:u w:val="single"/>
        </w:rPr>
        <w:t>Fanon</w:t>
      </w:r>
      <w:r>
        <w:rPr>
          <w:b w:val="0"/>
          <w:i w:val="0"/>
          <w:smallCaps w:val="0"/>
          <w:strike w:val="0"/>
          <w:sz w:val="16"/>
          <w:u w:val="none"/>
        </w:rPr>
        <w:t xml:space="preserve">, </w:t>
      </w:r>
      <w:r>
        <w:rPr>
          <w:b/>
          <w:i w:val="0"/>
          <w:smallCaps w:val="0"/>
          <w:strike w:val="0"/>
          <w:sz w:val="22"/>
          <w:u w:val="single"/>
        </w:rPr>
        <w:t>Angela Davis</w:t>
      </w:r>
      <w:r>
        <w:rPr>
          <w:b w:val="0"/>
          <w:i w:val="0"/>
          <w:smallCaps w:val="0"/>
          <w:strike w:val="0"/>
          <w:sz w:val="16"/>
          <w:u w:val="none"/>
        </w:rPr>
        <w:t xml:space="preserve">, </w:t>
      </w:r>
      <w:r>
        <w:rPr>
          <w:b w:val="0"/>
          <w:i w:val="0"/>
          <w:smallCaps w:val="0"/>
          <w:strike w:val="0"/>
          <w:sz w:val="22"/>
          <w:u w:val="single"/>
        </w:rPr>
        <w:t xml:space="preserve">and the </w:t>
      </w:r>
      <w:r>
        <w:rPr>
          <w:b/>
          <w:i w:val="0"/>
          <w:smallCaps w:val="0"/>
          <w:strike w:val="0"/>
          <w:sz w:val="22"/>
          <w:u w:val="single"/>
        </w:rPr>
        <w:t>Black Panthers</w:t>
      </w:r>
      <w:r>
        <w:rPr>
          <w:b w:val="0"/>
          <w:i w:val="0"/>
          <w:smallCaps w:val="0"/>
          <w:strike w:val="0"/>
          <w:sz w:val="16"/>
          <w:u w:val="none"/>
        </w:rPr>
        <w:t xml:space="preserve">, </w:t>
      </w:r>
      <w:r>
        <w:rPr>
          <w:b w:val="0"/>
          <w:i w:val="0"/>
          <w:smallCaps w:val="0"/>
          <w:strike w:val="0"/>
          <w:sz w:val="22"/>
          <w:highlight w:val="cyan"/>
          <w:u w:val="single"/>
        </w:rPr>
        <w:t>for</w:t>
      </w:r>
      <w:r>
        <w:rPr>
          <w:b w:val="0"/>
          <w:i w:val="0"/>
          <w:smallCaps w:val="0"/>
          <w:strike w:val="0"/>
          <w:sz w:val="22"/>
          <w:u w:val="single"/>
        </w:rPr>
        <w:t xml:space="preserve"> theorizing how </w:t>
      </w:r>
      <w:r>
        <w:rPr>
          <w:b w:val="0"/>
          <w:i w:val="0"/>
          <w:smallCaps w:val="0"/>
          <w:strike w:val="0"/>
          <w:sz w:val="22"/>
          <w:highlight w:val="cyan"/>
          <w:u w:val="single"/>
        </w:rPr>
        <w:t>a black elite</w:t>
      </w:r>
      <w:r>
        <w:rPr>
          <w:b w:val="0"/>
          <w:i w:val="0"/>
          <w:smallCaps w:val="0"/>
          <w:strike w:val="0"/>
          <w:sz w:val="22"/>
          <w:u w:val="single"/>
        </w:rPr>
        <w:t xml:space="preserve"> could </w:t>
      </w:r>
      <w:r>
        <w:rPr>
          <w:b/>
          <w:i w:val="0"/>
          <w:smallCaps w:val="0"/>
          <w:strike w:val="0"/>
          <w:sz w:val="22"/>
          <w:u w:val="single"/>
        </w:rPr>
        <w:t>possibly emerge</w:t>
      </w:r>
      <w:r>
        <w:rPr>
          <w:b w:val="0"/>
          <w:i w:val="0"/>
          <w:smallCaps w:val="0"/>
          <w:strike w:val="0"/>
          <w:sz w:val="22"/>
          <w:u w:val="single"/>
        </w:rPr>
        <w:t xml:space="preserve"> </w:t>
      </w:r>
      <w:r>
        <w:rPr>
          <w:b w:val="0"/>
          <w:i w:val="0"/>
          <w:smallCaps w:val="0"/>
          <w:strike w:val="0"/>
          <w:sz w:val="22"/>
          <w:highlight w:val="cyan"/>
          <w:u w:val="single"/>
        </w:rPr>
        <w:t>against</w:t>
      </w:r>
      <w:r>
        <w:rPr>
          <w:b w:val="0"/>
          <w:i w:val="0"/>
          <w:smallCaps w:val="0"/>
          <w:strike w:val="0"/>
          <w:sz w:val="22"/>
          <w:u w:val="single"/>
        </w:rPr>
        <w:t xml:space="preserve"> such backdrop of </w:t>
      </w:r>
      <w:r>
        <w:rPr>
          <w:b/>
          <w:i w:val="0"/>
          <w:smallCaps w:val="0"/>
          <w:strike w:val="0"/>
          <w:sz w:val="22"/>
          <w:highlight w:val="cyan"/>
          <w:u w:val="single"/>
        </w:rPr>
        <w:t>violence</w:t>
      </w:r>
      <w:r>
        <w:rPr>
          <w:b w:val="0"/>
          <w:i w:val="0"/>
          <w:smallCaps w:val="0"/>
          <w:strike w:val="0"/>
          <w:sz w:val="22"/>
          <w:u w:val="single"/>
        </w:rPr>
        <w:t xml:space="preserve"> and </w:t>
      </w:r>
      <w:r>
        <w:rPr>
          <w:b/>
          <w:i w:val="0"/>
          <w:smallCaps w:val="0"/>
          <w:strike w:val="0"/>
          <w:sz w:val="22"/>
          <w:u w:val="single"/>
        </w:rPr>
        <w:t>despair</w:t>
      </w:r>
      <w:r>
        <w:rPr>
          <w:b w:val="0"/>
          <w:i w:val="0"/>
          <w:smallCaps w:val="0"/>
          <w:strike w:val="0"/>
          <w:sz w:val="16"/>
          <w:u w:val="none"/>
        </w:rPr>
        <w:t xml:space="preserve">, </w:t>
      </w:r>
      <w:r>
        <w:rPr>
          <w:b w:val="0"/>
          <w:i w:val="0"/>
          <w:smallCaps w:val="0"/>
          <w:strike w:val="0"/>
          <w:sz w:val="22"/>
          <w:u w:val="single"/>
        </w:rPr>
        <w:t xml:space="preserve">and why </w:t>
      </w:r>
      <w:r>
        <w:rPr>
          <w:b w:val="0"/>
          <w:i w:val="0"/>
          <w:smallCaps w:val="0"/>
          <w:strike w:val="0"/>
          <w:sz w:val="22"/>
          <w:highlight w:val="cyan"/>
          <w:u w:val="single"/>
        </w:rPr>
        <w:t xml:space="preserve">it does not </w:t>
      </w:r>
      <w:r>
        <w:rPr>
          <w:b/>
          <w:i w:val="0"/>
          <w:smallCaps w:val="0"/>
          <w:strike w:val="0"/>
          <w:sz w:val="22"/>
          <w:highlight w:val="cyan"/>
          <w:u w:val="single"/>
        </w:rPr>
        <w:t>dismantle</w:t>
      </w:r>
      <w:r>
        <w:rPr>
          <w:b w:val="0"/>
          <w:i w:val="0"/>
          <w:smallCaps w:val="0"/>
          <w:strike w:val="0"/>
          <w:sz w:val="22"/>
          <w:u w:val="single"/>
        </w:rPr>
        <w:t xml:space="preserve"> the system of </w:t>
      </w:r>
      <w:r>
        <w:rPr>
          <w:b w:val="0"/>
          <w:i w:val="0"/>
          <w:smallCaps w:val="0"/>
          <w:strike w:val="0"/>
          <w:sz w:val="22"/>
          <w:highlight w:val="cyan"/>
          <w:u w:val="single"/>
        </w:rPr>
        <w:t>privilege</w:t>
      </w:r>
      <w:r>
        <w:rPr>
          <w:b w:val="0"/>
          <w:i w:val="0"/>
          <w:smallCaps w:val="0"/>
          <w:strike w:val="0"/>
          <w:sz w:val="22"/>
          <w:u w:val="single"/>
        </w:rPr>
        <w:t xml:space="preserve"> it gains from itself</w:t>
      </w:r>
      <w:r>
        <w:rPr>
          <w:b w:val="0"/>
          <w:i w:val="0"/>
          <w:smallCaps w:val="0"/>
          <w:strike w:val="0"/>
          <w:sz w:val="16"/>
          <w:u w:val="none"/>
        </w:rPr>
        <w:t xml:space="preserve"> (from Booker Washington to Jay Z). To wit, </w:t>
      </w:r>
      <w:r>
        <w:rPr>
          <w:b w:val="0"/>
          <w:i w:val="0"/>
          <w:smallCaps w:val="0"/>
          <w:strike w:val="0"/>
          <w:sz w:val="22"/>
          <w:highlight w:val="cyan"/>
          <w:u w:val="single"/>
        </w:rPr>
        <w:t xml:space="preserve">if blackness is modernity’s </w:t>
      </w:r>
      <w:r>
        <w:rPr>
          <w:b/>
          <w:i w:val="0"/>
          <w:smallCaps w:val="0"/>
          <w:strike w:val="0"/>
          <w:sz w:val="22"/>
          <w:highlight w:val="cyan"/>
          <w:u w:val="single"/>
        </w:rPr>
        <w:t>quintessential</w:t>
      </w:r>
      <w:r>
        <w:rPr>
          <w:b/>
          <w:i w:val="0"/>
          <w:smallCaps w:val="0"/>
          <w:strike w:val="0"/>
          <w:sz w:val="22"/>
          <w:u w:val="single"/>
        </w:rPr>
        <w:t xml:space="preserve"> site of </w:t>
      </w:r>
      <w:r>
        <w:rPr>
          <w:b/>
          <w:i w:val="0"/>
          <w:smallCaps w:val="0"/>
          <w:strike w:val="0"/>
          <w:sz w:val="22"/>
          <w:highlight w:val="cyan"/>
          <w:u w:val="single"/>
        </w:rPr>
        <w:t>abjection</w:t>
      </w:r>
      <w:r>
        <w:rPr>
          <w:b w:val="0"/>
          <w:i w:val="0"/>
          <w:smallCaps w:val="0"/>
          <w:strike w:val="0"/>
          <w:sz w:val="16"/>
          <w:u w:val="none"/>
        </w:rPr>
        <w:t xml:space="preserve">, </w:t>
      </w:r>
      <w:r>
        <w:rPr>
          <w:b w:val="0"/>
          <w:i w:val="0"/>
          <w:smallCaps w:val="0"/>
          <w:strike w:val="0"/>
          <w:sz w:val="22"/>
          <w:highlight w:val="cyan"/>
          <w:u w:val="single"/>
        </w:rPr>
        <w:t xml:space="preserve">it becomes </w:t>
      </w:r>
      <w:r>
        <w:rPr>
          <w:b/>
          <w:i w:val="0"/>
          <w:smallCaps w:val="0"/>
          <w:strike w:val="0"/>
          <w:sz w:val="22"/>
          <w:highlight w:val="cyan"/>
          <w:u w:val="single"/>
        </w:rPr>
        <w:t>difficult to explain</w:t>
      </w:r>
      <w:r>
        <w:rPr>
          <w:b w:val="0"/>
          <w:i w:val="0"/>
          <w:smallCaps w:val="0"/>
          <w:strike w:val="0"/>
          <w:sz w:val="22"/>
          <w:highlight w:val="cyan"/>
          <w:u w:val="single"/>
        </w:rPr>
        <w:t xml:space="preserve"> why the</w:t>
      </w:r>
      <w:r>
        <w:rPr>
          <w:b w:val="0"/>
          <w:i w:val="0"/>
          <w:smallCaps w:val="0"/>
          <w:strike w:val="0"/>
          <w:sz w:val="16"/>
          <w:u w:val="none"/>
        </w:rPr>
        <w:t xml:space="preserve"> “</w:t>
      </w:r>
      <w:r>
        <w:rPr>
          <w:b/>
          <w:i w:val="0"/>
          <w:smallCaps w:val="0"/>
          <w:strike w:val="0"/>
          <w:sz w:val="22"/>
          <w:highlight w:val="cyan"/>
          <w:u w:val="single"/>
        </w:rPr>
        <w:t>most powerful man on Earth</w:t>
      </w:r>
      <w:r>
        <w:rPr>
          <w:b w:val="0"/>
          <w:i w:val="0"/>
          <w:smallCaps w:val="0"/>
          <w:strike w:val="0"/>
          <w:sz w:val="16"/>
          <w:u w:val="none"/>
        </w:rPr>
        <w:t xml:space="preserve">” </w:t>
      </w:r>
      <w:r>
        <w:rPr>
          <w:b w:val="0"/>
          <w:i w:val="0"/>
          <w:smallCaps w:val="0"/>
          <w:strike w:val="0"/>
          <w:sz w:val="22"/>
          <w:highlight w:val="cyan"/>
          <w:u w:val="single"/>
        </w:rPr>
        <w:t xml:space="preserve">has been </w:t>
      </w:r>
      <w:r>
        <w:rPr>
          <w:b/>
          <w:i w:val="0"/>
          <w:smallCaps w:val="0"/>
          <w:strike w:val="0"/>
          <w:sz w:val="22"/>
          <w:highlight w:val="cyan"/>
          <w:u w:val="single"/>
        </w:rPr>
        <w:t>black</w:t>
      </w:r>
      <w:r>
        <w:rPr>
          <w:b w:val="0"/>
          <w:i w:val="0"/>
          <w:smallCaps w:val="0"/>
          <w:strike w:val="0"/>
          <w:sz w:val="16"/>
          <w:u w:val="none"/>
        </w:rPr>
        <w:t xml:space="preserve">. </w:t>
      </w:r>
      <w:r>
        <w:rPr>
          <w:b w:val="0"/>
          <w:i w:val="0"/>
          <w:smallCaps w:val="0"/>
          <w:strike w:val="0"/>
          <w:sz w:val="22"/>
          <w:u w:val="single"/>
        </w:rPr>
        <w:t xml:space="preserve">Afropessimists </w:t>
      </w:r>
      <w:r>
        <w:rPr>
          <w:b/>
          <w:i w:val="0"/>
          <w:smallCaps w:val="0"/>
          <w:strike w:val="0"/>
          <w:sz w:val="22"/>
          <w:u w:val="single"/>
        </w:rPr>
        <w:t>have</w:t>
      </w:r>
      <w:r>
        <w:rPr>
          <w:b w:val="0"/>
          <w:i w:val="0"/>
          <w:smallCaps w:val="0"/>
          <w:strike w:val="0"/>
          <w:sz w:val="16"/>
          <w:u w:val="none"/>
        </w:rPr>
        <w:t xml:space="preserve"> of course passionately </w:t>
      </w:r>
      <w:r>
        <w:rPr>
          <w:b w:val="0"/>
          <w:i w:val="0"/>
          <w:smallCaps w:val="0"/>
          <w:strike w:val="0"/>
          <w:sz w:val="22"/>
          <w:u w:val="single"/>
        </w:rPr>
        <w:t>critiqued the</w:t>
      </w:r>
      <w:r>
        <w:rPr>
          <w:b w:val="0"/>
          <w:i w:val="0"/>
          <w:smallCaps w:val="0"/>
          <w:strike w:val="0"/>
          <w:sz w:val="16"/>
          <w:u w:val="none"/>
        </w:rPr>
        <w:t xml:space="preserve"> deep complicity with an antiblack </w:t>
      </w:r>
      <w:r>
        <w:rPr>
          <w:b/>
          <w:i w:val="0"/>
          <w:smallCaps w:val="0"/>
          <w:strike w:val="0"/>
          <w:sz w:val="22"/>
          <w:u w:val="single"/>
        </w:rPr>
        <w:t>system</w:t>
      </w:r>
      <w:r>
        <w:rPr>
          <w:b w:val="0"/>
          <w:i w:val="0"/>
          <w:smallCaps w:val="0"/>
          <w:strike w:val="0"/>
          <w:sz w:val="22"/>
          <w:u w:val="single"/>
        </w:rPr>
        <w:t xml:space="preserve"> shaping</w:t>
      </w:r>
      <w:r>
        <w:rPr>
          <w:b w:val="0"/>
          <w:i w:val="0"/>
          <w:smallCaps w:val="0"/>
          <w:strike w:val="0"/>
          <w:sz w:val="16"/>
          <w:u w:val="none"/>
        </w:rPr>
        <w:t xml:space="preserve"> Barack </w:t>
      </w:r>
      <w:r>
        <w:rPr>
          <w:b w:val="0"/>
          <w:i w:val="0"/>
          <w:smallCaps w:val="0"/>
          <w:strike w:val="0"/>
          <w:sz w:val="22"/>
          <w:u w:val="single"/>
        </w:rPr>
        <w:t>Obama</w:t>
      </w:r>
      <w:r>
        <w:rPr>
          <w:b w:val="0"/>
          <w:i w:val="0"/>
          <w:smallCaps w:val="0"/>
          <w:strike w:val="0"/>
          <w:sz w:val="16"/>
          <w:u w:val="none"/>
        </w:rPr>
        <w:t xml:space="preserve"> and all liberal antiracism, </w:t>
      </w:r>
      <w:r>
        <w:rPr>
          <w:b w:val="0"/>
          <w:i w:val="0"/>
          <w:smallCaps w:val="0"/>
          <w:strike w:val="0"/>
          <w:sz w:val="22"/>
          <w:u w:val="single"/>
        </w:rPr>
        <w:t>but</w:t>
      </w:r>
      <w:r>
        <w:rPr>
          <w:b w:val="0"/>
          <w:i w:val="0"/>
          <w:smallCaps w:val="0"/>
          <w:strike w:val="0"/>
          <w:sz w:val="16"/>
          <w:u w:val="none"/>
        </w:rPr>
        <w:t xml:space="preserve"> true to </w:t>
      </w:r>
      <w:r>
        <w:rPr>
          <w:b w:val="0"/>
          <w:i w:val="0"/>
          <w:smallCaps w:val="0"/>
          <w:strike w:val="0"/>
          <w:sz w:val="22"/>
          <w:u w:val="single"/>
        </w:rPr>
        <w:t xml:space="preserve">their pessimistic stance </w:t>
      </w:r>
      <w:r>
        <w:rPr>
          <w:b/>
          <w:i w:val="0"/>
          <w:smallCaps w:val="0"/>
          <w:strike w:val="0"/>
          <w:sz w:val="22"/>
          <w:u w:val="single"/>
        </w:rPr>
        <w:t>consistently eschew</w:t>
      </w:r>
      <w:r>
        <w:rPr>
          <w:b w:val="0"/>
          <w:i w:val="0"/>
          <w:smallCaps w:val="0"/>
          <w:strike w:val="0"/>
          <w:sz w:val="22"/>
          <w:u w:val="single"/>
        </w:rPr>
        <w:t xml:space="preserve"> formulating where </w:t>
      </w:r>
      <w:r>
        <w:rPr>
          <w:b/>
          <w:i w:val="0"/>
          <w:smallCaps w:val="0"/>
          <w:strike w:val="0"/>
          <w:sz w:val="22"/>
          <w:u w:val="single"/>
        </w:rPr>
        <w:t>exactly</w:t>
      </w:r>
      <w:r>
        <w:rPr>
          <w:b w:val="0"/>
          <w:i w:val="0"/>
          <w:smallCaps w:val="0"/>
          <w:strike w:val="0"/>
          <w:sz w:val="22"/>
          <w:u w:val="single"/>
        </w:rPr>
        <w:t xml:space="preserve"> hope for black people</w:t>
      </w:r>
      <w:r>
        <w:rPr>
          <w:b w:val="0"/>
          <w:i w:val="0"/>
          <w:smallCaps w:val="0"/>
          <w:strike w:val="0"/>
          <w:sz w:val="16"/>
          <w:u w:val="none"/>
        </w:rPr>
        <w:t xml:space="preserve"> (</w:t>
      </w:r>
      <w:r>
        <w:rPr>
          <w:b w:val="0"/>
          <w:i w:val="0"/>
          <w:smallCaps w:val="0"/>
          <w:strike w:val="0"/>
          <w:sz w:val="22"/>
          <w:u w:val="single"/>
        </w:rPr>
        <w:t>and other minorities</w:t>
      </w:r>
      <w:r>
        <w:rPr>
          <w:b w:val="0"/>
          <w:i w:val="0"/>
          <w:smallCaps w:val="0"/>
          <w:strike w:val="0"/>
          <w:sz w:val="16"/>
          <w:u w:val="none"/>
        </w:rPr>
        <w:t xml:space="preserve">) </w:t>
      </w:r>
      <w:r>
        <w:rPr>
          <w:b w:val="0"/>
          <w:i w:val="0"/>
          <w:smallCaps w:val="0"/>
          <w:strike w:val="0"/>
          <w:sz w:val="22"/>
          <w:u w:val="single"/>
        </w:rPr>
        <w:t>could come from</w:t>
      </w:r>
      <w:r>
        <w:rPr>
          <w:b w:val="0"/>
          <w:i w:val="0"/>
          <w:smallCaps w:val="0"/>
          <w:strike w:val="0"/>
          <w:sz w:val="16"/>
          <w:u w:val="none"/>
        </w:rPr>
        <w:t>.</w:t>
      </w:r>
    </w:p>
    <w:p>
      <w:pPr>
        <w:pStyle w:val="Caption"/>
      </w:pPr>
      <w:r>
        <w:t>Source: Afropessimism Updates - Michigan 2024 CCFMP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