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Symbolic terrorism isn’t </w:t>
      </w:r>
      <w:r>
        <w:rPr>
          <w:b/>
          <w:i w:val="0"/>
          <w:smallCaps w:val="0"/>
          <w:strike w:val="0"/>
          <w:u w:val="single"/>
        </w:rPr>
        <w:t>literal</w:t>
      </w:r>
      <w:r>
        <w:rPr>
          <w:b/>
          <w:i w:val="0"/>
          <w:smallCaps w:val="0"/>
          <w:strike w:val="0"/>
          <w:u w:val="none"/>
        </w:rPr>
        <w:t xml:space="preserve"> terrorism—embracing biological death </w:t>
      </w:r>
      <w:r>
        <w:rPr>
          <w:b/>
          <w:i w:val="0"/>
          <w:smallCaps w:val="0"/>
          <w:strike w:val="0"/>
          <w:u w:val="single"/>
        </w:rPr>
        <w:t>fails</w:t>
      </w:r>
      <w:r>
        <w:rPr>
          <w:b/>
          <w:i w:val="0"/>
          <w:smallCaps w:val="0"/>
          <w:strike w:val="0"/>
          <w:u w:val="none"/>
        </w:rPr>
        <w:t xml:space="preserve"> and is </w:t>
      </w:r>
      <w:r>
        <w:rPr>
          <w:b/>
          <w:i w:val="0"/>
          <w:smallCaps w:val="0"/>
          <w:strike w:val="0"/>
          <w:u w:val="single"/>
        </w:rPr>
        <w:t>less ethical</w:t>
      </w:r>
    </w:p>
    <w:p>
      <w:pPr>
        <w:spacing w:after="80"/>
      </w:pPr>
      <w:r>
        <w:rPr>
          <w:b/>
          <w:i w:val="0"/>
          <w:smallCaps w:val="0"/>
          <w:strike w:val="0"/>
          <w:sz w:val="22"/>
          <w:u w:val="none"/>
        </w:rPr>
        <w:t>Butterfield, 2</w:t>
      </w:r>
      <w:r>
        <w:rPr>
          <w:b w:val="0"/>
          <w:i w:val="0"/>
          <w:smallCaps w:val="0"/>
          <w:strike w:val="0"/>
          <w:u w:val="none"/>
        </w:rPr>
        <w:t xml:space="preserve">—Department of English, University of Wisconsin, La Crosse (Bradley, “The Baudrillardian Symbolic, 9/11, and the War of Good and Evil,” Postmodern Culture Volume 13, Number 1, September 2002, dml) </w:t>
      </w:r>
    </w:p>
    <w:p>
      <w:pPr>
        <w:spacing w:after="60"/>
      </w:pPr>
      <w:r>
        <w:rPr>
          <w:b w:val="0"/>
          <w:i w:val="0"/>
          <w:smallCaps w:val="0"/>
          <w:strike w:val="0"/>
          <w:sz w:val="22"/>
          <w:u w:val="single"/>
        </w:rPr>
        <w:t xml:space="preserve">So </w:t>
      </w:r>
      <w:r>
        <w:rPr>
          <w:b w:val="0"/>
          <w:i w:val="0"/>
          <w:smallCaps w:val="0"/>
          <w:strike w:val="0"/>
          <w:sz w:val="22"/>
          <w:highlight w:val="cyan"/>
          <w:u w:val="single"/>
        </w:rPr>
        <w:t>does</w:t>
      </w:r>
      <w:r>
        <w:rPr>
          <w:b w:val="0"/>
          <w:i w:val="0"/>
          <w:smallCaps w:val="0"/>
          <w:strike w:val="0"/>
          <w:sz w:val="22"/>
          <w:u w:val="single"/>
        </w:rPr>
        <w:t xml:space="preserve"> </w:t>
      </w:r>
      <w:r>
        <w:rPr>
          <w:b w:val="0"/>
          <w:i w:val="0"/>
          <w:smallCaps w:val="0"/>
          <w:strike w:val="0"/>
          <w:sz w:val="22"/>
          <w:highlight w:val="cyan"/>
          <w:u w:val="single"/>
        </w:rPr>
        <w:t xml:space="preserve">Baudrillard </w:t>
      </w:r>
      <w:r>
        <w:rPr>
          <w:b/>
          <w:i w:val="0"/>
          <w:smallCaps w:val="0"/>
          <w:strike w:val="0"/>
          <w:sz w:val="22"/>
          <w:highlight w:val="cyan"/>
          <w:u w:val="single"/>
        </w:rPr>
        <w:t>really support terrorism</w:t>
      </w:r>
      <w:r>
        <w:rPr>
          <w:b w:val="0"/>
          <w:i w:val="0"/>
          <w:smallCaps w:val="0"/>
          <w:strike w:val="0"/>
          <w:sz w:val="22"/>
          <w:u w:val="single"/>
        </w:rPr>
        <w:t>?</w:t>
      </w:r>
      <w:r>
        <w:rPr>
          <w:b w:val="0"/>
          <w:i w:val="0"/>
          <w:smallCaps w:val="0"/>
          <w:strike w:val="0"/>
          <w:sz w:val="16"/>
          <w:u w:val="none"/>
        </w:rPr>
        <w:t xml:space="preserve"> Do we? </w:t>
      </w:r>
      <w:r>
        <w:rPr>
          <w:b w:val="0"/>
          <w:i w:val="0"/>
          <w:smallCaps w:val="0"/>
          <w:strike w:val="0"/>
          <w:sz w:val="22"/>
          <w:u w:val="single"/>
        </w:rPr>
        <w:t xml:space="preserve">Once again </w:t>
      </w:r>
      <w:r>
        <w:rPr>
          <w:b/>
          <w:i w:val="0"/>
          <w:smallCaps w:val="0"/>
          <w:strike w:val="0"/>
          <w:sz w:val="22"/>
          <w:u w:val="single"/>
        </w:rPr>
        <w:t>playing the devil's hand</w:t>
      </w:r>
      <w:r>
        <w:rPr>
          <w:b w:val="0"/>
          <w:i w:val="0"/>
          <w:smallCaps w:val="0"/>
          <w:strike w:val="0"/>
          <w:sz w:val="22"/>
          <w:u w:val="single"/>
        </w:rPr>
        <w:t xml:space="preserve">, he </w:t>
      </w:r>
      <w:r>
        <w:rPr>
          <w:b/>
          <w:i w:val="0"/>
          <w:smallCaps w:val="0"/>
          <w:strike w:val="0"/>
          <w:sz w:val="22"/>
          <w:u w:val="single"/>
        </w:rPr>
        <w:t>seduces us</w:t>
      </w:r>
      <w:r>
        <w:rPr>
          <w:b w:val="0"/>
          <w:i w:val="0"/>
          <w:smallCaps w:val="0"/>
          <w:strike w:val="0"/>
          <w:sz w:val="22"/>
          <w:u w:val="single"/>
        </w:rPr>
        <w:t xml:space="preserve"> to play the avenging angel by taking a moral stand. But suppose we</w:t>
      </w:r>
      <w:r>
        <w:rPr>
          <w:b w:val="0"/>
          <w:i w:val="0"/>
          <w:smallCaps w:val="0"/>
          <w:strike w:val="0"/>
          <w:sz w:val="16"/>
          <w:u w:val="none"/>
        </w:rPr>
        <w:t xml:space="preserve"> take the Nietzschean turn, with Baudrillard, and </w:t>
      </w:r>
      <w:r>
        <w:rPr>
          <w:b w:val="0"/>
          <w:i w:val="0"/>
          <w:smallCaps w:val="0"/>
          <w:strike w:val="0"/>
          <w:sz w:val="22"/>
          <w:u w:val="single"/>
        </w:rPr>
        <w:t xml:space="preserve">view the issue in </w:t>
      </w:r>
      <w:r>
        <w:rPr>
          <w:b/>
          <w:i w:val="0"/>
          <w:smallCaps w:val="0"/>
          <w:strike w:val="0"/>
          <w:sz w:val="22"/>
          <w:u w:val="single"/>
        </w:rPr>
        <w:t>aesthetic terms</w:t>
      </w:r>
      <w:r>
        <w:rPr>
          <w:b w:val="0"/>
          <w:i w:val="0"/>
          <w:smallCaps w:val="0"/>
          <w:strike w:val="0"/>
          <w:sz w:val="22"/>
          <w:u w:val="single"/>
        </w:rPr>
        <w:t xml:space="preserve">: can moral goodness </w:t>
      </w:r>
      <w:r>
        <w:rPr>
          <w:b/>
          <w:i w:val="0"/>
          <w:smallCaps w:val="0"/>
          <w:strike w:val="0"/>
          <w:sz w:val="22"/>
          <w:u w:val="single"/>
        </w:rPr>
        <w:t>not still succeed in being beautiful</w:t>
      </w:r>
      <w:r>
        <w:rPr>
          <w:b w:val="0"/>
          <w:i w:val="0"/>
          <w:smallCaps w:val="0"/>
          <w:strike w:val="0"/>
          <w:sz w:val="22"/>
          <w:u w:val="single"/>
        </w:rPr>
        <w:t xml:space="preserve"> if it avoids making metaphysical claims? When morality is </w:t>
      </w:r>
      <w:r>
        <w:rPr>
          <w:b/>
          <w:i w:val="0"/>
          <w:smallCaps w:val="0"/>
          <w:strike w:val="0"/>
          <w:sz w:val="22"/>
          <w:u w:val="single"/>
        </w:rPr>
        <w:t>conceived in aesthetic terms</w:t>
      </w:r>
      <w:r>
        <w:rPr>
          <w:b w:val="0"/>
          <w:i w:val="0"/>
          <w:smallCaps w:val="0"/>
          <w:strike w:val="0"/>
          <w:sz w:val="22"/>
          <w:u w:val="single"/>
        </w:rPr>
        <w:t xml:space="preserve">, </w:t>
      </w:r>
      <w:r>
        <w:rPr>
          <w:b w:val="0"/>
          <w:i w:val="0"/>
          <w:smallCaps w:val="0"/>
          <w:strike w:val="0"/>
          <w:sz w:val="22"/>
          <w:u w:val="single"/>
        </w:rPr>
        <w:t xml:space="preserve">it loses its </w:t>
      </w:r>
      <w:r>
        <w:rPr>
          <w:b/>
          <w:i w:val="0"/>
          <w:smallCaps w:val="0"/>
          <w:strike w:val="0"/>
          <w:sz w:val="22"/>
          <w:u w:val="single"/>
        </w:rPr>
        <w:t>guarantee of universality</w:t>
      </w:r>
      <w:r>
        <w:rPr>
          <w:b w:val="0"/>
          <w:i w:val="0"/>
          <w:smallCaps w:val="0"/>
          <w:strike w:val="0"/>
          <w:sz w:val="22"/>
          <w:u w:val="single"/>
        </w:rPr>
        <w:t xml:space="preserve">, but not its </w:t>
      </w:r>
      <w:r>
        <w:rPr>
          <w:b/>
          <w:i w:val="0"/>
          <w:smallCaps w:val="0"/>
          <w:strike w:val="0"/>
          <w:sz w:val="22"/>
          <w:u w:val="single"/>
        </w:rPr>
        <w:t>symbolic force</w:t>
      </w:r>
      <w:r>
        <w:rPr>
          <w:b w:val="0"/>
          <w:i w:val="0"/>
          <w:smallCaps w:val="0"/>
          <w:strike w:val="0"/>
          <w:sz w:val="22"/>
          <w:u w:val="single"/>
        </w:rPr>
        <w:t xml:space="preserve">. And yet by </w:t>
      </w:r>
      <w:r>
        <w:rPr>
          <w:b/>
          <w:i w:val="0"/>
          <w:smallCaps w:val="0"/>
          <w:strike w:val="0"/>
          <w:sz w:val="22"/>
          <w:u w:val="single"/>
        </w:rPr>
        <w:t>forcing Good</w:t>
      </w:r>
      <w:r>
        <w:rPr>
          <w:b w:val="0"/>
          <w:i w:val="0"/>
          <w:smallCaps w:val="0"/>
          <w:strike w:val="0"/>
          <w:sz w:val="22"/>
          <w:u w:val="single"/>
        </w:rPr>
        <w:t xml:space="preserve"> on the world, the U.S. only </w:t>
      </w:r>
      <w:r>
        <w:rPr>
          <w:b/>
          <w:i w:val="0"/>
          <w:smallCaps w:val="0"/>
          <w:strike w:val="0"/>
          <w:sz w:val="22"/>
          <w:u w:val="single"/>
        </w:rPr>
        <w:t>forces Evil to gain strength</w:t>
      </w:r>
      <w:r>
        <w:rPr>
          <w:b w:val="0"/>
          <w:i w:val="0"/>
          <w:smallCaps w:val="0"/>
          <w:strike w:val="0"/>
          <w:sz w:val="16"/>
          <w:u w:val="none"/>
        </w:rPr>
        <w:t>. "Terrorism," Baudrillard tells us, "is immoral," but it is a</w:t>
      </w:r>
    </w:p>
    <w:p>
      <w:pPr>
        <w:spacing w:after="60"/>
      </w:pPr>
      <w:r>
        <w:rPr>
          <w:b w:val="0"/>
          <w:i w:val="0"/>
          <w:smallCaps w:val="0"/>
          <w:strike w:val="0"/>
          <w:sz w:val="16"/>
          <w:u w:val="none"/>
        </w:rPr>
        <w:t xml:space="preserve">response to globalization, which is itself immoral. We are therefore immoral ourselves, so if we hope to understand anything we will need to get beyond Good and Evil. . . . In the end, </w:t>
      </w:r>
      <w:r>
        <w:rPr>
          <w:b w:val="0"/>
          <w:i w:val="0"/>
          <w:smallCaps w:val="0"/>
          <w:strike w:val="0"/>
          <w:sz w:val="22"/>
          <w:highlight w:val="cyan"/>
          <w:u w:val="single"/>
        </w:rPr>
        <w:t xml:space="preserve">Good </w:t>
      </w:r>
      <w:r>
        <w:rPr>
          <w:b/>
          <w:i w:val="0"/>
          <w:smallCaps w:val="0"/>
          <w:strike w:val="0"/>
          <w:sz w:val="22"/>
          <w:highlight w:val="cyan"/>
          <w:u w:val="single"/>
        </w:rPr>
        <w:t>cannot vanquish Evil</w:t>
      </w:r>
      <w:r>
        <w:rPr>
          <w:b w:val="0"/>
          <w:i w:val="0"/>
          <w:smallCaps w:val="0"/>
          <w:strike w:val="0"/>
          <w:sz w:val="22"/>
          <w:highlight w:val="cyan"/>
          <w:u w:val="single"/>
        </w:rPr>
        <w:t xml:space="preserve"> except by </w:t>
      </w:r>
      <w:r>
        <w:rPr>
          <w:b/>
          <w:i w:val="0"/>
          <w:smallCaps w:val="0"/>
          <w:strike w:val="0"/>
          <w:sz w:val="22"/>
          <w:highlight w:val="cyan"/>
          <w:u w:val="single"/>
        </w:rPr>
        <w:t>declining to be Good</w:t>
      </w:r>
      <w:r>
        <w:rPr>
          <w:b w:val="0"/>
          <w:i w:val="0"/>
          <w:smallCaps w:val="0"/>
          <w:strike w:val="0"/>
          <w:sz w:val="22"/>
          <w:highlight w:val="cyan"/>
          <w:u w:val="single"/>
        </w:rPr>
        <w:t>, since</w:t>
      </w:r>
      <w:r>
        <w:rPr>
          <w:b w:val="0"/>
          <w:i w:val="0"/>
          <w:smallCaps w:val="0"/>
          <w:strike w:val="0"/>
          <w:sz w:val="22"/>
          <w:u w:val="single"/>
        </w:rPr>
        <w:t xml:space="preserve">, in </w:t>
      </w:r>
      <w:r>
        <w:rPr>
          <w:b/>
          <w:i w:val="0"/>
          <w:smallCaps w:val="0"/>
          <w:strike w:val="0"/>
          <w:sz w:val="22"/>
          <w:highlight w:val="cyan"/>
          <w:u w:val="single"/>
        </w:rPr>
        <w:t>monopolizing global power</w:t>
      </w:r>
      <w:r>
        <w:rPr>
          <w:b w:val="0"/>
          <w:i w:val="0"/>
          <w:smallCaps w:val="0"/>
          <w:strike w:val="0"/>
          <w:sz w:val="22"/>
          <w:u w:val="single"/>
        </w:rPr>
        <w:t xml:space="preserve">, it </w:t>
      </w:r>
      <w:r>
        <w:rPr>
          <w:b w:val="0"/>
          <w:i w:val="0"/>
          <w:smallCaps w:val="0"/>
          <w:strike w:val="0"/>
          <w:sz w:val="22"/>
          <w:highlight w:val="cyan"/>
          <w:u w:val="single"/>
        </w:rPr>
        <w:t>entails</w:t>
      </w:r>
      <w:r>
        <w:rPr>
          <w:b w:val="0"/>
          <w:i w:val="0"/>
          <w:smallCaps w:val="0"/>
          <w:strike w:val="0"/>
          <w:sz w:val="22"/>
          <w:u w:val="single"/>
        </w:rPr>
        <w:t xml:space="preserve"> a </w:t>
      </w:r>
      <w:r>
        <w:rPr>
          <w:b/>
          <w:i w:val="0"/>
          <w:smallCaps w:val="0"/>
          <w:strike w:val="0"/>
          <w:sz w:val="22"/>
          <w:highlight w:val="cyan"/>
          <w:u w:val="single"/>
        </w:rPr>
        <w:t>backfire</w:t>
      </w:r>
      <w:r>
        <w:rPr>
          <w:b/>
          <w:i w:val="0"/>
          <w:smallCaps w:val="0"/>
          <w:strike w:val="0"/>
          <w:sz w:val="22"/>
          <w:u w:val="single"/>
        </w:rPr>
        <w:t xml:space="preserve"> of proportional violence</w:t>
      </w:r>
      <w:r>
        <w:rPr>
          <w:b w:val="0"/>
          <w:i w:val="0"/>
          <w:smallCaps w:val="0"/>
          <w:strike w:val="0"/>
          <w:sz w:val="22"/>
          <w:u w:val="single"/>
        </w:rPr>
        <w:t>.</w:t>
      </w:r>
      <w:r>
        <w:rPr>
          <w:b w:val="0"/>
          <w:i w:val="0"/>
          <w:smallCaps w:val="0"/>
          <w:strike w:val="0"/>
          <w:sz w:val="16"/>
          <w:u w:val="none"/>
        </w:rPr>
        <w:t xml:space="preserve"> (Simulacra 15)</w:t>
      </w:r>
    </w:p>
    <w:p>
      <w:pPr>
        <w:spacing w:after="60"/>
      </w:pPr>
      <w:r>
        <w:rPr>
          <w:b w:val="0"/>
          <w:i w:val="0"/>
          <w:smallCaps w:val="0"/>
          <w:strike w:val="0"/>
          <w:sz w:val="22"/>
          <w:u w:val="single"/>
        </w:rPr>
        <w:t xml:space="preserve">The U.S., if it </w:t>
      </w:r>
      <w:r>
        <w:rPr>
          <w:b/>
          <w:i w:val="0"/>
          <w:smallCaps w:val="0"/>
          <w:strike w:val="0"/>
          <w:sz w:val="22"/>
          <w:u w:val="single"/>
        </w:rPr>
        <w:t>wishes to be Good</w:t>
      </w:r>
      <w:r>
        <w:rPr>
          <w:b w:val="0"/>
          <w:i w:val="0"/>
          <w:smallCaps w:val="0"/>
          <w:strike w:val="0"/>
          <w:sz w:val="22"/>
          <w:u w:val="single"/>
        </w:rPr>
        <w:t xml:space="preserve">, </w:t>
      </w:r>
      <w:r>
        <w:rPr>
          <w:b/>
          <w:i w:val="0"/>
          <w:smallCaps w:val="0"/>
          <w:strike w:val="0"/>
          <w:sz w:val="22"/>
          <w:u w:val="single"/>
        </w:rPr>
        <w:t>can only win</w:t>
      </w:r>
      <w:r>
        <w:rPr>
          <w:b w:val="0"/>
          <w:i w:val="0"/>
          <w:smallCaps w:val="0"/>
          <w:strike w:val="0"/>
          <w:sz w:val="22"/>
          <w:u w:val="single"/>
        </w:rPr>
        <w:t xml:space="preserve">, in symbolic terms, by </w:t>
      </w:r>
      <w:r>
        <w:rPr>
          <w:b/>
          <w:i w:val="0"/>
          <w:smallCaps w:val="0"/>
          <w:strike w:val="0"/>
          <w:sz w:val="22"/>
          <w:u w:val="single"/>
        </w:rPr>
        <w:t>refusing to play</w:t>
      </w:r>
      <w:r>
        <w:rPr>
          <w:b w:val="0"/>
          <w:i w:val="0"/>
          <w:smallCaps w:val="0"/>
          <w:strike w:val="0"/>
          <w:sz w:val="22"/>
          <w:u w:val="single"/>
        </w:rPr>
        <w:t xml:space="preserve">, by </w:t>
      </w:r>
      <w:r>
        <w:rPr>
          <w:b/>
          <w:i w:val="0"/>
          <w:smallCaps w:val="0"/>
          <w:strike w:val="0"/>
          <w:sz w:val="22"/>
          <w:u w:val="single"/>
        </w:rPr>
        <w:t>refusing to be Good</w:t>
      </w:r>
      <w:r>
        <w:rPr>
          <w:b w:val="0"/>
          <w:i w:val="0"/>
          <w:smallCaps w:val="0"/>
          <w:strike w:val="0"/>
          <w:sz w:val="22"/>
          <w:u w:val="single"/>
        </w:rPr>
        <w:t xml:space="preserve">. </w:t>
      </w:r>
      <w:r>
        <w:rPr>
          <w:b w:val="0"/>
          <w:i w:val="0"/>
          <w:smallCaps w:val="0"/>
          <w:strike w:val="0"/>
          <w:sz w:val="22"/>
          <w:highlight w:val="cyan"/>
          <w:u w:val="single"/>
        </w:rPr>
        <w:t>Baudrillard</w:t>
      </w:r>
      <w:r>
        <w:rPr>
          <w:b w:val="0"/>
          <w:i w:val="0"/>
          <w:smallCaps w:val="0"/>
          <w:strike w:val="0"/>
          <w:sz w:val="22"/>
          <w:u w:val="single"/>
        </w:rPr>
        <w:t xml:space="preserve"> </w:t>
      </w:r>
      <w:r>
        <w:rPr>
          <w:b/>
          <w:i w:val="0"/>
          <w:smallCaps w:val="0"/>
          <w:strike w:val="0"/>
          <w:sz w:val="22"/>
          <w:u w:val="single"/>
        </w:rPr>
        <w:t xml:space="preserve">certainly </w:t>
      </w:r>
      <w:r>
        <w:rPr>
          <w:b/>
          <w:i w:val="0"/>
          <w:smallCaps w:val="0"/>
          <w:strike w:val="0"/>
          <w:sz w:val="22"/>
          <w:highlight w:val="cyan"/>
          <w:u w:val="single"/>
        </w:rPr>
        <w:t>does not proffer war</w:t>
      </w:r>
      <w:r>
        <w:rPr>
          <w:b w:val="0"/>
          <w:i w:val="0"/>
          <w:smallCaps w:val="0"/>
          <w:strike w:val="0"/>
          <w:sz w:val="16"/>
          <w:u w:val="none"/>
        </w:rPr>
        <w:t xml:space="preserve">, which he concludes is simply "a continuation of the absence of politics by other means" (18). </w:t>
      </w:r>
      <w:r>
        <w:rPr>
          <w:b w:val="0"/>
          <w:i w:val="0"/>
          <w:smallCaps w:val="0"/>
          <w:strike w:val="0"/>
          <w:sz w:val="22"/>
          <w:u w:val="single"/>
        </w:rPr>
        <w:t xml:space="preserve">What </w:t>
      </w:r>
      <w:r>
        <w:rPr>
          <w:b w:val="0"/>
          <w:i w:val="0"/>
          <w:smallCaps w:val="0"/>
          <w:strike w:val="0"/>
          <w:sz w:val="22"/>
          <w:highlight w:val="cyan"/>
          <w:u w:val="single"/>
        </w:rPr>
        <w:t xml:space="preserve">he </w:t>
      </w:r>
      <w:r>
        <w:rPr>
          <w:b/>
          <w:i w:val="0"/>
          <w:smallCaps w:val="0"/>
          <w:strike w:val="0"/>
          <w:sz w:val="22"/>
          <w:highlight w:val="cyan"/>
          <w:u w:val="single"/>
        </w:rPr>
        <w:t>recommends</w:t>
      </w:r>
      <w:r>
        <w:rPr>
          <w:b w:val="0"/>
          <w:i w:val="0"/>
          <w:smallCaps w:val="0"/>
          <w:strike w:val="0"/>
          <w:sz w:val="22"/>
          <w:u w:val="single"/>
        </w:rPr>
        <w:t xml:space="preserve">, without naming it, is </w:t>
      </w:r>
      <w:r>
        <w:rPr>
          <w:b w:val="0"/>
          <w:i w:val="0"/>
          <w:smallCaps w:val="0"/>
          <w:strike w:val="0"/>
          <w:sz w:val="22"/>
          <w:highlight w:val="cyan"/>
          <w:u w:val="single"/>
        </w:rPr>
        <w:t xml:space="preserve">the </w:t>
      </w:r>
      <w:r>
        <w:rPr>
          <w:b/>
          <w:i w:val="0"/>
          <w:smallCaps w:val="0"/>
          <w:strike w:val="0"/>
          <w:sz w:val="22"/>
          <w:highlight w:val="cyan"/>
          <w:u w:val="single"/>
        </w:rPr>
        <w:t>forgiveness of debt</w:t>
      </w:r>
      <w:r>
        <w:rPr>
          <w:b w:val="0"/>
          <w:i w:val="0"/>
          <w:smallCaps w:val="0"/>
          <w:strike w:val="0"/>
          <w:sz w:val="22"/>
          <w:highlight w:val="cyan"/>
          <w:u w:val="single"/>
        </w:rPr>
        <w:t xml:space="preserve">, the </w:t>
      </w:r>
      <w:r>
        <w:rPr>
          <w:b/>
          <w:i w:val="0"/>
          <w:smallCaps w:val="0"/>
          <w:strike w:val="0"/>
          <w:sz w:val="22"/>
          <w:highlight w:val="cyan"/>
          <w:u w:val="single"/>
        </w:rPr>
        <w:t>redemption</w:t>
      </w:r>
      <w:r>
        <w:rPr>
          <w:b w:val="0"/>
          <w:i w:val="0"/>
          <w:smallCaps w:val="0"/>
          <w:strike w:val="0"/>
          <w:sz w:val="22"/>
          <w:highlight w:val="cyan"/>
          <w:u w:val="single"/>
        </w:rPr>
        <w:t xml:space="preserve"> of "Evil."</w:t>
      </w:r>
    </w:p>
    <w:p>
      <w:pPr>
        <w:spacing w:after="60"/>
      </w:pPr>
      <w:r>
        <w:rPr>
          <w:b w:val="0"/>
          <w:i w:val="0"/>
          <w:smallCaps w:val="0"/>
          <w:strike w:val="0"/>
          <w:sz w:val="22"/>
          <w:u w:val="single"/>
        </w:rPr>
        <w:t>Compare this</w:t>
      </w:r>
      <w:r>
        <w:rPr>
          <w:b w:val="0"/>
          <w:i w:val="0"/>
          <w:smallCaps w:val="0"/>
          <w:strike w:val="0"/>
          <w:sz w:val="16"/>
          <w:u w:val="none"/>
        </w:rPr>
        <w:t xml:space="preserve">, then, </w:t>
      </w:r>
      <w:r>
        <w:rPr>
          <w:b w:val="0"/>
          <w:i w:val="0"/>
          <w:smallCaps w:val="0"/>
          <w:strike w:val="0"/>
          <w:sz w:val="22"/>
          <w:u w:val="single"/>
        </w:rPr>
        <w:t xml:space="preserve">to Nietzsche's advice, which might have been directed at a future world power such as </w:t>
      </w:r>
      <w:r>
        <w:rPr>
          <w:b w:val="0"/>
          <w:i w:val="0"/>
          <w:smallCaps w:val="0"/>
          <w:strike w:val="0"/>
          <w:sz w:val="22"/>
          <w:highlight w:val="cyan"/>
          <w:u w:val="single"/>
        </w:rPr>
        <w:t>the U.S.:</w:t>
      </w:r>
    </w:p>
    <w:p>
      <w:pPr>
        <w:spacing w:after="60"/>
      </w:pPr>
      <w:r>
        <w:rPr>
          <w:b w:val="0"/>
          <w:i w:val="0"/>
          <w:smallCaps w:val="0"/>
          <w:strike w:val="0"/>
          <w:sz w:val="22"/>
          <w:u w:val="single"/>
        </w:rPr>
        <w:t xml:space="preserve">It is not unthinkable that a society might </w:t>
      </w:r>
      <w:r>
        <w:rPr>
          <w:b/>
          <w:i w:val="0"/>
          <w:smallCaps w:val="0"/>
          <w:strike w:val="0"/>
          <w:sz w:val="22"/>
          <w:u w:val="single"/>
        </w:rPr>
        <w:t>attain such a consciousness of power</w:t>
      </w:r>
      <w:r>
        <w:rPr>
          <w:b w:val="0"/>
          <w:i w:val="0"/>
          <w:smallCaps w:val="0"/>
          <w:strike w:val="0"/>
          <w:sz w:val="22"/>
          <w:u w:val="single"/>
        </w:rPr>
        <w:t xml:space="preserve"> that it </w:t>
      </w:r>
      <w:r>
        <w:rPr>
          <w:b w:val="0"/>
          <w:i w:val="0"/>
          <w:smallCaps w:val="0"/>
          <w:strike w:val="0"/>
          <w:sz w:val="22"/>
          <w:highlight w:val="cyan"/>
          <w:u w:val="single"/>
        </w:rPr>
        <w:t xml:space="preserve">could </w:t>
      </w:r>
      <w:r>
        <w:rPr>
          <w:b/>
          <w:i w:val="0"/>
          <w:smallCaps w:val="0"/>
          <w:strike w:val="0"/>
          <w:sz w:val="22"/>
          <w:highlight w:val="cyan"/>
          <w:u w:val="single"/>
        </w:rPr>
        <w:t>allow</w:t>
      </w:r>
      <w:r>
        <w:rPr>
          <w:b/>
          <w:i w:val="0"/>
          <w:smallCaps w:val="0"/>
          <w:strike w:val="0"/>
          <w:sz w:val="22"/>
          <w:u w:val="single"/>
        </w:rPr>
        <w:t xml:space="preserve"> itself </w:t>
      </w:r>
      <w:r>
        <w:rPr>
          <w:b/>
          <w:i w:val="0"/>
          <w:smallCaps w:val="0"/>
          <w:strike w:val="0"/>
          <w:sz w:val="22"/>
          <w:highlight w:val="cyan"/>
          <w:u w:val="single"/>
        </w:rPr>
        <w:t>the noblest luxury possible</w:t>
      </w:r>
      <w:r>
        <w:rPr>
          <w:b w:val="0"/>
          <w:i w:val="0"/>
          <w:smallCaps w:val="0"/>
          <w:strike w:val="0"/>
          <w:sz w:val="22"/>
          <w:u w:val="single"/>
        </w:rPr>
        <w:t xml:space="preserve"> to it--</w:t>
      </w:r>
      <w:r>
        <w:rPr>
          <w:b w:val="0"/>
          <w:i w:val="0"/>
          <w:smallCaps w:val="0"/>
          <w:strike w:val="0"/>
          <w:sz w:val="22"/>
          <w:highlight w:val="cyan"/>
          <w:u w:val="single"/>
        </w:rPr>
        <w:t xml:space="preserve">letting those who harm it </w:t>
      </w:r>
      <w:r>
        <w:rPr>
          <w:b/>
          <w:i w:val="0"/>
          <w:smallCaps w:val="0"/>
          <w:strike w:val="0"/>
          <w:sz w:val="22"/>
          <w:highlight w:val="cyan"/>
          <w:u w:val="single"/>
        </w:rPr>
        <w:t>go unpunished</w:t>
      </w:r>
      <w:r>
        <w:rPr>
          <w:b w:val="0"/>
          <w:i w:val="0"/>
          <w:smallCaps w:val="0"/>
          <w:strike w:val="0"/>
          <w:sz w:val="16"/>
          <w:u w:val="none"/>
        </w:rPr>
        <w:t>. "What are my parasites to me?:" it might say. "May they live and prosper: I am strong enough for that!"</w:t>
      </w:r>
    </w:p>
    <w:p>
      <w:pPr>
        <w:spacing w:after="60"/>
      </w:pPr>
      <w:r>
        <w:rPr>
          <w:b w:val="0"/>
          <w:i w:val="0"/>
          <w:smallCaps w:val="0"/>
          <w:strike w:val="0"/>
          <w:sz w:val="22"/>
          <w:u w:val="single"/>
        </w:rPr>
        <w:t xml:space="preserve">The justice which began with, "everything is dischargeable, everything must be </w:t>
      </w:r>
      <w:r>
        <w:rPr>
          <w:b w:val="0"/>
          <w:i w:val="0"/>
          <w:smallCaps w:val="0"/>
          <w:strike w:val="0"/>
          <w:sz w:val="22"/>
          <w:u w:val="single"/>
        </w:rPr>
        <w:t xml:space="preserve">discharged," ends by </w:t>
      </w:r>
      <w:r>
        <w:rPr>
          <w:b/>
          <w:i w:val="0"/>
          <w:smallCaps w:val="0"/>
          <w:strike w:val="0"/>
          <w:sz w:val="22"/>
          <w:u w:val="single"/>
        </w:rPr>
        <w:t>winking</w:t>
      </w:r>
      <w:r>
        <w:rPr>
          <w:b w:val="0"/>
          <w:i w:val="0"/>
          <w:smallCaps w:val="0"/>
          <w:strike w:val="0"/>
          <w:sz w:val="22"/>
          <w:u w:val="single"/>
        </w:rPr>
        <w:t xml:space="preserve"> and </w:t>
      </w:r>
      <w:r>
        <w:rPr>
          <w:b/>
          <w:i w:val="0"/>
          <w:smallCaps w:val="0"/>
          <w:strike w:val="0"/>
          <w:sz w:val="22"/>
          <w:u w:val="single"/>
        </w:rPr>
        <w:t>letting those incapable of discharging their debt go free</w:t>
      </w:r>
      <w:r>
        <w:rPr>
          <w:b w:val="0"/>
          <w:i w:val="0"/>
          <w:smallCaps w:val="0"/>
          <w:strike w:val="0"/>
          <w:sz w:val="16"/>
          <w:u w:val="none"/>
        </w:rPr>
        <w:t>: it ends, as does every good thing on earth, by overcoming itself. This self-overcoming of justice: one knows the beautiful name it has given itself--mercy; it goes without saying that mercy remains the privilege of the most powerful man, or better, his--beyond the law. (Genealogy 72-73)</w:t>
      </w:r>
    </w:p>
    <w:p>
      <w:pPr>
        <w:spacing w:after="60"/>
      </w:pPr>
      <w:r>
        <w:rPr>
          <w:b w:val="0"/>
          <w:i w:val="0"/>
          <w:smallCaps w:val="0"/>
          <w:strike w:val="0"/>
          <w:sz w:val="22"/>
          <w:u w:val="single"/>
        </w:rPr>
        <w:t>The triumph of justice</w:t>
      </w:r>
      <w:r>
        <w:rPr>
          <w:b w:val="0"/>
          <w:i w:val="0"/>
          <w:smallCaps w:val="0"/>
          <w:strike w:val="0"/>
          <w:sz w:val="16"/>
          <w:u w:val="none"/>
        </w:rPr>
        <w:t xml:space="preserve">, according to Nietzsche, </w:t>
      </w:r>
      <w:r>
        <w:rPr>
          <w:b w:val="0"/>
          <w:i w:val="0"/>
          <w:smallCaps w:val="0"/>
          <w:strike w:val="0"/>
          <w:sz w:val="22"/>
          <w:u w:val="single"/>
        </w:rPr>
        <w:t xml:space="preserve">is its </w:t>
      </w:r>
      <w:r>
        <w:rPr>
          <w:b/>
          <w:i w:val="0"/>
          <w:smallCaps w:val="0"/>
          <w:strike w:val="0"/>
          <w:sz w:val="22"/>
          <w:u w:val="single"/>
        </w:rPr>
        <w:t>self-overcoming</w:t>
      </w:r>
      <w:r>
        <w:rPr>
          <w:b w:val="0"/>
          <w:i w:val="0"/>
          <w:smallCaps w:val="0"/>
          <w:strike w:val="0"/>
          <w:sz w:val="22"/>
          <w:u w:val="single"/>
        </w:rPr>
        <w:t xml:space="preserve">; the most moral is the </w:t>
      </w:r>
      <w:r>
        <w:rPr>
          <w:b/>
          <w:i w:val="0"/>
          <w:smallCaps w:val="0"/>
          <w:strike w:val="0"/>
          <w:sz w:val="22"/>
          <w:u w:val="single"/>
        </w:rPr>
        <w:t>extra-moral</w:t>
      </w:r>
      <w:r>
        <w:rPr>
          <w:b w:val="0"/>
          <w:i w:val="0"/>
          <w:smallCaps w:val="0"/>
          <w:strike w:val="0"/>
          <w:sz w:val="22"/>
          <w:u w:val="single"/>
        </w:rPr>
        <w:t>, beyond the war of Good and Evil</w:t>
      </w:r>
      <w:r>
        <w:rPr>
          <w:b w:val="0"/>
          <w:i w:val="0"/>
          <w:smallCaps w:val="0"/>
          <w:strike w:val="0"/>
          <w:sz w:val="16"/>
          <w:u w:val="none"/>
        </w:rPr>
        <w:t xml:space="preserve">. If the U.S. had gone with its first name for its new war effort--"Operation Infinite Justice"--would Americans have become more readily aware of the ironic fact that their country had in many ways served injustice in the Middle East for a great many years? Would some have been quicker to see that "infinite justice" can only amount to infinite forgiveness? In this passage, Nietzsche taunts America's wealth and dignity, seducing us with an image of ourselves more befitting our vanity than the image of a vengeful America. </w:t>
      </w:r>
      <w:r>
        <w:rPr>
          <w:b/>
          <w:i w:val="0"/>
          <w:smallCaps w:val="0"/>
          <w:strike w:val="0"/>
          <w:sz w:val="22"/>
          <w:highlight w:val="cyan"/>
          <w:u w:val="single"/>
        </w:rPr>
        <w:t>Vengeance</w:t>
      </w:r>
      <w:r>
        <w:rPr>
          <w:b w:val="0"/>
          <w:i w:val="0"/>
          <w:smallCaps w:val="0"/>
          <w:strike w:val="0"/>
          <w:sz w:val="22"/>
          <w:u w:val="single"/>
        </w:rPr>
        <w:t xml:space="preserve">, </w:t>
      </w:r>
      <w:r>
        <w:rPr>
          <w:b/>
          <w:i w:val="0"/>
          <w:smallCaps w:val="0"/>
          <w:strike w:val="0"/>
          <w:sz w:val="22"/>
          <w:u w:val="single"/>
        </w:rPr>
        <w:t>ressentiment</w:t>
      </w:r>
      <w:r>
        <w:rPr>
          <w:b w:val="0"/>
          <w:i w:val="0"/>
          <w:smallCaps w:val="0"/>
          <w:strike w:val="0"/>
          <w:sz w:val="22"/>
          <w:u w:val="single"/>
        </w:rPr>
        <w:t xml:space="preserve">, always </w:t>
      </w:r>
      <w:r>
        <w:rPr>
          <w:b/>
          <w:i w:val="0"/>
          <w:smallCaps w:val="0"/>
          <w:strike w:val="0"/>
          <w:sz w:val="22"/>
          <w:highlight w:val="cyan"/>
          <w:u w:val="single"/>
        </w:rPr>
        <w:t>claims morality</w:t>
      </w:r>
      <w:r>
        <w:rPr>
          <w:b w:val="0"/>
          <w:i w:val="0"/>
          <w:smallCaps w:val="0"/>
          <w:strike w:val="0"/>
          <w:sz w:val="22"/>
          <w:highlight w:val="cyan"/>
          <w:u w:val="single"/>
        </w:rPr>
        <w:t xml:space="preserve"> as its cause, but forgiveness </w:t>
      </w:r>
      <w:r>
        <w:rPr>
          <w:b/>
          <w:i w:val="0"/>
          <w:smallCaps w:val="0"/>
          <w:strike w:val="0"/>
          <w:sz w:val="22"/>
          <w:highlight w:val="cyan"/>
          <w:u w:val="single"/>
        </w:rPr>
        <w:t>does not have to</w:t>
      </w:r>
      <w:r>
        <w:rPr>
          <w:b w:val="0"/>
          <w:i w:val="0"/>
          <w:smallCaps w:val="0"/>
          <w:strike w:val="0"/>
          <w:sz w:val="22"/>
          <w:u w:val="single"/>
        </w:rPr>
        <w:t xml:space="preserve">, because it is a </w:t>
      </w:r>
      <w:r>
        <w:rPr>
          <w:b/>
          <w:i w:val="0"/>
          <w:smallCaps w:val="0"/>
          <w:strike w:val="0"/>
          <w:sz w:val="22"/>
          <w:u w:val="single"/>
        </w:rPr>
        <w:t>washing away of guilt/debt</w:t>
      </w:r>
      <w:r>
        <w:rPr>
          <w:b w:val="0"/>
          <w:i w:val="0"/>
          <w:smallCaps w:val="0"/>
          <w:strike w:val="0"/>
          <w:sz w:val="22"/>
          <w:u w:val="single"/>
        </w:rPr>
        <w:t xml:space="preserve">, because it is a </w:t>
      </w:r>
      <w:r>
        <w:rPr>
          <w:b/>
          <w:i w:val="0"/>
          <w:smallCaps w:val="0"/>
          <w:strike w:val="0"/>
          <w:sz w:val="22"/>
          <w:u w:val="single"/>
        </w:rPr>
        <w:t>gift</w:t>
      </w:r>
      <w:r>
        <w:rPr>
          <w:b w:val="0"/>
          <w:i w:val="0"/>
          <w:smallCaps w:val="0"/>
          <w:strike w:val="0"/>
          <w:sz w:val="22"/>
          <w:u w:val="single"/>
        </w:rPr>
        <w:t xml:space="preserve">. </w:t>
      </w:r>
      <w:r>
        <w:rPr>
          <w:b w:val="0"/>
          <w:i w:val="0"/>
          <w:smallCaps w:val="0"/>
          <w:strike w:val="0"/>
          <w:sz w:val="22"/>
          <w:highlight w:val="cyan"/>
          <w:u w:val="single"/>
        </w:rPr>
        <w:t xml:space="preserve">Rather than </w:t>
      </w:r>
      <w:r>
        <w:rPr>
          <w:b/>
          <w:i w:val="0"/>
          <w:smallCaps w:val="0"/>
          <w:strike w:val="0"/>
          <w:sz w:val="22"/>
          <w:highlight w:val="cyan"/>
          <w:u w:val="single"/>
        </w:rPr>
        <w:t>make claims</w:t>
      </w:r>
      <w:r>
        <w:rPr>
          <w:b w:val="0"/>
          <w:i w:val="0"/>
          <w:smallCaps w:val="0"/>
          <w:strike w:val="0"/>
          <w:sz w:val="22"/>
          <w:highlight w:val="cyan"/>
          <w:u w:val="single"/>
        </w:rPr>
        <w:t xml:space="preserve">, it </w:t>
      </w:r>
      <w:r>
        <w:rPr>
          <w:b/>
          <w:i w:val="0"/>
          <w:smallCaps w:val="0"/>
          <w:strike w:val="0"/>
          <w:sz w:val="22"/>
          <w:highlight w:val="cyan"/>
          <w:u w:val="single"/>
        </w:rPr>
        <w:t>gives them away</w:t>
      </w:r>
      <w:r>
        <w:rPr>
          <w:b w:val="0"/>
          <w:i w:val="0"/>
          <w:smallCaps w:val="0"/>
          <w:strike w:val="0"/>
          <w:sz w:val="22"/>
          <w:highlight w:val="cyan"/>
          <w:u w:val="single"/>
        </w:rPr>
        <w:t>, which</w:t>
      </w:r>
      <w:r>
        <w:rPr>
          <w:b w:val="0"/>
          <w:i w:val="0"/>
          <w:smallCaps w:val="0"/>
          <w:strike w:val="0"/>
          <w:sz w:val="22"/>
          <w:u w:val="single"/>
        </w:rPr>
        <w:t xml:space="preserve"> </w:t>
      </w:r>
      <w:r>
        <w:rPr>
          <w:b/>
          <w:i w:val="0"/>
          <w:smallCaps w:val="0"/>
          <w:strike w:val="0"/>
          <w:sz w:val="22"/>
          <w:u w:val="single"/>
        </w:rPr>
        <w:t xml:space="preserve">nevertheless </w:t>
      </w:r>
      <w:r>
        <w:rPr>
          <w:b/>
          <w:i w:val="0"/>
          <w:smallCaps w:val="0"/>
          <w:strike w:val="0"/>
          <w:sz w:val="22"/>
          <w:highlight w:val="cyan"/>
          <w:u w:val="single"/>
        </w:rPr>
        <w:t>poses a challenge</w:t>
      </w:r>
      <w:r>
        <w:rPr>
          <w:b w:val="0"/>
          <w:i w:val="0"/>
          <w:smallCaps w:val="0"/>
          <w:strike w:val="0"/>
          <w:sz w:val="22"/>
          <w:u w:val="single"/>
        </w:rPr>
        <w:t xml:space="preserve"> to the other to </w:t>
      </w:r>
      <w:r>
        <w:rPr>
          <w:b/>
          <w:i w:val="0"/>
          <w:smallCaps w:val="0"/>
          <w:strike w:val="0"/>
          <w:sz w:val="22"/>
          <w:u w:val="single"/>
        </w:rPr>
        <w:t>counter-give</w:t>
      </w:r>
      <w:r>
        <w:rPr>
          <w:b w:val="0"/>
          <w:i w:val="0"/>
          <w:smallCaps w:val="0"/>
          <w:strike w:val="0"/>
          <w:sz w:val="22"/>
          <w:u w:val="single"/>
        </w:rPr>
        <w:t xml:space="preserve"> with a symbolic response. </w:t>
      </w:r>
      <w:r>
        <w:rPr>
          <w:b w:val="0"/>
          <w:i w:val="0"/>
          <w:smallCaps w:val="0"/>
          <w:strike w:val="0"/>
          <w:sz w:val="22"/>
          <w:u w:val="single"/>
        </w:rPr>
        <w:t>This is</w:t>
      </w:r>
      <w:r>
        <w:rPr>
          <w:b w:val="0"/>
          <w:i w:val="0"/>
          <w:smallCaps w:val="0"/>
          <w:strike w:val="0"/>
          <w:sz w:val="16"/>
          <w:u w:val="none"/>
        </w:rPr>
        <w:t xml:space="preserve"> for Nietzsche, as for Baudrillard, one would gather, </w:t>
      </w:r>
      <w:r>
        <w:rPr>
          <w:b w:val="0"/>
          <w:i w:val="0"/>
          <w:smallCaps w:val="0"/>
          <w:strike w:val="0"/>
          <w:sz w:val="22"/>
          <w:highlight w:val="cyan"/>
          <w:u w:val="single"/>
        </w:rPr>
        <w:t xml:space="preserve">the </w:t>
      </w:r>
      <w:r>
        <w:rPr>
          <w:b/>
          <w:i w:val="0"/>
          <w:smallCaps w:val="0"/>
          <w:strike w:val="0"/>
          <w:sz w:val="22"/>
          <w:highlight w:val="cyan"/>
          <w:u w:val="single"/>
        </w:rPr>
        <w:t>most</w:t>
      </w:r>
      <w:r>
        <w:rPr>
          <w:b/>
          <w:i w:val="0"/>
          <w:smallCaps w:val="0"/>
          <w:strike w:val="0"/>
          <w:sz w:val="22"/>
          <w:u w:val="single"/>
        </w:rPr>
        <w:t xml:space="preserve"> beautiful aesthetic/</w:t>
      </w:r>
      <w:r>
        <w:rPr>
          <w:b/>
          <w:i w:val="0"/>
          <w:smallCaps w:val="0"/>
          <w:strike w:val="0"/>
          <w:sz w:val="22"/>
          <w:highlight w:val="cyan"/>
          <w:u w:val="single"/>
        </w:rPr>
        <w:t>symbolic gesture</w:t>
      </w:r>
      <w:r>
        <w:rPr>
          <w:b w:val="0"/>
          <w:i w:val="0"/>
          <w:smallCaps w:val="0"/>
          <w:strike w:val="0"/>
          <w:sz w:val="22"/>
          <w:u w:val="single"/>
        </w:rPr>
        <w:t xml:space="preserve">, an </w:t>
      </w:r>
      <w:r>
        <w:rPr>
          <w:b/>
          <w:i w:val="0"/>
          <w:smallCaps w:val="0"/>
          <w:strike w:val="0"/>
          <w:sz w:val="22"/>
          <w:u w:val="single"/>
        </w:rPr>
        <w:t>extra-moral gesture</w:t>
      </w:r>
      <w:r>
        <w:rPr>
          <w:b w:val="0"/>
          <w:i w:val="0"/>
          <w:smallCaps w:val="0"/>
          <w:strike w:val="0"/>
          <w:sz w:val="22"/>
          <w:u w:val="single"/>
        </w:rPr>
        <w:t xml:space="preserve">, </w:t>
      </w:r>
      <w:r>
        <w:rPr>
          <w:b/>
          <w:i w:val="0"/>
          <w:smallCaps w:val="0"/>
          <w:strike w:val="0"/>
          <w:sz w:val="22"/>
          <w:u w:val="single"/>
        </w:rPr>
        <w:t>beyond Good</w:t>
      </w:r>
      <w:r>
        <w:rPr>
          <w:b w:val="0"/>
          <w:i w:val="0"/>
          <w:smallCaps w:val="0"/>
          <w:strike w:val="0"/>
          <w:sz w:val="22"/>
          <w:u w:val="single"/>
        </w:rPr>
        <w:t xml:space="preserve"> and </w:t>
      </w:r>
      <w:r>
        <w:rPr>
          <w:b/>
          <w:i w:val="0"/>
          <w:smallCaps w:val="0"/>
          <w:strike w:val="0"/>
          <w:sz w:val="22"/>
          <w:u w:val="single"/>
        </w:rPr>
        <w:t>Evil</w:t>
      </w:r>
      <w:r>
        <w:rPr>
          <w:b w:val="0"/>
          <w:i w:val="0"/>
          <w:smallCaps w:val="0"/>
          <w:strike w:val="0"/>
          <w:sz w:val="22"/>
          <w:u w:val="single"/>
        </w:rPr>
        <w:t xml:space="preserve">. It is also the </w:t>
      </w:r>
      <w:r>
        <w:rPr>
          <w:b/>
          <w:i w:val="0"/>
          <w:smallCaps w:val="0"/>
          <w:strike w:val="0"/>
          <w:sz w:val="22"/>
          <w:u w:val="single"/>
        </w:rPr>
        <w:t>only means to peace</w:t>
      </w:r>
      <w:r>
        <w:rPr>
          <w:b w:val="0"/>
          <w:i w:val="0"/>
          <w:smallCaps w:val="0"/>
          <w:strike w:val="0"/>
          <w:sz w:val="22"/>
          <w:u w:val="single"/>
        </w:rPr>
        <w:t xml:space="preserve"> short of the </w:t>
      </w:r>
      <w:r>
        <w:rPr>
          <w:b/>
          <w:i w:val="0"/>
          <w:smallCaps w:val="0"/>
          <w:strike w:val="0"/>
          <w:sz w:val="22"/>
          <w:u w:val="single"/>
        </w:rPr>
        <w:t>total annihilation</w:t>
      </w:r>
      <w:r>
        <w:rPr>
          <w:b w:val="0"/>
          <w:i w:val="0"/>
          <w:smallCaps w:val="0"/>
          <w:strike w:val="0"/>
          <w:sz w:val="22"/>
          <w:u w:val="single"/>
        </w:rPr>
        <w:t xml:space="preserve"> of a virtually invisible enemy. Would</w:t>
      </w:r>
      <w:r>
        <w:rPr>
          <w:b w:val="0"/>
          <w:i w:val="0"/>
          <w:smallCaps w:val="0"/>
          <w:strike w:val="0"/>
          <w:sz w:val="16"/>
          <w:u w:val="none"/>
        </w:rPr>
        <w:t xml:space="preserve"> a Nietzschean-style </w:t>
      </w:r>
      <w:r>
        <w:rPr>
          <w:b w:val="0"/>
          <w:i w:val="0"/>
          <w:smallCaps w:val="0"/>
          <w:strike w:val="0"/>
          <w:sz w:val="22"/>
          <w:u w:val="single"/>
        </w:rPr>
        <w:t xml:space="preserve">forgiveness of debt </w:t>
      </w:r>
      <w:r>
        <w:rPr>
          <w:b/>
          <w:i w:val="0"/>
          <w:smallCaps w:val="0"/>
          <w:strike w:val="0"/>
          <w:sz w:val="22"/>
          <w:u w:val="single"/>
        </w:rPr>
        <w:t xml:space="preserve">not </w:t>
      </w:r>
      <w:r>
        <w:rPr>
          <w:b/>
          <w:i w:val="0"/>
          <w:smallCaps w:val="0"/>
          <w:strike w:val="0"/>
          <w:sz w:val="22"/>
          <w:highlight w:val="cyan"/>
          <w:u w:val="single"/>
        </w:rPr>
        <w:t>entail</w:t>
      </w:r>
      <w:r>
        <w:rPr>
          <w:b/>
          <w:i w:val="0"/>
          <w:smallCaps w:val="0"/>
          <w:strike w:val="0"/>
          <w:sz w:val="22"/>
          <w:u w:val="single"/>
        </w:rPr>
        <w:t xml:space="preserve"> gestures</w:t>
      </w:r>
      <w:r>
        <w:rPr>
          <w:b w:val="0"/>
          <w:i w:val="0"/>
          <w:smallCaps w:val="0"/>
          <w:strike w:val="0"/>
          <w:sz w:val="22"/>
          <w:u w:val="single"/>
        </w:rPr>
        <w:t xml:space="preserve"> like </w:t>
      </w:r>
      <w:r>
        <w:rPr>
          <w:b w:val="0"/>
          <w:i w:val="0"/>
          <w:smallCaps w:val="0"/>
          <w:strike w:val="0"/>
          <w:sz w:val="22"/>
          <w:highlight w:val="cyan"/>
          <w:u w:val="single"/>
        </w:rPr>
        <w:t xml:space="preserve">the </w:t>
      </w:r>
      <w:r>
        <w:rPr>
          <w:b/>
          <w:i w:val="0"/>
          <w:smallCaps w:val="0"/>
          <w:strike w:val="0"/>
          <w:sz w:val="22"/>
          <w:highlight w:val="cyan"/>
          <w:u w:val="single"/>
        </w:rPr>
        <w:t>removal of</w:t>
      </w:r>
      <w:r>
        <w:rPr>
          <w:b/>
          <w:i w:val="0"/>
          <w:smallCaps w:val="0"/>
          <w:strike w:val="0"/>
          <w:sz w:val="22"/>
          <w:u w:val="single"/>
        </w:rPr>
        <w:t xml:space="preserve"> U.S. </w:t>
      </w:r>
      <w:r>
        <w:rPr>
          <w:b/>
          <w:i w:val="0"/>
          <w:smallCaps w:val="0"/>
          <w:strike w:val="0"/>
          <w:sz w:val="22"/>
          <w:highlight w:val="cyan"/>
          <w:u w:val="single"/>
        </w:rPr>
        <w:t>military bases</w:t>
      </w:r>
      <w:r>
        <w:rPr>
          <w:b w:val="0"/>
          <w:i w:val="0"/>
          <w:smallCaps w:val="0"/>
          <w:strike w:val="0"/>
          <w:sz w:val="16"/>
          <w:u w:val="none"/>
        </w:rPr>
        <w:t xml:space="preserve"> from the Middle East</w:t>
      </w:r>
      <w:r>
        <w:rPr>
          <w:b w:val="0"/>
          <w:i w:val="0"/>
          <w:smallCaps w:val="0"/>
          <w:strike w:val="0"/>
          <w:sz w:val="16"/>
          <w:u w:val="none"/>
        </w:rPr>
        <w:t xml:space="preserve">, the nationalization of Arab oil assets, the discontinuation of all support for dictatorships in the area and around the world, and the promotion of a Palestinian nation? </w:t>
      </w:r>
      <w:r>
        <w:rPr>
          <w:b w:val="0"/>
          <w:i w:val="0"/>
          <w:smallCaps w:val="0"/>
          <w:strike w:val="0"/>
          <w:sz w:val="16"/>
          <w:u w:val="none"/>
        </w:rPr>
        <w:t>And if such tokens of "forgiveness" were offered, does anyone doubt that a more livable peace would soon be at hand, and that the U.S. would incur its greatest possible symbolic honor?</w:t>
      </w:r>
    </w:p>
    <w:p>
      <w:pPr>
        <w:spacing w:after="60"/>
      </w:pPr>
      <w:r>
        <w:rPr>
          <w:b w:val="0"/>
          <w:i w:val="0"/>
          <w:smallCaps w:val="0"/>
          <w:strike w:val="0"/>
          <w:sz w:val="22"/>
          <w:u w:val="single"/>
        </w:rPr>
        <w:t xml:space="preserve">If we assume, with Baudrillard, that there is a </w:t>
      </w:r>
      <w:r>
        <w:rPr>
          <w:b/>
          <w:i w:val="0"/>
          <w:smallCaps w:val="0"/>
          <w:strike w:val="0"/>
          <w:sz w:val="22"/>
          <w:u w:val="single"/>
        </w:rPr>
        <w:t>rule of reciprocity</w:t>
      </w:r>
      <w:r>
        <w:rPr>
          <w:b w:val="0"/>
          <w:i w:val="0"/>
          <w:smallCaps w:val="0"/>
          <w:strike w:val="0"/>
          <w:sz w:val="22"/>
          <w:u w:val="single"/>
        </w:rPr>
        <w:t xml:space="preserve"> between conscious beings, wherein their </w:t>
      </w:r>
      <w:r>
        <w:rPr>
          <w:b/>
          <w:i w:val="0"/>
          <w:smallCaps w:val="0"/>
          <w:strike w:val="0"/>
          <w:sz w:val="22"/>
          <w:u w:val="single"/>
        </w:rPr>
        <w:t>symbolic standing</w:t>
      </w:r>
      <w:r>
        <w:rPr>
          <w:b w:val="0"/>
          <w:i w:val="0"/>
          <w:smallCaps w:val="0"/>
          <w:strike w:val="0"/>
          <w:sz w:val="22"/>
          <w:u w:val="single"/>
        </w:rPr>
        <w:t xml:space="preserve"> vis à vis one another depends on </w:t>
      </w:r>
      <w:r>
        <w:rPr>
          <w:b/>
          <w:i w:val="0"/>
          <w:smallCaps w:val="0"/>
          <w:strike w:val="0"/>
          <w:sz w:val="22"/>
          <w:u w:val="single"/>
        </w:rPr>
        <w:t>what they give in exchange</w:t>
      </w:r>
      <w:r>
        <w:rPr>
          <w:b w:val="0"/>
          <w:i w:val="0"/>
          <w:smallCaps w:val="0"/>
          <w:strike w:val="0"/>
          <w:sz w:val="16"/>
          <w:u w:val="none"/>
        </w:rPr>
        <w:t xml:space="preserve">, and if we assume that the recognition of this rule of value runs deeper in humans everywhere than does the recognition of the rule of value imposed by capitalism, </w:t>
      </w:r>
      <w:r>
        <w:rPr>
          <w:b w:val="0"/>
          <w:i w:val="0"/>
          <w:smallCaps w:val="0"/>
          <w:strike w:val="0"/>
          <w:sz w:val="22"/>
          <w:u w:val="single"/>
        </w:rPr>
        <w:t xml:space="preserve">and </w:t>
      </w:r>
      <w:r>
        <w:rPr>
          <w:b w:val="0"/>
          <w:i w:val="0"/>
          <w:smallCaps w:val="0"/>
          <w:strike w:val="0"/>
          <w:sz w:val="22"/>
          <w:highlight w:val="cyan"/>
          <w:u w:val="single"/>
        </w:rPr>
        <w:t>if</w:t>
      </w:r>
      <w:r>
        <w:rPr>
          <w:b w:val="0"/>
          <w:i w:val="0"/>
          <w:smallCaps w:val="0"/>
          <w:strike w:val="0"/>
          <w:sz w:val="22"/>
          <w:u w:val="single"/>
        </w:rPr>
        <w:t xml:space="preserve"> we assume that the </w:t>
      </w:r>
      <w:r>
        <w:rPr>
          <w:b/>
          <w:i w:val="0"/>
          <w:smallCaps w:val="0"/>
          <w:strike w:val="0"/>
          <w:sz w:val="22"/>
          <w:highlight w:val="cyan"/>
          <w:u w:val="single"/>
        </w:rPr>
        <w:t>terrorists have appealed to this rule</w:t>
      </w:r>
      <w:r>
        <w:rPr>
          <w:b w:val="0"/>
          <w:i w:val="0"/>
          <w:smallCaps w:val="0"/>
          <w:strike w:val="0"/>
          <w:sz w:val="22"/>
          <w:u w:val="single"/>
        </w:rPr>
        <w:t xml:space="preserve"> before the world, do we choose to </w:t>
      </w:r>
      <w:r>
        <w:rPr>
          <w:b/>
          <w:i w:val="0"/>
          <w:smallCaps w:val="0"/>
          <w:strike w:val="0"/>
          <w:sz w:val="22"/>
          <w:u w:val="single"/>
        </w:rPr>
        <w:t>play by the rule</w:t>
      </w:r>
      <w:r>
        <w:rPr>
          <w:b w:val="0"/>
          <w:i w:val="0"/>
          <w:smallCaps w:val="0"/>
          <w:strike w:val="0"/>
          <w:sz w:val="22"/>
          <w:u w:val="single"/>
        </w:rPr>
        <w:t xml:space="preserve">, or to </w:t>
      </w:r>
      <w:r>
        <w:rPr>
          <w:b/>
          <w:i w:val="0"/>
          <w:smallCaps w:val="0"/>
          <w:strike w:val="0"/>
          <w:sz w:val="22"/>
          <w:u w:val="single"/>
        </w:rPr>
        <w:t>ignore it</w:t>
      </w:r>
      <w:r>
        <w:rPr>
          <w:b w:val="0"/>
          <w:i w:val="0"/>
          <w:smallCaps w:val="0"/>
          <w:strike w:val="0"/>
          <w:sz w:val="22"/>
          <w:u w:val="single"/>
        </w:rPr>
        <w:t xml:space="preserve">? So far </w:t>
      </w:r>
      <w:r>
        <w:rPr>
          <w:b w:val="0"/>
          <w:i w:val="0"/>
          <w:smallCaps w:val="0"/>
          <w:strike w:val="0"/>
          <w:sz w:val="22"/>
          <w:highlight w:val="cyan"/>
          <w:u w:val="single"/>
        </w:rPr>
        <w:t xml:space="preserve">the U.S. has </w:t>
      </w:r>
      <w:r>
        <w:rPr>
          <w:b/>
          <w:i w:val="0"/>
          <w:smallCaps w:val="0"/>
          <w:strike w:val="0"/>
          <w:sz w:val="22"/>
          <w:highlight w:val="cyan"/>
          <w:u w:val="single"/>
        </w:rPr>
        <w:t>ignored</w:t>
      </w:r>
      <w:r>
        <w:rPr>
          <w:b/>
          <w:i w:val="0"/>
          <w:smallCaps w:val="0"/>
          <w:strike w:val="0"/>
          <w:sz w:val="22"/>
          <w:u w:val="single"/>
        </w:rPr>
        <w:t xml:space="preserve"> it</w:t>
      </w:r>
      <w:r>
        <w:rPr>
          <w:b w:val="0"/>
          <w:i w:val="0"/>
          <w:smallCaps w:val="0"/>
          <w:strike w:val="0"/>
          <w:sz w:val="22"/>
          <w:u w:val="single"/>
        </w:rPr>
        <w:t xml:space="preserve"> </w:t>
      </w:r>
      <w:r>
        <w:rPr>
          <w:b w:val="0"/>
          <w:i w:val="0"/>
          <w:smallCaps w:val="0"/>
          <w:strike w:val="0"/>
          <w:sz w:val="22"/>
          <w:highlight w:val="cyan"/>
          <w:u w:val="single"/>
        </w:rPr>
        <w:t xml:space="preserve">by </w:t>
      </w:r>
      <w:r>
        <w:rPr>
          <w:b/>
          <w:i w:val="0"/>
          <w:smallCaps w:val="0"/>
          <w:strike w:val="0"/>
          <w:sz w:val="22"/>
          <w:highlight w:val="cyan"/>
          <w:u w:val="single"/>
        </w:rPr>
        <w:t>refusing to answer</w:t>
      </w:r>
      <w:r>
        <w:rPr>
          <w:b w:val="0"/>
          <w:i w:val="0"/>
          <w:smallCaps w:val="0"/>
          <w:strike w:val="0"/>
          <w:sz w:val="22"/>
          <w:u w:val="single"/>
        </w:rPr>
        <w:t xml:space="preserve"> the implicit questions: </w:t>
      </w:r>
      <w:r>
        <w:rPr>
          <w:b/>
          <w:i w:val="0"/>
          <w:smallCaps w:val="0"/>
          <w:strike w:val="0"/>
          <w:sz w:val="22"/>
          <w:u w:val="single"/>
        </w:rPr>
        <w:t>Why do they hate us</w:t>
      </w:r>
      <w:r>
        <w:rPr>
          <w:b w:val="0"/>
          <w:i w:val="0"/>
          <w:smallCaps w:val="0"/>
          <w:strike w:val="0"/>
          <w:sz w:val="22"/>
          <w:u w:val="single"/>
        </w:rPr>
        <w:t xml:space="preserve">? </w:t>
      </w:r>
      <w:r>
        <w:rPr>
          <w:b/>
          <w:i w:val="0"/>
          <w:smallCaps w:val="0"/>
          <w:strike w:val="0"/>
          <w:sz w:val="22"/>
          <w:highlight w:val="cyan"/>
          <w:u w:val="single"/>
        </w:rPr>
        <w:t>Why is our military there</w:t>
      </w:r>
      <w:r>
        <w:rPr>
          <w:b w:val="0"/>
          <w:i w:val="0"/>
          <w:smallCaps w:val="0"/>
          <w:strike w:val="0"/>
          <w:sz w:val="22"/>
          <w:highlight w:val="cyan"/>
          <w:u w:val="single"/>
        </w:rPr>
        <w:t>?</w:t>
      </w:r>
      <w:r>
        <w:rPr>
          <w:b w:val="0"/>
          <w:i w:val="0"/>
          <w:smallCaps w:val="0"/>
          <w:strike w:val="0"/>
          <w:sz w:val="16"/>
          <w:highlight w:val="cyan"/>
          <w:u w:val="none"/>
        </w:rPr>
        <w:t xml:space="preserve"> </w:t>
      </w:r>
      <w:r>
        <w:rPr>
          <w:b w:val="0"/>
          <w:i w:val="0"/>
          <w:smallCaps w:val="0"/>
          <w:strike w:val="0"/>
          <w:sz w:val="22"/>
          <w:highlight w:val="cyan"/>
          <w:u w:val="single"/>
        </w:rPr>
        <w:t xml:space="preserve">By </w:t>
      </w:r>
      <w:r>
        <w:rPr>
          <w:b/>
          <w:i w:val="0"/>
          <w:smallCaps w:val="0"/>
          <w:strike w:val="0"/>
          <w:sz w:val="22"/>
          <w:highlight w:val="cyan"/>
          <w:u w:val="single"/>
        </w:rPr>
        <w:t>what right</w:t>
      </w:r>
      <w:r>
        <w:rPr>
          <w:b w:val="0"/>
          <w:i w:val="0"/>
          <w:smallCaps w:val="0"/>
          <w:strike w:val="0"/>
          <w:sz w:val="22"/>
          <w:highlight w:val="cyan"/>
          <w:u w:val="single"/>
        </w:rPr>
        <w:t xml:space="preserve"> do we </w:t>
      </w:r>
      <w:r>
        <w:rPr>
          <w:b/>
          <w:i w:val="0"/>
          <w:smallCaps w:val="0"/>
          <w:strike w:val="0"/>
          <w:sz w:val="22"/>
          <w:highlight w:val="cyan"/>
          <w:u w:val="single"/>
        </w:rPr>
        <w:t>exploit</w:t>
      </w:r>
      <w:r>
        <w:rPr>
          <w:b/>
          <w:i w:val="0"/>
          <w:smallCaps w:val="0"/>
          <w:strike w:val="0"/>
          <w:sz w:val="22"/>
          <w:u w:val="single"/>
        </w:rPr>
        <w:t xml:space="preserve"> their resources</w:t>
      </w:r>
      <w:r>
        <w:rPr>
          <w:b w:val="0"/>
          <w:i w:val="0"/>
          <w:smallCaps w:val="0"/>
          <w:strike w:val="0"/>
          <w:sz w:val="22"/>
          <w:u w:val="single"/>
        </w:rPr>
        <w:t xml:space="preserve">, </w:t>
      </w:r>
      <w:r>
        <w:rPr>
          <w:b/>
          <w:i w:val="0"/>
          <w:smallCaps w:val="0"/>
          <w:strike w:val="0"/>
          <w:sz w:val="22"/>
          <w:highlight w:val="cyan"/>
          <w:u w:val="single"/>
        </w:rPr>
        <w:t>overthrow</w:t>
      </w:r>
      <w:r>
        <w:rPr>
          <w:b/>
          <w:i w:val="0"/>
          <w:smallCaps w:val="0"/>
          <w:strike w:val="0"/>
          <w:sz w:val="22"/>
          <w:u w:val="single"/>
        </w:rPr>
        <w:t xml:space="preserve"> their elected leaders</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drop bombs</w:t>
      </w:r>
      <w:r>
        <w:rPr>
          <w:b/>
          <w:i w:val="0"/>
          <w:smallCaps w:val="0"/>
          <w:strike w:val="0"/>
          <w:sz w:val="22"/>
          <w:u w:val="single"/>
        </w:rPr>
        <w:t xml:space="preserve"> on their people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But </w:t>
      </w:r>
      <w:r>
        <w:rPr>
          <w:b/>
          <w:i w:val="0"/>
          <w:smallCaps w:val="0"/>
          <w:strike w:val="0"/>
          <w:sz w:val="22"/>
          <w:highlight w:val="cyan"/>
          <w:u w:val="single"/>
        </w:rPr>
        <w:t>no response</w:t>
      </w:r>
      <w:r>
        <w:rPr>
          <w:b w:val="0"/>
          <w:i w:val="0"/>
          <w:smallCaps w:val="0"/>
          <w:strike w:val="0"/>
          <w:sz w:val="22"/>
          <w:highlight w:val="cyan"/>
          <w:u w:val="single"/>
        </w:rPr>
        <w:t xml:space="preserve"> is </w:t>
      </w:r>
      <w:r>
        <w:rPr>
          <w:b/>
          <w:i w:val="0"/>
          <w:smallCaps w:val="0"/>
          <w:strike w:val="0"/>
          <w:sz w:val="22"/>
          <w:highlight w:val="cyan"/>
          <w:u w:val="single"/>
        </w:rPr>
        <w:t>still a response</w:t>
      </w:r>
      <w:r>
        <w:rPr>
          <w:b w:val="0"/>
          <w:i w:val="0"/>
          <w:smallCaps w:val="0"/>
          <w:strike w:val="0"/>
          <w:sz w:val="22"/>
          <w:u w:val="single"/>
        </w:rPr>
        <w:t xml:space="preserve">, symbolically speaking, and the </w:t>
      </w:r>
      <w:r>
        <w:rPr>
          <w:b/>
          <w:i w:val="0"/>
          <w:smallCaps w:val="0"/>
          <w:strike w:val="0"/>
          <w:sz w:val="22"/>
          <w:u w:val="single"/>
        </w:rPr>
        <w:t>world is listening</w:t>
      </w:r>
      <w:r>
        <w:rPr>
          <w:b w:val="0"/>
          <w:i w:val="0"/>
          <w:smallCaps w:val="0"/>
          <w:strike w:val="0"/>
          <w:sz w:val="22"/>
          <w:u w:val="single"/>
        </w:rPr>
        <w:t xml:space="preserve">. What the system did in </w:t>
      </w:r>
      <w:r>
        <w:rPr>
          <w:b/>
          <w:i w:val="0"/>
          <w:smallCaps w:val="0"/>
          <w:strike w:val="0"/>
          <w:sz w:val="22"/>
          <w:u w:val="single"/>
        </w:rPr>
        <w:t>response</w:t>
      </w:r>
      <w:r>
        <w:rPr>
          <w:b w:val="0"/>
          <w:i w:val="0"/>
          <w:smallCaps w:val="0"/>
          <w:strike w:val="0"/>
          <w:sz w:val="22"/>
          <w:u w:val="single"/>
        </w:rPr>
        <w:t xml:space="preserve"> to 9/11, or </w:t>
      </w:r>
      <w:r>
        <w:rPr>
          <w:b/>
          <w:i w:val="0"/>
          <w:smallCaps w:val="0"/>
          <w:strike w:val="0"/>
          <w:sz w:val="22"/>
          <w:u w:val="single"/>
        </w:rPr>
        <w:t>instead of responding</w:t>
      </w:r>
      <w:r>
        <w:rPr>
          <w:b w:val="0"/>
          <w:i w:val="0"/>
          <w:smallCaps w:val="0"/>
          <w:strike w:val="0"/>
          <w:sz w:val="22"/>
          <w:u w:val="single"/>
        </w:rPr>
        <w:t xml:space="preserve"> to it, was to </w:t>
      </w:r>
      <w:r>
        <w:rPr>
          <w:b/>
          <w:i w:val="0"/>
          <w:smallCaps w:val="0"/>
          <w:strike w:val="0"/>
          <w:sz w:val="22"/>
          <w:u w:val="single"/>
        </w:rPr>
        <w:t>re-absorb its symbolic violence</w:t>
      </w:r>
      <w:r>
        <w:rPr>
          <w:b w:val="0"/>
          <w:i w:val="0"/>
          <w:smallCaps w:val="0"/>
          <w:strike w:val="0"/>
          <w:sz w:val="22"/>
          <w:u w:val="single"/>
        </w:rPr>
        <w:t xml:space="preserve"> back into the never ending flow of anesthetized simulation</w:t>
      </w:r>
      <w:r>
        <w:rPr>
          <w:b w:val="0"/>
          <w:i w:val="0"/>
          <w:smallCaps w:val="0"/>
          <w:strike w:val="0"/>
          <w:sz w:val="16"/>
          <w:u w:val="none"/>
        </w:rPr>
        <w:t xml:space="preserve">, i.e., </w:t>
      </w:r>
      <w:r>
        <w:rPr>
          <w:b w:val="0"/>
          <w:i w:val="0"/>
          <w:smallCaps w:val="0"/>
          <w:strike w:val="0"/>
          <w:sz w:val="22"/>
          <w:u w:val="single"/>
        </w:rPr>
        <w:t xml:space="preserve">it has attempted "to </w:t>
      </w:r>
      <w:r>
        <w:rPr>
          <w:b/>
          <w:i w:val="0"/>
          <w:smallCaps w:val="0"/>
          <w:strike w:val="0"/>
          <w:sz w:val="22"/>
          <w:u w:val="single"/>
        </w:rPr>
        <w:t>replace a truly formidable event</w:t>
      </w:r>
      <w:r>
        <w:rPr>
          <w:b w:val="0"/>
          <w:i w:val="0"/>
          <w:smallCaps w:val="0"/>
          <w:strike w:val="0"/>
          <w:sz w:val="22"/>
          <w:u w:val="single"/>
        </w:rPr>
        <w:t xml:space="preserve">, unique and </w:t>
      </w:r>
      <w:r>
        <w:rPr>
          <w:b w:val="0"/>
          <w:i w:val="0"/>
          <w:smallCaps w:val="0"/>
          <w:strike w:val="0"/>
          <w:sz w:val="22"/>
          <w:u w:val="single"/>
        </w:rPr>
        <w:t>unforseen</w:t>
      </w:r>
      <w:r>
        <w:rPr>
          <w:b w:val="0"/>
          <w:i w:val="0"/>
          <w:smallCaps w:val="0"/>
          <w:strike w:val="0"/>
          <w:sz w:val="22"/>
          <w:u w:val="single"/>
        </w:rPr>
        <w:t xml:space="preserve">, with a </w:t>
      </w:r>
      <w:r>
        <w:rPr>
          <w:b/>
          <w:i w:val="0"/>
          <w:smallCaps w:val="0"/>
          <w:strike w:val="0"/>
          <w:sz w:val="22"/>
          <w:u w:val="single"/>
        </w:rPr>
        <w:t>pseudo-event</w:t>
      </w:r>
      <w:r>
        <w:rPr>
          <w:b w:val="0"/>
          <w:i w:val="0"/>
          <w:smallCaps w:val="0"/>
          <w:strike w:val="0"/>
          <w:sz w:val="22"/>
          <w:u w:val="single"/>
        </w:rPr>
        <w:t xml:space="preserve"> that is as repetitive as it is familiar"</w:t>
      </w:r>
      <w:r>
        <w:rPr>
          <w:b w:val="0"/>
          <w:i w:val="0"/>
          <w:smallCaps w:val="0"/>
          <w:strike w:val="0"/>
          <w:sz w:val="16"/>
          <w:u w:val="none"/>
        </w:rPr>
        <w:t xml:space="preserve"> (Harper's 18). This is exactly what Baudrillard predicted would happen in "On Nihilism," this neutralizing of the terrorist event by the system. In "</w:t>
      </w:r>
      <w:r>
        <w:rPr>
          <w:b w:val="0"/>
          <w:i w:val="0"/>
          <w:smallCaps w:val="0"/>
          <w:strike w:val="0"/>
          <w:sz w:val="16"/>
          <w:u w:val="none"/>
        </w:rPr>
        <w:t>L'Esprit</w:t>
      </w:r>
      <w:r>
        <w:rPr>
          <w:b w:val="0"/>
          <w:i w:val="0"/>
          <w:smallCaps w:val="0"/>
          <w:strike w:val="0"/>
          <w:sz w:val="16"/>
          <w:u w:val="none"/>
        </w:rPr>
        <w:t>," he notes that:</w:t>
      </w:r>
    </w:p>
    <w:p>
      <w:pPr>
        <w:spacing w:after="60"/>
      </w:pPr>
      <w:r>
        <w:rPr>
          <w:b w:val="0"/>
          <w:i w:val="0"/>
          <w:smallCaps w:val="0"/>
          <w:strike w:val="0"/>
          <w:sz w:val="16"/>
          <w:u w:val="none"/>
        </w:rPr>
        <w:t>In the terrorist attack the event eclipsed all of our interpretive models, whereas in this mindlessly military and technological war we see the opposite: the interpretive model eclipsing the event. (18)</w:t>
      </w:r>
    </w:p>
    <w:p>
      <w:pPr>
        <w:spacing w:after="60"/>
      </w:pPr>
      <w:r>
        <w:rPr>
          <w:b w:val="0"/>
          <w:i w:val="0"/>
          <w:smallCaps w:val="0"/>
          <w:strike w:val="0"/>
          <w:sz w:val="22"/>
          <w:u w:val="single"/>
        </w:rPr>
        <w:t xml:space="preserve">Baudrillard would have us recognize that </w:t>
      </w:r>
      <w:r>
        <w:rPr>
          <w:b w:val="0"/>
          <w:i w:val="0"/>
          <w:smallCaps w:val="0"/>
          <w:strike w:val="0"/>
          <w:sz w:val="22"/>
          <w:highlight w:val="cyan"/>
          <w:u w:val="single"/>
        </w:rPr>
        <w:t>the attack</w:t>
      </w:r>
      <w:r>
        <w:rPr>
          <w:b w:val="0"/>
          <w:i w:val="0"/>
          <w:smallCaps w:val="0"/>
          <w:strike w:val="0"/>
          <w:sz w:val="22"/>
          <w:u w:val="single"/>
        </w:rPr>
        <w:t xml:space="preserve"> on 9/11 </w:t>
      </w:r>
      <w:r>
        <w:rPr>
          <w:b/>
          <w:i w:val="0"/>
          <w:smallCaps w:val="0"/>
          <w:strike w:val="0"/>
          <w:sz w:val="22"/>
          <w:highlight w:val="cyan"/>
          <w:u w:val="single"/>
        </w:rPr>
        <w:t>succeeded in poking a hole</w:t>
      </w:r>
      <w:r>
        <w:rPr>
          <w:b w:val="0"/>
          <w:i w:val="0"/>
          <w:smallCaps w:val="0"/>
          <w:strike w:val="0"/>
          <w:sz w:val="22"/>
          <w:highlight w:val="cyan"/>
          <w:u w:val="single"/>
        </w:rPr>
        <w:t xml:space="preserve"> in the U.S.'s</w:t>
      </w:r>
      <w:r>
        <w:rPr>
          <w:b w:val="0"/>
          <w:i w:val="0"/>
          <w:smallCaps w:val="0"/>
          <w:strike w:val="0"/>
          <w:sz w:val="22"/>
          <w:u w:val="single"/>
        </w:rPr>
        <w:t xml:space="preserve"> </w:t>
      </w:r>
      <w:r>
        <w:rPr>
          <w:b/>
          <w:i w:val="0"/>
          <w:smallCaps w:val="0"/>
          <w:strike w:val="0"/>
          <w:sz w:val="22"/>
          <w:u w:val="single"/>
        </w:rPr>
        <w:t xml:space="preserve">mighty </w:t>
      </w:r>
      <w:r>
        <w:rPr>
          <w:b/>
          <w:i w:val="0"/>
          <w:smallCaps w:val="0"/>
          <w:strike w:val="0"/>
          <w:sz w:val="22"/>
          <w:highlight w:val="cyan"/>
          <w:u w:val="single"/>
        </w:rPr>
        <w:t>shield</w:t>
      </w:r>
      <w:r>
        <w:rPr>
          <w:b w:val="0"/>
          <w:i w:val="0"/>
          <w:smallCaps w:val="0"/>
          <w:strike w:val="0"/>
          <w:sz w:val="22"/>
          <w:u w:val="single"/>
        </w:rPr>
        <w:t xml:space="preserve">, thus </w:t>
      </w:r>
      <w:r>
        <w:rPr>
          <w:b/>
          <w:i w:val="0"/>
          <w:smallCaps w:val="0"/>
          <w:strike w:val="0"/>
          <w:sz w:val="22"/>
          <w:highlight w:val="cyan"/>
          <w:u w:val="single"/>
        </w:rPr>
        <w:t>opening a space</w:t>
      </w:r>
      <w:r>
        <w:rPr>
          <w:b w:val="0"/>
          <w:i w:val="0"/>
          <w:smallCaps w:val="0"/>
          <w:strike w:val="0"/>
          <w:sz w:val="22"/>
          <w:u w:val="single"/>
        </w:rPr>
        <w:t xml:space="preserve"> "where seduction begins,"</w:t>
      </w:r>
      <w:r>
        <w:rPr>
          <w:b w:val="0"/>
          <w:i w:val="0"/>
          <w:smallCaps w:val="0"/>
          <w:strike w:val="0"/>
          <w:sz w:val="16"/>
          <w:u w:val="none"/>
        </w:rPr>
        <w:t xml:space="preserve"> and in provoking a murderous response. </w:t>
      </w:r>
      <w:r>
        <w:rPr>
          <w:b w:val="0"/>
          <w:i w:val="0"/>
          <w:smallCaps w:val="0"/>
          <w:strike w:val="0"/>
          <w:sz w:val="22"/>
          <w:u w:val="single"/>
        </w:rPr>
        <w:t>The terrorists therefore succeeded</w:t>
      </w:r>
      <w:r>
        <w:rPr>
          <w:b w:val="0"/>
          <w:i w:val="0"/>
          <w:smallCaps w:val="0"/>
          <w:strike w:val="0"/>
          <w:sz w:val="16"/>
          <w:u w:val="none"/>
        </w:rPr>
        <w:t xml:space="preserve"> (are succeeding) </w:t>
      </w:r>
      <w:r>
        <w:rPr>
          <w:b w:val="0"/>
          <w:i w:val="0"/>
          <w:smallCaps w:val="0"/>
          <w:strike w:val="0"/>
          <w:sz w:val="22"/>
          <w:u w:val="single"/>
        </w:rPr>
        <w:t xml:space="preserve">in </w:t>
      </w:r>
      <w:r>
        <w:rPr>
          <w:b/>
          <w:i w:val="0"/>
          <w:smallCaps w:val="0"/>
          <w:strike w:val="0"/>
          <w:sz w:val="22"/>
          <w:u w:val="single"/>
        </w:rPr>
        <w:t>making the U.S. look bad</w:t>
      </w:r>
      <w:r>
        <w:rPr>
          <w:b w:val="0"/>
          <w:i w:val="0"/>
          <w:smallCaps w:val="0"/>
          <w:strike w:val="0"/>
          <w:sz w:val="22"/>
          <w:u w:val="single"/>
        </w:rPr>
        <w:t xml:space="preserve"> on the symbolic battlefield, and in </w:t>
      </w:r>
      <w:r>
        <w:rPr>
          <w:b/>
          <w:i w:val="0"/>
          <w:smallCaps w:val="0"/>
          <w:strike w:val="0"/>
          <w:sz w:val="22"/>
          <w:u w:val="single"/>
        </w:rPr>
        <w:t>pushing the system further toward its limit</w:t>
      </w:r>
      <w:r>
        <w:rPr>
          <w:b w:val="0"/>
          <w:i w:val="0"/>
          <w:smallCaps w:val="0"/>
          <w:strike w:val="0"/>
          <w:sz w:val="22"/>
          <w:u w:val="single"/>
        </w:rPr>
        <w:t xml:space="preserve"> and its </w:t>
      </w:r>
      <w:r>
        <w:rPr>
          <w:b/>
          <w:i w:val="0"/>
          <w:smallCaps w:val="0"/>
          <w:strike w:val="0"/>
          <w:sz w:val="22"/>
          <w:u w:val="single"/>
        </w:rPr>
        <w:t>implosion</w:t>
      </w:r>
      <w:r>
        <w:rPr>
          <w:b w:val="0"/>
          <w:i w:val="0"/>
          <w:smallCaps w:val="0"/>
          <w:strike w:val="0"/>
          <w:sz w:val="22"/>
          <w:u w:val="single"/>
        </w:rPr>
        <w:t xml:space="preserve">, a goal Baudrillard expressly favors. </w:t>
      </w:r>
      <w:r>
        <w:rPr>
          <w:b w:val="0"/>
          <w:i w:val="0"/>
          <w:smallCaps w:val="0"/>
          <w:strike w:val="0"/>
          <w:sz w:val="22"/>
          <w:highlight w:val="cyan"/>
          <w:u w:val="single"/>
        </w:rPr>
        <w:t xml:space="preserve">It seems </w:t>
      </w:r>
      <w:r>
        <w:rPr>
          <w:b/>
          <w:i w:val="0"/>
          <w:smallCaps w:val="0"/>
          <w:strike w:val="0"/>
          <w:sz w:val="22"/>
          <w:highlight w:val="cyan"/>
          <w:u w:val="single"/>
        </w:rPr>
        <w:t>most reasonable</w:t>
      </w:r>
      <w:r>
        <w:rPr>
          <w:b w:val="0"/>
          <w:i w:val="0"/>
          <w:smallCaps w:val="0"/>
          <w:strike w:val="0"/>
          <w:sz w:val="22"/>
          <w:u w:val="single"/>
        </w:rPr>
        <w:t xml:space="preserve"> to conclude, however, </w:t>
      </w:r>
      <w:r>
        <w:rPr>
          <w:b w:val="0"/>
          <w:i w:val="0"/>
          <w:smallCaps w:val="0"/>
          <w:strike w:val="0"/>
          <w:sz w:val="22"/>
          <w:highlight w:val="cyan"/>
          <w:u w:val="single"/>
        </w:rPr>
        <w:t>that</w:t>
      </w:r>
      <w:r>
        <w:rPr>
          <w:b w:val="0"/>
          <w:i w:val="0"/>
          <w:smallCaps w:val="0"/>
          <w:strike w:val="0"/>
          <w:sz w:val="22"/>
          <w:u w:val="single"/>
        </w:rPr>
        <w:t xml:space="preserve"> </w:t>
      </w:r>
      <w:r>
        <w:rPr>
          <w:b/>
          <w:i w:val="0"/>
          <w:smallCaps w:val="0"/>
          <w:strike w:val="0"/>
          <w:sz w:val="22"/>
          <w:u w:val="single"/>
        </w:rPr>
        <w:t xml:space="preserve">such </w:t>
      </w:r>
      <w:r>
        <w:rPr>
          <w:b/>
          <w:i w:val="0"/>
          <w:smallCaps w:val="0"/>
          <w:strike w:val="0"/>
          <w:sz w:val="22"/>
          <w:highlight w:val="cyan"/>
          <w:u w:val="single"/>
        </w:rPr>
        <w:t>violent</w:t>
      </w:r>
      <w:r>
        <w:rPr>
          <w:b w:val="0"/>
          <w:i w:val="0"/>
          <w:smallCaps w:val="0"/>
          <w:strike w:val="0"/>
          <w:sz w:val="22"/>
          <w:u w:val="single"/>
        </w:rPr>
        <w:t xml:space="preserve">, </w:t>
      </w:r>
      <w:r>
        <w:rPr>
          <w:b/>
          <w:i w:val="0"/>
          <w:smallCaps w:val="0"/>
          <w:strike w:val="0"/>
          <w:sz w:val="22"/>
          <w:u w:val="single"/>
        </w:rPr>
        <w:t xml:space="preserve">physical </w:t>
      </w:r>
      <w:r>
        <w:rPr>
          <w:b/>
          <w:i w:val="0"/>
          <w:smallCaps w:val="0"/>
          <w:strike w:val="0"/>
          <w:sz w:val="22"/>
          <w:highlight w:val="cyan"/>
          <w:u w:val="single"/>
        </w:rPr>
        <w:t>provocations serve no one</w:t>
      </w:r>
      <w:r>
        <w:rPr>
          <w:b w:val="0"/>
          <w:i w:val="0"/>
          <w:smallCaps w:val="0"/>
          <w:strike w:val="0"/>
          <w:sz w:val="22"/>
          <w:u w:val="single"/>
        </w:rPr>
        <w:t xml:space="preserve">, not even Baudrillard, </w:t>
      </w:r>
      <w:r>
        <w:rPr>
          <w:b w:val="0"/>
          <w:i w:val="0"/>
          <w:smallCaps w:val="0"/>
          <w:strike w:val="0"/>
          <w:sz w:val="22"/>
          <w:highlight w:val="cyan"/>
          <w:u w:val="single"/>
        </w:rPr>
        <w:t xml:space="preserve">and </w:t>
      </w:r>
      <w:r>
        <w:rPr>
          <w:b/>
          <w:i w:val="0"/>
          <w:smallCaps w:val="0"/>
          <w:strike w:val="0"/>
          <w:sz w:val="22"/>
          <w:highlight w:val="cyan"/>
          <w:u w:val="single"/>
        </w:rPr>
        <w:t>need not be equated</w:t>
      </w:r>
      <w:r>
        <w:rPr>
          <w:b w:val="0"/>
          <w:i w:val="0"/>
          <w:smallCaps w:val="0"/>
          <w:strike w:val="0"/>
          <w:sz w:val="22"/>
          <w:highlight w:val="cyan"/>
          <w:u w:val="single"/>
        </w:rPr>
        <w:t xml:space="preserve"> with</w:t>
      </w:r>
      <w:r>
        <w:rPr>
          <w:b w:val="0"/>
          <w:i w:val="0"/>
          <w:smallCaps w:val="0"/>
          <w:strike w:val="0"/>
          <w:sz w:val="22"/>
          <w:u w:val="single"/>
        </w:rPr>
        <w:t xml:space="preserve"> the kind of </w:t>
      </w:r>
      <w:r>
        <w:rPr>
          <w:b/>
          <w:i w:val="0"/>
          <w:smallCaps w:val="0"/>
          <w:strike w:val="0"/>
          <w:sz w:val="22"/>
          <w:highlight w:val="cyan"/>
          <w:u w:val="single"/>
        </w:rPr>
        <w:t>theoretical terrorism</w:t>
      </w:r>
      <w:r>
        <w:rPr>
          <w:b w:val="0"/>
          <w:i w:val="0"/>
          <w:smallCaps w:val="0"/>
          <w:strike w:val="0"/>
          <w:sz w:val="22"/>
          <w:highlight w:val="cyan"/>
          <w:u w:val="single"/>
        </w:rPr>
        <w:t xml:space="preserve"> and </w:t>
      </w:r>
      <w:r>
        <w:rPr>
          <w:b/>
          <w:i w:val="0"/>
          <w:smallCaps w:val="0"/>
          <w:strike w:val="0"/>
          <w:sz w:val="22"/>
          <w:highlight w:val="cyan"/>
          <w:u w:val="single"/>
        </w:rPr>
        <w:t>aesthetic violence</w:t>
      </w:r>
      <w:r>
        <w:rPr>
          <w:b w:val="0"/>
          <w:i w:val="0"/>
          <w:smallCaps w:val="0"/>
          <w:strike w:val="0"/>
          <w:sz w:val="22"/>
          <w:u w:val="single"/>
        </w:rPr>
        <w:t xml:space="preserve"> advocated by him</w:t>
      </w:r>
      <w:r>
        <w:rPr>
          <w:b w:val="0"/>
          <w:i w:val="0"/>
          <w:smallCaps w:val="0"/>
          <w:strike w:val="0"/>
          <w:sz w:val="16"/>
          <w:u w:val="none"/>
        </w:rPr>
        <w:t xml:space="preserve"> (though one can always accuse him of being the first to blur the lines between the real and the imaginary). Given his cynicism about the system's ability to neutralize every opposition, however, </w:t>
      </w:r>
      <w:r>
        <w:rPr>
          <w:b w:val="0"/>
          <w:i w:val="0"/>
          <w:smallCaps w:val="0"/>
          <w:strike w:val="0"/>
          <w:sz w:val="22"/>
          <w:u w:val="single"/>
        </w:rPr>
        <w:t xml:space="preserve">Baudrillard </w:t>
      </w:r>
      <w:r>
        <w:rPr>
          <w:b w:val="0"/>
          <w:i w:val="0"/>
          <w:smallCaps w:val="0"/>
          <w:strike w:val="0"/>
          <w:sz w:val="22"/>
          <w:highlight w:val="cyan"/>
          <w:u w:val="single"/>
        </w:rPr>
        <w:t>sees such</w:t>
      </w:r>
      <w:r>
        <w:rPr>
          <w:b w:val="0"/>
          <w:i w:val="0"/>
          <w:smallCaps w:val="0"/>
          <w:strike w:val="0"/>
          <w:sz w:val="22"/>
          <w:u w:val="single"/>
        </w:rPr>
        <w:t xml:space="preserve"> dramatic gestures</w:t>
      </w:r>
      <w:r>
        <w:rPr>
          <w:b w:val="0"/>
          <w:i w:val="0"/>
          <w:smallCaps w:val="0"/>
          <w:strike w:val="0"/>
          <w:sz w:val="16"/>
          <w:u w:val="none"/>
        </w:rPr>
        <w:t xml:space="preserve"> (as 9/11) </w:t>
      </w:r>
      <w:r>
        <w:rPr>
          <w:b w:val="0"/>
          <w:i w:val="0"/>
          <w:smallCaps w:val="0"/>
          <w:strike w:val="0"/>
          <w:sz w:val="22"/>
          <w:highlight w:val="cyan"/>
          <w:u w:val="single"/>
        </w:rPr>
        <w:t xml:space="preserve">as </w:t>
      </w:r>
      <w:r>
        <w:rPr>
          <w:b/>
          <w:i w:val="0"/>
          <w:smallCaps w:val="0"/>
          <w:strike w:val="0"/>
          <w:sz w:val="22"/>
          <w:highlight w:val="cyan"/>
          <w:u w:val="single"/>
        </w:rPr>
        <w:t>naïve</w:t>
      </w:r>
      <w:r>
        <w:rPr>
          <w:b w:val="0"/>
          <w:i w:val="0"/>
          <w:smallCaps w:val="0"/>
          <w:strike w:val="0"/>
          <w:sz w:val="22"/>
          <w:u w:val="single"/>
        </w:rPr>
        <w:t xml:space="preserve"> in their </w:t>
      </w:r>
      <w:r>
        <w:rPr>
          <w:b/>
          <w:i w:val="0"/>
          <w:smallCaps w:val="0"/>
          <w:strike w:val="0"/>
          <w:sz w:val="22"/>
          <w:u w:val="single"/>
        </w:rPr>
        <w:t>utopianism</w:t>
      </w:r>
      <w:r>
        <w:rPr>
          <w:b w:val="0"/>
          <w:i w:val="0"/>
          <w:smallCaps w:val="0"/>
          <w:strike w:val="0"/>
          <w:sz w:val="22"/>
          <w:u w:val="single"/>
        </w:rPr>
        <w:t xml:space="preserve">. And yet </w:t>
      </w:r>
      <w:r>
        <w:rPr>
          <w:b/>
          <w:i w:val="0"/>
          <w:smallCaps w:val="0"/>
          <w:strike w:val="0"/>
          <w:sz w:val="22"/>
          <w:u w:val="single"/>
        </w:rPr>
        <w:t>he too has his utopianism</w:t>
      </w:r>
      <w:r>
        <w:rPr>
          <w:b w:val="0"/>
          <w:i w:val="0"/>
          <w:smallCaps w:val="0"/>
          <w:strike w:val="0"/>
          <w:sz w:val="22"/>
          <w:u w:val="single"/>
        </w:rPr>
        <w:t xml:space="preserve">, which can be found in the </w:t>
      </w:r>
      <w:r>
        <w:rPr>
          <w:b/>
          <w:i w:val="0"/>
          <w:smallCaps w:val="0"/>
          <w:strike w:val="0"/>
          <w:sz w:val="22"/>
          <w:u w:val="single"/>
        </w:rPr>
        <w:t>silent evocation</w:t>
      </w:r>
      <w:r>
        <w:rPr>
          <w:b w:val="0"/>
          <w:i w:val="0"/>
          <w:smallCaps w:val="0"/>
          <w:strike w:val="0"/>
          <w:sz w:val="22"/>
          <w:u w:val="single"/>
        </w:rPr>
        <w:t xml:space="preserve"> of the </w:t>
      </w:r>
      <w:r>
        <w:rPr>
          <w:b/>
          <w:i w:val="0"/>
          <w:smallCaps w:val="0"/>
          <w:strike w:val="0"/>
          <w:sz w:val="22"/>
          <w:u w:val="single"/>
        </w:rPr>
        <w:t>only decent</w:t>
      </w:r>
      <w:r>
        <w:rPr>
          <w:b w:val="0"/>
          <w:i w:val="0"/>
          <w:smallCaps w:val="0"/>
          <w:strike w:val="0"/>
          <w:sz w:val="22"/>
          <w:u w:val="single"/>
        </w:rPr>
        <w:t xml:space="preserve">, </w:t>
      </w:r>
      <w:r>
        <w:rPr>
          <w:b/>
          <w:i w:val="0"/>
          <w:smallCaps w:val="0"/>
          <w:strike w:val="0"/>
          <w:sz w:val="22"/>
          <w:u w:val="single"/>
        </w:rPr>
        <w:t>beautiful solution</w:t>
      </w:r>
      <w:r>
        <w:rPr>
          <w:b w:val="0"/>
          <w:i w:val="0"/>
          <w:smallCaps w:val="0"/>
          <w:strike w:val="0"/>
          <w:sz w:val="22"/>
          <w:u w:val="single"/>
        </w:rPr>
        <w:t xml:space="preserve"> to the challenge of 9/11</w:t>
      </w:r>
      <w:r>
        <w:rPr>
          <w:b w:val="0"/>
          <w:i w:val="0"/>
          <w:smallCaps w:val="0"/>
          <w:strike w:val="0"/>
          <w:sz w:val="16"/>
          <w:u w:val="none"/>
        </w:rPr>
        <w:t xml:space="preserve">. Unlike naïve terrorists and secondary critics, however, </w:t>
      </w:r>
      <w:r>
        <w:rPr>
          <w:b w:val="0"/>
          <w:i w:val="0"/>
          <w:smallCaps w:val="0"/>
          <w:strike w:val="0"/>
          <w:sz w:val="22"/>
          <w:u w:val="single"/>
        </w:rPr>
        <w:t xml:space="preserve">Baudrillard </w:t>
      </w:r>
      <w:r>
        <w:rPr>
          <w:b/>
          <w:i w:val="0"/>
          <w:smallCaps w:val="0"/>
          <w:strike w:val="0"/>
          <w:sz w:val="22"/>
          <w:u w:val="single"/>
        </w:rPr>
        <w:t>will not speak his utopia</w:t>
      </w:r>
      <w:r>
        <w:rPr>
          <w:b w:val="0"/>
          <w:i w:val="0"/>
          <w:smallCaps w:val="0"/>
          <w:strike w:val="0"/>
          <w:sz w:val="16"/>
          <w:u w:val="none"/>
        </w:rPr>
        <w:t xml:space="preserve">,[8] </w:t>
      </w:r>
      <w:r>
        <w:rPr>
          <w:b w:val="0"/>
          <w:i w:val="0"/>
          <w:smallCaps w:val="0"/>
          <w:strike w:val="0"/>
          <w:sz w:val="22"/>
          <w:u w:val="single"/>
        </w:rPr>
        <w:t xml:space="preserve">which in this case is the </w:t>
      </w:r>
      <w:r>
        <w:rPr>
          <w:b/>
          <w:i w:val="0"/>
          <w:smallCaps w:val="0"/>
          <w:strike w:val="0"/>
          <w:sz w:val="22"/>
          <w:u w:val="single"/>
        </w:rPr>
        <w:t>possibility of forgiveness</w:t>
      </w:r>
      <w:r>
        <w:rPr>
          <w:b w:val="0"/>
          <w:i w:val="0"/>
          <w:smallCaps w:val="0"/>
          <w:strike w:val="0"/>
          <w:sz w:val="22"/>
          <w:u w:val="single"/>
        </w:rPr>
        <w:t xml:space="preserve"> as a </w:t>
      </w:r>
      <w:r>
        <w:rPr>
          <w:b/>
          <w:i w:val="0"/>
          <w:smallCaps w:val="0"/>
          <w:strike w:val="0"/>
          <w:sz w:val="22"/>
          <w:u w:val="single"/>
        </w:rPr>
        <w:t>world-historical symbolic event</w:t>
      </w:r>
      <w:r>
        <w:rPr>
          <w:b w:val="0"/>
          <w:i w:val="0"/>
          <w:smallCaps w:val="0"/>
          <w:strike w:val="0"/>
          <w:sz w:val="22"/>
          <w:u w:val="single"/>
        </w:rPr>
        <w:t xml:space="preserve">. </w:t>
      </w:r>
      <w:r>
        <w:rPr>
          <w:b w:val="0"/>
          <w:i w:val="0"/>
          <w:smallCaps w:val="0"/>
          <w:strike w:val="0"/>
          <w:sz w:val="22"/>
          <w:highlight w:val="cyan"/>
          <w:u w:val="single"/>
        </w:rPr>
        <w:t>This utopian moment</w:t>
      </w:r>
      <w:r>
        <w:rPr>
          <w:b w:val="0"/>
          <w:i w:val="0"/>
          <w:smallCaps w:val="0"/>
          <w:strike w:val="0"/>
          <w:sz w:val="22"/>
          <w:u w:val="single"/>
        </w:rPr>
        <w:t xml:space="preserve"> </w:t>
      </w:r>
      <w:r>
        <w:rPr>
          <w:b w:val="0"/>
          <w:i w:val="0"/>
          <w:smallCaps w:val="0"/>
          <w:strike w:val="0"/>
          <w:sz w:val="22"/>
          <w:u w:val="single"/>
        </w:rPr>
        <w:t xml:space="preserve">in Baudrillard, this idea </w:t>
      </w:r>
      <w:r>
        <w:rPr>
          <w:b w:val="0"/>
          <w:i w:val="0"/>
          <w:smallCaps w:val="0"/>
          <w:strike w:val="0"/>
          <w:sz w:val="22"/>
          <w:highlight w:val="cyan"/>
          <w:u w:val="single"/>
        </w:rPr>
        <w:t xml:space="preserve">that the </w:t>
      </w:r>
      <w:r>
        <w:rPr>
          <w:b/>
          <w:i w:val="0"/>
          <w:smallCaps w:val="0"/>
          <w:strike w:val="0"/>
          <w:sz w:val="22"/>
          <w:highlight w:val="cyan"/>
          <w:u w:val="single"/>
        </w:rPr>
        <w:t>U.S. might forgive its debtors</w:t>
      </w:r>
      <w:r>
        <w:rPr>
          <w:b w:val="0"/>
          <w:i w:val="0"/>
          <w:smallCaps w:val="0"/>
          <w:strike w:val="0"/>
          <w:sz w:val="22"/>
          <w:highlight w:val="cyan"/>
          <w:u w:val="single"/>
        </w:rPr>
        <w:t>, is</w:t>
      </w:r>
      <w:r>
        <w:rPr>
          <w:b w:val="0"/>
          <w:i w:val="0"/>
          <w:smallCaps w:val="0"/>
          <w:strike w:val="0"/>
          <w:sz w:val="22"/>
          <w:u w:val="single"/>
        </w:rPr>
        <w:t xml:space="preserve"> </w:t>
      </w:r>
      <w:r>
        <w:rPr>
          <w:b/>
          <w:i w:val="0"/>
          <w:smallCaps w:val="0"/>
          <w:strike w:val="0"/>
          <w:sz w:val="22"/>
          <w:u w:val="single"/>
        </w:rPr>
        <w:t xml:space="preserve">obviously </w:t>
      </w:r>
      <w:r>
        <w:rPr>
          <w:b/>
          <w:i w:val="0"/>
          <w:smallCaps w:val="0"/>
          <w:strike w:val="0"/>
          <w:sz w:val="22"/>
          <w:highlight w:val="cyan"/>
          <w:u w:val="single"/>
        </w:rPr>
        <w:t>unrealistic</w:t>
      </w:r>
      <w:r>
        <w:rPr>
          <w:b w:val="0"/>
          <w:i w:val="0"/>
          <w:smallCaps w:val="0"/>
          <w:strike w:val="0"/>
          <w:sz w:val="22"/>
          <w:u w:val="single"/>
        </w:rPr>
        <w:t xml:space="preserve"> as yet, </w:t>
      </w:r>
      <w:r>
        <w:rPr>
          <w:b w:val="0"/>
          <w:i w:val="0"/>
          <w:smallCaps w:val="0"/>
          <w:strike w:val="0"/>
          <w:sz w:val="22"/>
          <w:highlight w:val="cyan"/>
          <w:u w:val="single"/>
        </w:rPr>
        <w:t xml:space="preserve">but </w:t>
      </w:r>
      <w:r>
        <w:rPr>
          <w:b/>
          <w:i w:val="0"/>
          <w:smallCaps w:val="0"/>
          <w:strike w:val="0"/>
          <w:sz w:val="22"/>
          <w:highlight w:val="cyan"/>
          <w:u w:val="single"/>
        </w:rPr>
        <w:t>every challenge opens up a new space</w:t>
      </w:r>
      <w:r>
        <w:rPr>
          <w:b w:val="0"/>
          <w:i w:val="0"/>
          <w:smallCaps w:val="0"/>
          <w:strike w:val="0"/>
          <w:sz w:val="22"/>
          <w:u w:val="single"/>
        </w:rPr>
        <w:t xml:space="preserve"> in the universe. This is </w:t>
      </w:r>
      <w:r>
        <w:rPr>
          <w:b/>
          <w:i w:val="0"/>
          <w:smallCaps w:val="0"/>
          <w:strike w:val="0"/>
          <w:sz w:val="22"/>
          <w:u w:val="single"/>
        </w:rPr>
        <w:t>where seduction begins</w:t>
      </w:r>
      <w:r>
        <w:rPr>
          <w:b w:val="0"/>
          <w:i w:val="0"/>
          <w:smallCaps w:val="0"/>
          <w:strike w:val="0"/>
          <w:sz w:val="22"/>
          <w:u w:val="single"/>
        </w:rPr>
        <w:t>.</w:t>
      </w:r>
    </w:p>
    <w:p>
      <w:pPr>
        <w:spacing w:after="60"/>
      </w:pPr>
      <w:r>
        <w:rPr>
          <w:b w:val="0"/>
          <w:i w:val="0"/>
          <w:smallCaps w:val="0"/>
          <w:strike w:val="0"/>
          <w:sz w:val="16"/>
          <w:u w:val="none"/>
        </w:rPr>
        <w:t xml:space="preserve">Forget waiting for it, let’s have another spectacle; let’s demand death now! </w:t>
      </w:r>
      <w:r>
        <w:rPr>
          <w:b w:val="0"/>
          <w:i w:val="0"/>
          <w:smallCaps w:val="0"/>
          <w:strike w:val="0"/>
          <w:sz w:val="22"/>
          <w:u w:val="single"/>
        </w:rPr>
        <w:t xml:space="preserve">Is Baudrillard being </w:t>
      </w:r>
      <w:r>
        <w:rPr>
          <w:b/>
          <w:i w:val="0"/>
          <w:smallCaps w:val="0"/>
          <w:strike w:val="0"/>
          <w:sz w:val="22"/>
          <w:u w:val="single"/>
        </w:rPr>
        <w:t>sinister</w:t>
      </w:r>
      <w:r>
        <w:rPr>
          <w:b w:val="0"/>
          <w:i w:val="0"/>
          <w:smallCaps w:val="0"/>
          <w:strike w:val="0"/>
          <w:sz w:val="22"/>
          <w:u w:val="single"/>
        </w:rPr>
        <w:t xml:space="preserve"> when he </w:t>
      </w:r>
      <w:r>
        <w:rPr>
          <w:b/>
          <w:i w:val="0"/>
          <w:smallCaps w:val="0"/>
          <w:strike w:val="0"/>
          <w:sz w:val="22"/>
          <w:u w:val="single"/>
        </w:rPr>
        <w:t>tempts us</w:t>
      </w:r>
      <w:r>
        <w:rPr>
          <w:b w:val="0"/>
          <w:i w:val="0"/>
          <w:smallCaps w:val="0"/>
          <w:strike w:val="0"/>
          <w:sz w:val="22"/>
          <w:u w:val="single"/>
        </w:rPr>
        <w:t xml:space="preserve"> with our desire for </w:t>
      </w:r>
      <w:r>
        <w:rPr>
          <w:b/>
          <w:i w:val="0"/>
          <w:smallCaps w:val="0"/>
          <w:strike w:val="0"/>
          <w:sz w:val="22"/>
          <w:u w:val="single"/>
        </w:rPr>
        <w:t>more death</w:t>
      </w:r>
      <w:r>
        <w:rPr>
          <w:b w:val="0"/>
          <w:i w:val="0"/>
          <w:smallCaps w:val="0"/>
          <w:strike w:val="0"/>
          <w:sz w:val="22"/>
          <w:u w:val="single"/>
        </w:rPr>
        <w:t>?</w:t>
      </w:r>
      <w:r>
        <w:rPr>
          <w:b w:val="0"/>
          <w:i w:val="0"/>
          <w:smallCaps w:val="0"/>
          <w:strike w:val="0"/>
          <w:sz w:val="16"/>
          <w:u w:val="none"/>
        </w:rPr>
        <w:t xml:space="preserve"> Is he death’s seducer? </w:t>
      </w:r>
      <w:r>
        <w:rPr>
          <w:b w:val="0"/>
          <w:i w:val="0"/>
          <w:smallCaps w:val="0"/>
          <w:strike w:val="0"/>
          <w:sz w:val="22"/>
          <w:u w:val="single"/>
        </w:rPr>
        <w:t xml:space="preserve">Not if we allow for his </w:t>
      </w:r>
      <w:r>
        <w:rPr>
          <w:b/>
          <w:i w:val="0"/>
          <w:smallCaps w:val="0"/>
          <w:strike w:val="0"/>
          <w:sz w:val="22"/>
          <w:u w:val="single"/>
        </w:rPr>
        <w:t>caveat</w:t>
      </w:r>
      <w:r>
        <w:rPr>
          <w:b w:val="0"/>
          <w:i w:val="0"/>
          <w:smallCaps w:val="0"/>
          <w:strike w:val="0"/>
          <w:sz w:val="22"/>
          <w:u w:val="single"/>
        </w:rPr>
        <w:t xml:space="preserve"> about the term “death”</w:t>
      </w:r>
      <w:r>
        <w:rPr>
          <w:b w:val="0"/>
          <w:i w:val="0"/>
          <w:smallCaps w:val="0"/>
          <w:strike w:val="0"/>
          <w:sz w:val="16"/>
          <w:u w:val="none"/>
        </w:rPr>
        <w:t xml:space="preserve"> found in the book’s second footnote: “</w:t>
      </w:r>
      <w:r>
        <w:rPr>
          <w:b w:val="0"/>
          <w:i w:val="0"/>
          <w:smallCaps w:val="0"/>
          <w:strike w:val="0"/>
          <w:sz w:val="22"/>
          <w:highlight w:val="cyan"/>
          <w:u w:val="single"/>
        </w:rPr>
        <w:t xml:space="preserve">death </w:t>
      </w:r>
      <w:r>
        <w:rPr>
          <w:b/>
          <w:i w:val="0"/>
          <w:smallCaps w:val="0"/>
          <w:strike w:val="0"/>
          <w:sz w:val="22"/>
          <w:highlight w:val="cyan"/>
          <w:u w:val="single"/>
        </w:rPr>
        <w:t>ought never to be understood</w:t>
      </w:r>
      <w:r>
        <w:rPr>
          <w:b w:val="0"/>
          <w:i w:val="0"/>
          <w:smallCaps w:val="0"/>
          <w:strike w:val="0"/>
          <w:sz w:val="22"/>
          <w:highlight w:val="cyan"/>
          <w:u w:val="single"/>
        </w:rPr>
        <w:t xml:space="preserve"> as the </w:t>
      </w:r>
      <w:r>
        <w:rPr>
          <w:b/>
          <w:i w:val="0"/>
          <w:smallCaps w:val="0"/>
          <w:strike w:val="0"/>
          <w:sz w:val="22"/>
          <w:highlight w:val="cyan"/>
          <w:u w:val="single"/>
        </w:rPr>
        <w:t>real event</w:t>
      </w:r>
      <w:r>
        <w:rPr>
          <w:b/>
          <w:i w:val="0"/>
          <w:smallCaps w:val="0"/>
          <w:strike w:val="0"/>
          <w:sz w:val="22"/>
          <w:u w:val="single"/>
        </w:rPr>
        <w:t xml:space="preserve"> that affects a subject</w:t>
      </w:r>
      <w:r>
        <w:rPr>
          <w:b w:val="0"/>
          <w:i w:val="0"/>
          <w:smallCaps w:val="0"/>
          <w:strike w:val="0"/>
          <w:sz w:val="22"/>
          <w:u w:val="single"/>
        </w:rPr>
        <w:t xml:space="preserve"> or a </w:t>
      </w:r>
      <w:r>
        <w:rPr>
          <w:b/>
          <w:i w:val="0"/>
          <w:smallCaps w:val="0"/>
          <w:strike w:val="0"/>
          <w:sz w:val="22"/>
          <w:u w:val="single"/>
        </w:rPr>
        <w:t>body</w:t>
      </w:r>
      <w:r>
        <w:rPr>
          <w:b w:val="0"/>
          <w:i w:val="0"/>
          <w:smallCaps w:val="0"/>
          <w:strike w:val="0"/>
          <w:sz w:val="22"/>
          <w:u w:val="single"/>
        </w:rPr>
        <w:t xml:space="preserve">, </w:t>
      </w:r>
      <w:r>
        <w:rPr>
          <w:b w:val="0"/>
          <w:i w:val="0"/>
          <w:smallCaps w:val="0"/>
          <w:strike w:val="0"/>
          <w:sz w:val="22"/>
          <w:highlight w:val="cyan"/>
          <w:u w:val="single"/>
        </w:rPr>
        <w:t>but</w:t>
      </w:r>
      <w:r>
        <w:rPr>
          <w:b w:val="0"/>
          <w:i w:val="0"/>
          <w:smallCaps w:val="0"/>
          <w:strike w:val="0"/>
          <w:sz w:val="22"/>
          <w:u w:val="single"/>
        </w:rPr>
        <w:t xml:space="preserve"> as </w:t>
      </w:r>
      <w:r>
        <w:rPr>
          <w:b w:val="0"/>
          <w:i w:val="0"/>
          <w:smallCaps w:val="0"/>
          <w:strike w:val="0"/>
          <w:sz w:val="22"/>
          <w:highlight w:val="cyan"/>
          <w:u w:val="single"/>
        </w:rPr>
        <w:t xml:space="preserve">a </w:t>
      </w:r>
      <w:r>
        <w:rPr>
          <w:b/>
          <w:i w:val="0"/>
          <w:smallCaps w:val="0"/>
          <w:strike w:val="0"/>
          <w:sz w:val="22"/>
          <w:highlight w:val="cyan"/>
          <w:u w:val="single"/>
        </w:rPr>
        <w:t>form</w:t>
      </w:r>
      <w:r>
        <w:rPr>
          <w:b w:val="0"/>
          <w:i w:val="0"/>
          <w:smallCaps w:val="0"/>
          <w:strike w:val="0"/>
          <w:sz w:val="22"/>
          <w:u w:val="single"/>
        </w:rPr>
        <w:t xml:space="preserve"> in which the </w:t>
      </w:r>
      <w:r>
        <w:rPr>
          <w:b/>
          <w:i w:val="0"/>
          <w:smallCaps w:val="0"/>
          <w:strike w:val="0"/>
          <w:sz w:val="22"/>
          <w:u w:val="single"/>
        </w:rPr>
        <w:t>determinacy</w:t>
      </w:r>
      <w:r>
        <w:rPr>
          <w:b w:val="0"/>
          <w:i w:val="0"/>
          <w:smallCaps w:val="0"/>
          <w:strike w:val="0"/>
          <w:sz w:val="22"/>
          <w:u w:val="single"/>
        </w:rPr>
        <w:t xml:space="preserve"> of the subject and of value is </w:t>
      </w:r>
      <w:r>
        <w:rPr>
          <w:b/>
          <w:i w:val="0"/>
          <w:smallCaps w:val="0"/>
          <w:strike w:val="0"/>
          <w:sz w:val="22"/>
          <w:u w:val="single"/>
        </w:rPr>
        <w:t>lost</w:t>
      </w:r>
      <w:r>
        <w:rPr>
          <w:b w:val="0"/>
          <w:i w:val="0"/>
          <w:smallCaps w:val="0"/>
          <w:strike w:val="0"/>
          <w:sz w:val="16"/>
          <w:u w:val="none"/>
        </w:rPr>
        <w:t xml:space="preserve">” (5, n. 2). Baudrillard uses the term death to signify “the real event” throughout Symbolic Exchange and Death, and only sometimes uses it as a conceptual figure like this, but </w:t>
      </w:r>
      <w:r>
        <w:rPr>
          <w:b w:val="0"/>
          <w:i w:val="0"/>
          <w:smallCaps w:val="0"/>
          <w:strike w:val="0"/>
          <w:sz w:val="22"/>
          <w:u w:val="single"/>
        </w:rPr>
        <w:t xml:space="preserve">if </w:t>
      </w:r>
      <w:r>
        <w:rPr>
          <w:b w:val="0"/>
          <w:i w:val="0"/>
          <w:smallCaps w:val="0"/>
          <w:strike w:val="0"/>
          <w:sz w:val="22"/>
          <w:highlight w:val="cyan"/>
          <w:u w:val="single"/>
        </w:rPr>
        <w:t xml:space="preserve">he is </w:t>
      </w:r>
      <w:r>
        <w:rPr>
          <w:b/>
          <w:i w:val="0"/>
          <w:smallCaps w:val="0"/>
          <w:strike w:val="0"/>
          <w:sz w:val="22"/>
          <w:highlight w:val="cyan"/>
          <w:u w:val="single"/>
        </w:rPr>
        <w:t>not talking</w:t>
      </w:r>
      <w:r>
        <w:rPr>
          <w:b w:val="0"/>
          <w:i w:val="0"/>
          <w:smallCaps w:val="0"/>
          <w:strike w:val="0"/>
          <w:sz w:val="22"/>
          <w:u w:val="single"/>
        </w:rPr>
        <w:t xml:space="preserve"> here </w:t>
      </w:r>
      <w:r>
        <w:rPr>
          <w:b w:val="0"/>
          <w:i w:val="0"/>
          <w:smallCaps w:val="0"/>
          <w:strike w:val="0"/>
          <w:sz w:val="22"/>
          <w:highlight w:val="cyan"/>
          <w:u w:val="single"/>
        </w:rPr>
        <w:t xml:space="preserve">about </w:t>
      </w:r>
      <w:r>
        <w:rPr>
          <w:b/>
          <w:i w:val="0"/>
          <w:smallCaps w:val="0"/>
          <w:strike w:val="0"/>
          <w:sz w:val="22"/>
          <w:highlight w:val="cyan"/>
          <w:u w:val="single"/>
        </w:rPr>
        <w:t>real death</w:t>
      </w:r>
      <w:r>
        <w:rPr>
          <w:b w:val="0"/>
          <w:i w:val="0"/>
          <w:smallCaps w:val="0"/>
          <w:strike w:val="0"/>
          <w:sz w:val="22"/>
          <w:highlight w:val="cyan"/>
          <w:u w:val="single"/>
        </w:rPr>
        <w:t xml:space="preserve">, where some </w:t>
      </w:r>
      <w:r>
        <w:rPr>
          <w:b/>
          <w:i w:val="0"/>
          <w:smallCaps w:val="0"/>
          <w:strike w:val="0"/>
          <w:sz w:val="22"/>
          <w:highlight w:val="cyan"/>
          <w:u w:val="single"/>
        </w:rPr>
        <w:t>subject</w:t>
      </w:r>
      <w:r>
        <w:rPr>
          <w:b w:val="0"/>
          <w:i w:val="0"/>
          <w:smallCaps w:val="0"/>
          <w:strike w:val="0"/>
          <w:sz w:val="22"/>
          <w:highlight w:val="cyan"/>
          <w:u w:val="single"/>
        </w:rPr>
        <w:t xml:space="preserve"> and</w:t>
      </w:r>
      <w:r>
        <w:rPr>
          <w:b w:val="0"/>
          <w:i w:val="0"/>
          <w:smallCaps w:val="0"/>
          <w:strike w:val="0"/>
          <w:sz w:val="22"/>
          <w:u w:val="single"/>
        </w:rPr>
        <w:t xml:space="preserve"> some </w:t>
      </w:r>
      <w:r>
        <w:rPr>
          <w:b/>
          <w:i w:val="0"/>
          <w:smallCaps w:val="0"/>
          <w:strike w:val="0"/>
          <w:sz w:val="22"/>
          <w:highlight w:val="cyan"/>
          <w:u w:val="single"/>
        </w:rPr>
        <w:t>value are certainly lost</w:t>
      </w:r>
      <w:r>
        <w:rPr>
          <w:b w:val="0"/>
          <w:i w:val="0"/>
          <w:smallCaps w:val="0"/>
          <w:strike w:val="0"/>
          <w:sz w:val="22"/>
          <w:u w:val="single"/>
        </w:rPr>
        <w:t>, what is he talking about? Death</w:t>
      </w:r>
      <w:r>
        <w:rPr>
          <w:b w:val="0"/>
          <w:i w:val="0"/>
          <w:smallCaps w:val="0"/>
          <w:strike w:val="0"/>
          <w:sz w:val="16"/>
          <w:u w:val="none"/>
        </w:rPr>
        <w:t xml:space="preserve">, in Baudrillard’s specialized sense, </w:t>
      </w:r>
      <w:r>
        <w:rPr>
          <w:b w:val="0"/>
          <w:i w:val="0"/>
          <w:smallCaps w:val="0"/>
          <w:strike w:val="0"/>
          <w:sz w:val="22"/>
          <w:u w:val="single"/>
        </w:rPr>
        <w:t xml:space="preserve">signifies the end of “bound energies in stable oppositions,” but since the system itself is </w:t>
      </w:r>
      <w:r>
        <w:rPr>
          <w:b/>
          <w:i w:val="0"/>
          <w:smallCaps w:val="0"/>
          <w:strike w:val="0"/>
          <w:sz w:val="22"/>
          <w:u w:val="single"/>
        </w:rPr>
        <w:t>also capable of imposing such deaths</w:t>
      </w:r>
      <w:r>
        <w:rPr>
          <w:b w:val="0"/>
          <w:i w:val="0"/>
          <w:smallCaps w:val="0"/>
          <w:strike w:val="0"/>
          <w:sz w:val="22"/>
          <w:u w:val="single"/>
        </w:rPr>
        <w:t xml:space="preserve">, he clarifies that the death of the system </w:t>
      </w:r>
      <w:r>
        <w:rPr>
          <w:b/>
          <w:i w:val="0"/>
          <w:smallCaps w:val="0"/>
          <w:strike w:val="0"/>
          <w:sz w:val="22"/>
          <w:u w:val="single"/>
        </w:rPr>
        <w:t>can only be achieved</w:t>
      </w:r>
      <w:r>
        <w:rPr>
          <w:b w:val="0"/>
          <w:i w:val="0"/>
          <w:smallCaps w:val="0"/>
          <w:strike w:val="0"/>
          <w:sz w:val="22"/>
          <w:u w:val="single"/>
        </w:rPr>
        <w:t xml:space="preserve"> by way of its </w:t>
      </w:r>
      <w:r>
        <w:rPr>
          <w:b/>
          <w:i w:val="0"/>
          <w:smallCaps w:val="0"/>
          <w:strike w:val="0"/>
          <w:sz w:val="22"/>
          <w:u w:val="single"/>
        </w:rPr>
        <w:t>strategic reversal</w:t>
      </w:r>
      <w:r>
        <w:rPr>
          <w:b w:val="0"/>
          <w:i w:val="0"/>
          <w:smallCaps w:val="0"/>
          <w:strike w:val="0"/>
          <w:sz w:val="16"/>
          <w:u w:val="none"/>
        </w:rPr>
        <w:t>:</w:t>
      </w:r>
    </w:p>
    <w:p>
      <w:pPr>
        <w:spacing w:after="60"/>
      </w:pPr>
      <w:r>
        <w:rPr>
          <w:b w:val="0"/>
          <w:i w:val="0"/>
          <w:smallCaps w:val="0"/>
          <w:strike w:val="0"/>
          <w:sz w:val="16"/>
          <w:u w:val="none"/>
        </w:rPr>
        <w:t xml:space="preserve">For the system is master: like God it can bind or unbind energies; what it is incapable of (and what it can no longer avoid) is reversibility. </w:t>
      </w:r>
      <w:r>
        <w:rPr>
          <w:b w:val="0"/>
          <w:i w:val="0"/>
          <w:smallCaps w:val="0"/>
          <w:strike w:val="0"/>
          <w:sz w:val="22"/>
          <w:u w:val="single"/>
        </w:rPr>
        <w:t xml:space="preserve">Reversibility </w:t>
      </w:r>
      <w:r>
        <w:rPr>
          <w:b/>
          <w:i w:val="0"/>
          <w:smallCaps w:val="0"/>
          <w:strike w:val="0"/>
          <w:sz w:val="22"/>
          <w:u w:val="single"/>
        </w:rPr>
        <w:t>alone</w:t>
      </w:r>
      <w:r>
        <w:rPr>
          <w:b w:val="0"/>
          <w:i w:val="0"/>
          <w:smallCaps w:val="0"/>
          <w:strike w:val="0"/>
          <w:sz w:val="16"/>
          <w:u w:val="none"/>
        </w:rPr>
        <w:t xml:space="preserve"> therefore, </w:t>
      </w:r>
      <w:r>
        <w:rPr>
          <w:b w:val="0"/>
          <w:i w:val="0"/>
          <w:smallCaps w:val="0"/>
          <w:strike w:val="0"/>
          <w:sz w:val="22"/>
          <w:u w:val="single"/>
        </w:rPr>
        <w:t xml:space="preserve">rather than </w:t>
      </w:r>
      <w:r>
        <w:rPr>
          <w:b/>
          <w:i w:val="0"/>
          <w:smallCaps w:val="0"/>
          <w:strike w:val="0"/>
          <w:sz w:val="22"/>
          <w:u w:val="single"/>
        </w:rPr>
        <w:t>unbinding</w:t>
      </w:r>
      <w:r>
        <w:rPr>
          <w:b w:val="0"/>
          <w:i w:val="0"/>
          <w:smallCaps w:val="0"/>
          <w:strike w:val="0"/>
          <w:sz w:val="22"/>
          <w:u w:val="single"/>
        </w:rPr>
        <w:t xml:space="preserve"> or </w:t>
      </w:r>
      <w:r>
        <w:rPr>
          <w:b/>
          <w:i w:val="0"/>
          <w:smallCaps w:val="0"/>
          <w:strike w:val="0"/>
          <w:sz w:val="22"/>
          <w:u w:val="single"/>
        </w:rPr>
        <w:t>drifting</w:t>
      </w:r>
      <w:r>
        <w:rPr>
          <w:b w:val="0"/>
          <w:i w:val="0"/>
          <w:smallCaps w:val="0"/>
          <w:strike w:val="0"/>
          <w:sz w:val="22"/>
          <w:u w:val="single"/>
        </w:rPr>
        <w:t xml:space="preserve">, is </w:t>
      </w:r>
      <w:r>
        <w:rPr>
          <w:b/>
          <w:i w:val="0"/>
          <w:smallCaps w:val="0"/>
          <w:strike w:val="0"/>
          <w:sz w:val="22"/>
          <w:u w:val="single"/>
        </w:rPr>
        <w:t>fatal</w:t>
      </w:r>
      <w:r>
        <w:rPr>
          <w:b w:val="0"/>
          <w:i w:val="0"/>
          <w:smallCaps w:val="0"/>
          <w:strike w:val="0"/>
          <w:sz w:val="22"/>
          <w:u w:val="single"/>
        </w:rPr>
        <w:t xml:space="preserve"> to it</w:t>
      </w:r>
      <w:r>
        <w:rPr>
          <w:b w:val="0"/>
          <w:i w:val="0"/>
          <w:smallCaps w:val="0"/>
          <w:strike w:val="0"/>
          <w:sz w:val="16"/>
          <w:u w:val="none"/>
        </w:rPr>
        <w:t>. This is exactly what the term symbolic “exchange” means.</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