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 Gets </w:t>
      </w:r>
      <w:r>
        <w:rPr>
          <w:b/>
          <w:i w:val="0"/>
          <w:smallCaps w:val="0"/>
          <w:strike w:val="0"/>
          <w:u w:val="single"/>
        </w:rPr>
        <w:t>coopted</w:t>
      </w:r>
      <w:r>
        <w:rPr>
          <w:b/>
          <w:i w:val="0"/>
          <w:smallCaps w:val="0"/>
          <w:strike w:val="0"/>
          <w:u w:val="none"/>
        </w:rPr>
        <w:t xml:space="preserve"> by </w:t>
      </w:r>
      <w:r>
        <w:rPr>
          <w:b/>
          <w:i w:val="0"/>
          <w:smallCaps w:val="0"/>
          <w:strike w:val="0"/>
          <w:u w:val="single"/>
        </w:rPr>
        <w:t>bad faith reactionaries</w:t>
      </w:r>
      <w:r>
        <w:rPr>
          <w:b/>
          <w:i w:val="0"/>
          <w:smallCaps w:val="0"/>
          <w:strike w:val="0"/>
          <w:u w:val="none"/>
        </w:rPr>
        <w:t>.</w:t>
      </w:r>
    </w:p>
    <w:p>
      <w:pPr>
        <w:spacing w:after="80"/>
      </w:pPr>
      <w:r>
        <w:rPr>
          <w:b/>
          <w:i w:val="0"/>
          <w:smallCaps w:val="0"/>
          <w:strike w:val="0"/>
          <w:sz w:val="22"/>
          <w:u w:val="none"/>
        </w:rPr>
        <w:t>O’Donnell, 20</w:t>
      </w:r>
      <w:r>
        <w:rPr>
          <w:b w:val="0"/>
          <w:i w:val="0"/>
          <w:smallCaps w:val="0"/>
          <w:strike w:val="0"/>
          <w:u w:val="none"/>
        </w:rPr>
        <w:t xml:space="preserve">—Assistant Professor of Philosophy at Oakton Community College (Patrick, “Ontology, Experience, and Social Death: On Frank Wilderson’s </w:t>
      </w:r>
      <w:r>
        <w:rPr>
          <w:b w:val="0"/>
          <w:i w:val="0"/>
          <w:smallCaps w:val="0"/>
          <w:strike w:val="0"/>
          <w:u w:val="none"/>
        </w:rPr>
        <w:t>Afropessimism</w:t>
      </w:r>
      <w:r>
        <w:rPr>
          <w:b w:val="0"/>
          <w:i w:val="0"/>
          <w:smallCaps w:val="0"/>
          <w:strike w:val="0"/>
          <w:u w:val="none"/>
        </w:rPr>
        <w:t xml:space="preserve">,” </w:t>
      </w:r>
      <w:r>
        <w:rPr>
          <w:b w:val="0"/>
          <w:i w:val="0"/>
          <w:smallCaps w:val="0"/>
          <w:strike w:val="0"/>
          <w:u w:val="none"/>
        </w:rPr>
        <w:t>, dml)</w:t>
      </w:r>
    </w:p>
    <w:p>
      <w:pPr>
        <w:spacing w:after="60"/>
      </w:pPr>
      <w:r>
        <w:rPr>
          <w:b w:val="0"/>
          <w:i w:val="0"/>
          <w:smallCaps w:val="0"/>
          <w:strike w:val="0"/>
          <w:sz w:val="16"/>
          <w:u w:val="none"/>
        </w:rPr>
        <w:t xml:space="preserve">Finally, </w:t>
      </w:r>
      <w:r>
        <w:rPr>
          <w:b w:val="0"/>
          <w:i w:val="0"/>
          <w:smallCaps w:val="0"/>
          <w:strike w:val="0"/>
          <w:sz w:val="22"/>
          <w:u w:val="single"/>
        </w:rPr>
        <w:t xml:space="preserve">it is worth discussing the </w:t>
      </w:r>
      <w:r>
        <w:rPr>
          <w:b/>
          <w:i w:val="0"/>
          <w:smallCaps w:val="0"/>
          <w:strike w:val="0"/>
          <w:sz w:val="22"/>
          <w:u w:val="single"/>
        </w:rPr>
        <w:t>political upshots</w:t>
      </w:r>
      <w:r>
        <w:rPr>
          <w:b w:val="0"/>
          <w:i w:val="0"/>
          <w:smallCaps w:val="0"/>
          <w:strike w:val="0"/>
          <w:sz w:val="22"/>
          <w:u w:val="single"/>
        </w:rPr>
        <w:t xml:space="preserve"> of </w:t>
      </w:r>
      <w:r>
        <w:rPr>
          <w:b w:val="0"/>
          <w:i w:val="0"/>
          <w:smallCaps w:val="0"/>
          <w:strike w:val="0"/>
          <w:sz w:val="22"/>
          <w:u w:val="single"/>
        </w:rPr>
        <w:t>Afropessimism</w:t>
      </w:r>
      <w:r>
        <w:rPr>
          <w:b w:val="0"/>
          <w:i w:val="0"/>
          <w:smallCaps w:val="0"/>
          <w:strike w:val="0"/>
          <w:sz w:val="16"/>
          <w:u w:val="none"/>
        </w:rPr>
        <w:t xml:space="preserve">, and how the book “reads” within our current political moment. Wilderson’s own political stance is clear enough in its broad outlines: </w:t>
      </w:r>
      <w:r>
        <w:rPr>
          <w:b w:val="0"/>
          <w:i w:val="0"/>
          <w:smallCaps w:val="0"/>
          <w:strike w:val="0"/>
          <w:sz w:val="22"/>
          <w:u w:val="single"/>
        </w:rPr>
        <w:t xml:space="preserve">Black liberation requires the </w:t>
      </w:r>
      <w:r>
        <w:rPr>
          <w:b/>
          <w:i w:val="0"/>
          <w:smallCaps w:val="0"/>
          <w:strike w:val="0"/>
          <w:sz w:val="22"/>
          <w:u w:val="single"/>
        </w:rPr>
        <w:t>total destruction</w:t>
      </w:r>
      <w:r>
        <w:rPr>
          <w:b w:val="0"/>
          <w:i w:val="0"/>
          <w:smallCaps w:val="0"/>
          <w:strike w:val="0"/>
          <w:sz w:val="22"/>
          <w:u w:val="single"/>
        </w:rPr>
        <w:t xml:space="preserve"> of the existing relation between Slaves and Humans</w:t>
      </w:r>
      <w:r>
        <w:rPr>
          <w:b w:val="0"/>
          <w:i w:val="0"/>
          <w:smallCaps w:val="0"/>
          <w:strike w:val="0"/>
          <w:sz w:val="16"/>
          <w:u w:val="none"/>
        </w:rPr>
        <w:t xml:space="preserve">. In one of the book’s more hopeful moments, Wilderson grants that “social death,” like class and gender, can be overcome, since it is ultimately “constructed by the violence and imagination of other sentient beings.” </w:t>
      </w:r>
      <w:r>
        <w:rPr>
          <w:b w:val="0"/>
          <w:i w:val="0"/>
          <w:smallCaps w:val="0"/>
          <w:strike w:val="0"/>
          <w:sz w:val="22"/>
          <w:u w:val="single"/>
        </w:rPr>
        <w:t>Overcoming social death</w:t>
      </w:r>
      <w:r>
        <w:rPr>
          <w:b w:val="0"/>
          <w:i w:val="0"/>
          <w:smallCaps w:val="0"/>
          <w:strike w:val="0"/>
          <w:sz w:val="16"/>
          <w:u w:val="none"/>
        </w:rPr>
        <w:t xml:space="preserve">, however, </w:t>
      </w:r>
      <w:r>
        <w:rPr>
          <w:b w:val="0"/>
          <w:i w:val="0"/>
          <w:smallCaps w:val="0"/>
          <w:strike w:val="0"/>
          <w:sz w:val="22"/>
          <w:u w:val="single"/>
        </w:rPr>
        <w:t xml:space="preserve">is necessarily </w:t>
      </w:r>
      <w:r>
        <w:rPr>
          <w:b/>
          <w:i w:val="0"/>
          <w:smallCaps w:val="0"/>
          <w:strike w:val="0"/>
          <w:sz w:val="22"/>
          <w:u w:val="single"/>
        </w:rPr>
        <w:t>apocalyptic</w:t>
      </w:r>
      <w:r>
        <w:rPr>
          <w:b w:val="0"/>
          <w:i w:val="0"/>
          <w:smallCaps w:val="0"/>
          <w:strike w:val="0"/>
          <w:sz w:val="16"/>
          <w:u w:val="none"/>
        </w:rPr>
        <w:t xml:space="preserve">: “The first step toward the destruction is to assume one’s position… and then burn the ship or the plantation, in its past and present incarnations, from the inside out” (103). </w:t>
      </w:r>
      <w:r>
        <w:rPr>
          <w:b w:val="0"/>
          <w:i w:val="0"/>
          <w:smallCaps w:val="0"/>
          <w:strike w:val="0"/>
          <w:sz w:val="22"/>
          <w:u w:val="single"/>
        </w:rPr>
        <w:t>Afropessimism</w:t>
      </w:r>
      <w:r>
        <w:rPr>
          <w:b w:val="0"/>
          <w:i w:val="0"/>
          <w:smallCaps w:val="0"/>
          <w:strike w:val="0"/>
          <w:sz w:val="22"/>
          <w:u w:val="single"/>
        </w:rPr>
        <w:t xml:space="preserve"> proposes a political ethic for those </w:t>
      </w:r>
      <w:r>
        <w:rPr>
          <w:b/>
          <w:i w:val="0"/>
          <w:smallCaps w:val="0"/>
          <w:strike w:val="0"/>
          <w:sz w:val="22"/>
          <w:u w:val="single"/>
        </w:rPr>
        <w:t>outside</w:t>
      </w:r>
      <w:r>
        <w:rPr>
          <w:b w:val="0"/>
          <w:i w:val="0"/>
          <w:smallCaps w:val="0"/>
          <w:strike w:val="0"/>
          <w:sz w:val="22"/>
          <w:u w:val="single"/>
        </w:rPr>
        <w:t xml:space="preserve"> politics, whose engagement with the political would signify the </w:t>
      </w:r>
      <w:r>
        <w:rPr>
          <w:b/>
          <w:i w:val="0"/>
          <w:smallCaps w:val="0"/>
          <w:strike w:val="0"/>
          <w:sz w:val="22"/>
          <w:u w:val="single"/>
        </w:rPr>
        <w:t>end</w:t>
      </w:r>
      <w:r>
        <w:rPr>
          <w:b w:val="0"/>
          <w:i w:val="0"/>
          <w:smallCaps w:val="0"/>
          <w:strike w:val="0"/>
          <w:sz w:val="22"/>
          <w:u w:val="single"/>
        </w:rPr>
        <w:t xml:space="preserve"> of politics as we know it</w:t>
      </w:r>
      <w:r>
        <w:rPr>
          <w:b w:val="0"/>
          <w:i w:val="0"/>
          <w:smallCaps w:val="0"/>
          <w:strike w:val="0"/>
          <w:sz w:val="16"/>
          <w:u w:val="none"/>
        </w:rPr>
        <w:t xml:space="preserve">. </w:t>
      </w:r>
    </w:p>
    <w:p>
      <w:pPr>
        <w:spacing w:after="60"/>
      </w:pPr>
      <w:r>
        <w:rPr>
          <w:b w:val="0"/>
          <w:i w:val="0"/>
          <w:smallCaps w:val="0"/>
          <w:strike w:val="0"/>
          <w:sz w:val="22"/>
          <w:u w:val="single"/>
        </w:rPr>
        <w:t>Wilderson’s political vision is a “</w:t>
      </w:r>
      <w:r>
        <w:rPr>
          <w:b/>
          <w:i w:val="0"/>
          <w:smallCaps w:val="0"/>
          <w:strike w:val="0"/>
          <w:sz w:val="22"/>
          <w:u w:val="single"/>
        </w:rPr>
        <w:t>grenade without a pin</w:t>
      </w:r>
      <w:r>
        <w:rPr>
          <w:b w:val="0"/>
          <w:i w:val="0"/>
          <w:smallCaps w:val="0"/>
          <w:strike w:val="0"/>
          <w:sz w:val="22"/>
          <w:u w:val="single"/>
        </w:rPr>
        <w:t>,” or a “</w:t>
      </w:r>
      <w:r>
        <w:rPr>
          <w:b/>
          <w:i w:val="0"/>
          <w:smallCaps w:val="0"/>
          <w:strike w:val="0"/>
          <w:sz w:val="22"/>
          <w:u w:val="single"/>
        </w:rPr>
        <w:t>looter’s creed</w:t>
      </w:r>
      <w:r>
        <w:rPr>
          <w:b w:val="0"/>
          <w:i w:val="0"/>
          <w:smallCaps w:val="0"/>
          <w:strike w:val="0"/>
          <w:sz w:val="22"/>
          <w:u w:val="single"/>
        </w:rPr>
        <w:t xml:space="preserve">” which strives to bring about the </w:t>
      </w:r>
      <w:r>
        <w:rPr>
          <w:b w:val="0"/>
          <w:i w:val="0"/>
          <w:smallCaps w:val="0"/>
          <w:strike w:val="0"/>
          <w:sz w:val="22"/>
          <w:u w:val="single"/>
        </w:rPr>
        <w:t>Fanonian</w:t>
      </w:r>
      <w:r>
        <w:rPr>
          <w:b w:val="0"/>
          <w:i w:val="0"/>
          <w:smallCaps w:val="0"/>
          <w:strike w:val="0"/>
          <w:sz w:val="22"/>
          <w:u w:val="single"/>
        </w:rPr>
        <w:t xml:space="preserve"> “</w:t>
      </w:r>
      <w:r>
        <w:rPr>
          <w:b/>
          <w:i w:val="0"/>
          <w:smallCaps w:val="0"/>
          <w:strike w:val="0"/>
          <w:sz w:val="22"/>
          <w:u w:val="single"/>
        </w:rPr>
        <w:t>end of the world</w:t>
      </w:r>
      <w:r>
        <w:rPr>
          <w:b w:val="0"/>
          <w:i w:val="0"/>
          <w:smallCaps w:val="0"/>
          <w:strike w:val="0"/>
          <w:sz w:val="22"/>
          <w:u w:val="single"/>
        </w:rPr>
        <w:t>”</w:t>
      </w:r>
      <w:r>
        <w:rPr>
          <w:b w:val="0"/>
          <w:i w:val="0"/>
          <w:smallCaps w:val="0"/>
          <w:strike w:val="0"/>
          <w:sz w:val="16"/>
          <w:u w:val="none"/>
        </w:rPr>
        <w:t xml:space="preserve"> (174). Yet </w:t>
      </w:r>
      <w:r>
        <w:rPr>
          <w:b w:val="0"/>
          <w:i w:val="0"/>
          <w:smallCaps w:val="0"/>
          <w:strike w:val="0"/>
          <w:sz w:val="22"/>
          <w:u w:val="single"/>
        </w:rPr>
        <w:t>if your politics requires you to “</w:t>
      </w:r>
      <w:r>
        <w:rPr>
          <w:b/>
          <w:i w:val="0"/>
          <w:smallCaps w:val="0"/>
          <w:strike w:val="0"/>
          <w:sz w:val="22"/>
          <w:u w:val="single"/>
        </w:rPr>
        <w:t>burn the ship</w:t>
      </w:r>
      <w:r>
        <w:rPr>
          <w:b w:val="0"/>
          <w:i w:val="0"/>
          <w:smallCaps w:val="0"/>
          <w:strike w:val="0"/>
          <w:sz w:val="22"/>
          <w:u w:val="single"/>
        </w:rPr>
        <w:t xml:space="preserve"> or the </w:t>
      </w:r>
      <w:r>
        <w:rPr>
          <w:b/>
          <w:i w:val="0"/>
          <w:smallCaps w:val="0"/>
          <w:strike w:val="0"/>
          <w:sz w:val="22"/>
          <w:u w:val="single"/>
        </w:rPr>
        <w:t>plantation</w:t>
      </w:r>
      <w:r>
        <w:rPr>
          <w:b w:val="0"/>
          <w:i w:val="0"/>
          <w:smallCaps w:val="0"/>
          <w:strike w:val="0"/>
          <w:sz w:val="16"/>
          <w:u w:val="none"/>
        </w:rPr>
        <w:t xml:space="preserve">…. </w:t>
      </w:r>
      <w:r>
        <w:rPr>
          <w:b w:val="0"/>
          <w:i w:val="0"/>
          <w:smallCaps w:val="0"/>
          <w:strike w:val="0"/>
          <w:sz w:val="22"/>
          <w:u w:val="single"/>
        </w:rPr>
        <w:t xml:space="preserve">from the </w:t>
      </w:r>
      <w:r>
        <w:rPr>
          <w:b/>
          <w:i w:val="0"/>
          <w:smallCaps w:val="0"/>
          <w:strike w:val="0"/>
          <w:sz w:val="22"/>
          <w:u w:val="single"/>
        </w:rPr>
        <w:t>inside out</w:t>
      </w:r>
      <w:r>
        <w:rPr>
          <w:b w:val="0"/>
          <w:i w:val="0"/>
          <w:smallCaps w:val="0"/>
          <w:strike w:val="0"/>
          <w:sz w:val="22"/>
          <w:u w:val="single"/>
        </w:rPr>
        <w:t xml:space="preserve">” with </w:t>
      </w:r>
      <w:r>
        <w:rPr>
          <w:b/>
          <w:i w:val="0"/>
          <w:smallCaps w:val="0"/>
          <w:strike w:val="0"/>
          <w:sz w:val="22"/>
          <w:u w:val="single"/>
        </w:rPr>
        <w:t>yourself inside</w:t>
      </w:r>
      <w:r>
        <w:rPr>
          <w:b w:val="0"/>
          <w:i w:val="0"/>
          <w:smallCaps w:val="0"/>
          <w:strike w:val="0"/>
          <w:sz w:val="22"/>
          <w:u w:val="single"/>
        </w:rPr>
        <w:t xml:space="preserve">, you should be </w:t>
      </w:r>
      <w:r>
        <w:rPr>
          <w:b/>
          <w:i w:val="0"/>
          <w:smallCaps w:val="0"/>
          <w:strike w:val="0"/>
          <w:sz w:val="22"/>
          <w:u w:val="single"/>
        </w:rPr>
        <w:t>extremely sure</w:t>
      </w:r>
      <w:r>
        <w:rPr>
          <w:b w:val="0"/>
          <w:i w:val="0"/>
          <w:smallCaps w:val="0"/>
          <w:strike w:val="0"/>
          <w:sz w:val="22"/>
          <w:u w:val="single"/>
        </w:rPr>
        <w:t xml:space="preserve"> that this politics is rooted in a </w:t>
      </w:r>
      <w:r>
        <w:rPr>
          <w:b/>
          <w:i w:val="0"/>
          <w:smallCaps w:val="0"/>
          <w:strike w:val="0"/>
          <w:sz w:val="22"/>
          <w:u w:val="single"/>
        </w:rPr>
        <w:t>true</w:t>
      </w:r>
      <w:r>
        <w:rPr>
          <w:b w:val="0"/>
          <w:i w:val="0"/>
          <w:smallCaps w:val="0"/>
          <w:strike w:val="0"/>
          <w:sz w:val="22"/>
          <w:u w:val="single"/>
        </w:rPr>
        <w:t xml:space="preserve"> and </w:t>
      </w:r>
      <w:r>
        <w:rPr>
          <w:b/>
          <w:i w:val="0"/>
          <w:smallCaps w:val="0"/>
          <w:strike w:val="0"/>
          <w:sz w:val="22"/>
          <w:u w:val="single"/>
        </w:rPr>
        <w:t>comprehensive</w:t>
      </w:r>
      <w:r>
        <w:rPr>
          <w:b w:val="0"/>
          <w:i w:val="0"/>
          <w:smallCaps w:val="0"/>
          <w:strike w:val="0"/>
          <w:sz w:val="22"/>
          <w:u w:val="single"/>
        </w:rPr>
        <w:t xml:space="preserve"> vision of Black people’s situation in the world. </w:t>
      </w:r>
      <w:r>
        <w:rPr>
          <w:b w:val="0"/>
          <w:i w:val="0"/>
          <w:smallCaps w:val="0"/>
          <w:strike w:val="0"/>
          <w:sz w:val="22"/>
          <w:u w:val="single"/>
        </w:rPr>
        <w:t>Pinless</w:t>
      </w:r>
      <w:r>
        <w:rPr>
          <w:b w:val="0"/>
          <w:i w:val="0"/>
          <w:smallCaps w:val="0"/>
          <w:strike w:val="0"/>
          <w:sz w:val="22"/>
          <w:u w:val="single"/>
        </w:rPr>
        <w:t xml:space="preserve"> grenades and looter’s creeds can </w:t>
      </w:r>
      <w:r>
        <w:rPr>
          <w:b/>
          <w:i w:val="0"/>
          <w:smallCaps w:val="0"/>
          <w:strike w:val="0"/>
          <w:sz w:val="22"/>
          <w:u w:val="single"/>
        </w:rPr>
        <w:t>fall into anyone’s hands</w:t>
      </w:r>
      <w:r>
        <w:rPr>
          <w:b w:val="0"/>
          <w:i w:val="0"/>
          <w:smallCaps w:val="0"/>
          <w:strike w:val="0"/>
          <w:sz w:val="22"/>
          <w:u w:val="single"/>
        </w:rPr>
        <w:t xml:space="preserve">. They can </w:t>
      </w:r>
      <w:r>
        <w:rPr>
          <w:b/>
          <w:i w:val="0"/>
          <w:smallCaps w:val="0"/>
          <w:strike w:val="0"/>
          <w:sz w:val="22"/>
          <w:u w:val="single"/>
        </w:rPr>
        <w:t>harm countless bystanders</w:t>
      </w:r>
      <w:r>
        <w:rPr>
          <w:b w:val="0"/>
          <w:i w:val="0"/>
          <w:smallCaps w:val="0"/>
          <w:strike w:val="0"/>
          <w:sz w:val="22"/>
          <w:u w:val="single"/>
        </w:rPr>
        <w:t xml:space="preserve">. Their </w:t>
      </w:r>
      <w:r>
        <w:rPr>
          <w:b/>
          <w:i w:val="0"/>
          <w:smallCaps w:val="0"/>
          <w:strike w:val="0"/>
          <w:sz w:val="22"/>
          <w:u w:val="single"/>
        </w:rPr>
        <w:t>volatility</w:t>
      </w:r>
      <w:r>
        <w:rPr>
          <w:b w:val="0"/>
          <w:i w:val="0"/>
          <w:smallCaps w:val="0"/>
          <w:strike w:val="0"/>
          <w:sz w:val="22"/>
          <w:u w:val="single"/>
        </w:rPr>
        <w:t xml:space="preserve"> makes them </w:t>
      </w:r>
      <w:r>
        <w:rPr>
          <w:b/>
          <w:i w:val="0"/>
          <w:smallCaps w:val="0"/>
          <w:strike w:val="0"/>
          <w:sz w:val="22"/>
          <w:u w:val="single"/>
        </w:rPr>
        <w:t>unpredictable</w:t>
      </w:r>
      <w:r>
        <w:rPr>
          <w:b w:val="0"/>
          <w:i w:val="0"/>
          <w:smallCaps w:val="0"/>
          <w:strike w:val="0"/>
          <w:sz w:val="22"/>
          <w:u w:val="single"/>
        </w:rPr>
        <w:t xml:space="preserve">. What if the theoretical conceits of </w:t>
      </w:r>
      <w:r>
        <w:rPr>
          <w:b w:val="0"/>
          <w:i w:val="0"/>
          <w:smallCaps w:val="0"/>
          <w:strike w:val="0"/>
          <w:sz w:val="22"/>
          <w:u w:val="single"/>
        </w:rPr>
        <w:t>Afropessimism</w:t>
      </w:r>
      <w:r>
        <w:rPr>
          <w:b w:val="0"/>
          <w:i w:val="0"/>
          <w:smallCaps w:val="0"/>
          <w:strike w:val="0"/>
          <w:sz w:val="22"/>
          <w:u w:val="single"/>
        </w:rPr>
        <w:t xml:space="preserve"> not only </w:t>
      </w:r>
      <w:r>
        <w:rPr>
          <w:b/>
          <w:i w:val="0"/>
          <w:smallCaps w:val="0"/>
          <w:strike w:val="0"/>
          <w:sz w:val="22"/>
          <w:u w:val="single"/>
        </w:rPr>
        <w:t>fail</w:t>
      </w:r>
      <w:r>
        <w:rPr>
          <w:b w:val="0"/>
          <w:i w:val="0"/>
          <w:smallCaps w:val="0"/>
          <w:strike w:val="0"/>
          <w:sz w:val="22"/>
          <w:u w:val="single"/>
        </w:rPr>
        <w:t xml:space="preserve"> to bring about the end of the world, but give </w:t>
      </w:r>
      <w:r>
        <w:rPr>
          <w:b/>
          <w:i w:val="0"/>
          <w:smallCaps w:val="0"/>
          <w:strike w:val="0"/>
          <w:sz w:val="22"/>
          <w:u w:val="single"/>
        </w:rPr>
        <w:t>succor</w:t>
      </w:r>
      <w:r>
        <w:rPr>
          <w:b w:val="0"/>
          <w:i w:val="0"/>
          <w:smallCaps w:val="0"/>
          <w:strike w:val="0"/>
          <w:sz w:val="22"/>
          <w:u w:val="single"/>
        </w:rPr>
        <w:t xml:space="preserve"> to projects dedicated to making an </w:t>
      </w:r>
      <w:r>
        <w:rPr>
          <w:b/>
          <w:i w:val="0"/>
          <w:smallCaps w:val="0"/>
          <w:strike w:val="0"/>
          <w:sz w:val="22"/>
          <w:u w:val="single"/>
        </w:rPr>
        <w:t>already awful</w:t>
      </w:r>
      <w:r>
        <w:rPr>
          <w:b w:val="0"/>
          <w:i w:val="0"/>
          <w:smallCaps w:val="0"/>
          <w:strike w:val="0"/>
          <w:sz w:val="22"/>
          <w:u w:val="single"/>
        </w:rPr>
        <w:t xml:space="preserve"> anti-Black world </w:t>
      </w:r>
      <w:r>
        <w:rPr>
          <w:b/>
          <w:i w:val="0"/>
          <w:smallCaps w:val="0"/>
          <w:strike w:val="0"/>
          <w:sz w:val="22"/>
          <w:u w:val="single"/>
        </w:rPr>
        <w:t>worse</w:t>
      </w:r>
      <w:r>
        <w:rPr>
          <w:b w:val="0"/>
          <w:i w:val="0"/>
          <w:smallCaps w:val="0"/>
          <w:strike w:val="0"/>
          <w:sz w:val="22"/>
          <w:u w:val="single"/>
        </w:rPr>
        <w:t>?</w:t>
      </w:r>
      <w:r>
        <w:rPr>
          <w:b w:val="0"/>
          <w:i w:val="0"/>
          <w:smallCaps w:val="0"/>
          <w:strike w:val="0"/>
          <w:sz w:val="16"/>
          <w:u w:val="none"/>
        </w:rPr>
        <w:t xml:space="preserve"> Ironically, </w:t>
      </w:r>
      <w:r>
        <w:rPr>
          <w:b w:val="0"/>
          <w:i w:val="0"/>
          <w:smallCaps w:val="0"/>
          <w:strike w:val="0"/>
          <w:sz w:val="22"/>
          <w:u w:val="single"/>
        </w:rPr>
        <w:t xml:space="preserve">those with </w:t>
      </w:r>
      <w:r>
        <w:rPr>
          <w:b/>
          <w:i w:val="0"/>
          <w:smallCaps w:val="0"/>
          <w:strike w:val="0"/>
          <w:sz w:val="22"/>
          <w:u w:val="single"/>
        </w:rPr>
        <w:t>reactionary</w:t>
      </w:r>
      <w:r>
        <w:rPr>
          <w:b w:val="0"/>
          <w:i w:val="0"/>
          <w:smallCaps w:val="0"/>
          <w:strike w:val="0"/>
          <w:sz w:val="22"/>
          <w:u w:val="single"/>
        </w:rPr>
        <w:t xml:space="preserve"> anti-Black politics, or those</w:t>
      </w:r>
      <w:r>
        <w:rPr>
          <w:b w:val="0"/>
          <w:i w:val="0"/>
          <w:smallCaps w:val="0"/>
          <w:strike w:val="0"/>
          <w:sz w:val="16"/>
          <w:u w:val="none"/>
        </w:rPr>
        <w:t xml:space="preserve"> in thrall to the magic of Whiteness and </w:t>
      </w:r>
      <w:r>
        <w:rPr>
          <w:b/>
          <w:i w:val="0"/>
          <w:smallCaps w:val="0"/>
          <w:strike w:val="0"/>
          <w:sz w:val="22"/>
          <w:u w:val="single"/>
        </w:rPr>
        <w:t>convinced</w:t>
      </w:r>
      <w:r>
        <w:rPr>
          <w:b w:val="0"/>
          <w:i w:val="0"/>
          <w:smallCaps w:val="0"/>
          <w:strike w:val="0"/>
          <w:sz w:val="22"/>
          <w:u w:val="single"/>
        </w:rPr>
        <w:t xml:space="preserve"> of the </w:t>
      </w:r>
      <w:r>
        <w:rPr>
          <w:b w:val="0"/>
          <w:i w:val="0"/>
          <w:smallCaps w:val="0"/>
          <w:strike w:val="0"/>
          <w:sz w:val="22"/>
          <w:u w:val="single"/>
        </w:rPr>
        <w:t>subhumanity</w:t>
      </w:r>
      <w:r>
        <w:rPr>
          <w:b w:val="0"/>
          <w:i w:val="0"/>
          <w:smallCaps w:val="0"/>
          <w:strike w:val="0"/>
          <w:sz w:val="22"/>
          <w:u w:val="single"/>
        </w:rPr>
        <w:t xml:space="preserve"> of Blackness, should </w:t>
      </w:r>
      <w:r>
        <w:rPr>
          <w:b/>
          <w:i w:val="0"/>
          <w:smallCaps w:val="0"/>
          <w:strike w:val="0"/>
          <w:sz w:val="22"/>
          <w:u w:val="single"/>
        </w:rPr>
        <w:t>appreciate</w:t>
      </w:r>
      <w:r>
        <w:rPr>
          <w:b w:val="0"/>
          <w:i w:val="0"/>
          <w:smallCaps w:val="0"/>
          <w:strike w:val="0"/>
          <w:sz w:val="22"/>
          <w:u w:val="single"/>
        </w:rPr>
        <w:t xml:space="preserve"> the work that Wilderson accomplishes here. In </w:t>
      </w:r>
      <w:r>
        <w:rPr>
          <w:b/>
          <w:i w:val="0"/>
          <w:smallCaps w:val="0"/>
          <w:strike w:val="0"/>
          <w:sz w:val="22"/>
          <w:u w:val="single"/>
        </w:rPr>
        <w:t>fascist hands</w:t>
      </w:r>
      <w:r>
        <w:rPr>
          <w:b w:val="0"/>
          <w:i w:val="0"/>
          <w:smallCaps w:val="0"/>
          <w:strike w:val="0"/>
          <w:sz w:val="22"/>
          <w:u w:val="single"/>
        </w:rPr>
        <w:t xml:space="preserve">, a claim like “it is </w:t>
      </w:r>
      <w:r>
        <w:rPr>
          <w:b/>
          <w:i w:val="0"/>
          <w:smallCaps w:val="0"/>
          <w:strike w:val="0"/>
          <w:sz w:val="22"/>
          <w:u w:val="single"/>
        </w:rPr>
        <w:t>absolutely necessary</w:t>
      </w:r>
      <w:r>
        <w:rPr>
          <w:b w:val="0"/>
          <w:i w:val="0"/>
          <w:smallCaps w:val="0"/>
          <w:strike w:val="0"/>
          <w:sz w:val="22"/>
          <w:u w:val="single"/>
        </w:rPr>
        <w:t xml:space="preserve"> for Blacks to be</w:t>
      </w:r>
      <w:r>
        <w:rPr>
          <w:b w:val="0"/>
          <w:i w:val="0"/>
          <w:smallCaps w:val="0"/>
          <w:strike w:val="0"/>
          <w:sz w:val="16"/>
          <w:u w:val="none"/>
        </w:rPr>
        <w:t xml:space="preserve"> castrated, raped, genitally mutilated and </w:t>
      </w:r>
      <w:r>
        <w:rPr>
          <w:b/>
          <w:i w:val="0"/>
          <w:smallCaps w:val="0"/>
          <w:strike w:val="0"/>
          <w:sz w:val="22"/>
          <w:u w:val="single"/>
        </w:rPr>
        <w:t>violated</w:t>
      </w:r>
      <w:r>
        <w:rPr>
          <w:b w:val="0"/>
          <w:i w:val="0"/>
          <w:smallCaps w:val="0"/>
          <w:strike w:val="0"/>
          <w:sz w:val="16"/>
          <w:u w:val="none"/>
        </w:rPr>
        <w:t xml:space="preserve">, beaten, shot, and maimed” </w:t>
      </w:r>
      <w:r>
        <w:rPr>
          <w:b w:val="0"/>
          <w:i w:val="0"/>
          <w:smallCaps w:val="0"/>
          <w:strike w:val="0"/>
          <w:sz w:val="22"/>
          <w:u w:val="single"/>
        </w:rPr>
        <w:t xml:space="preserve">in order for non-Blacks to achieve “confirmation of Human existence” is </w:t>
      </w:r>
      <w:r>
        <w:rPr>
          <w:b/>
          <w:i w:val="0"/>
          <w:smallCaps w:val="0"/>
          <w:strike w:val="0"/>
          <w:sz w:val="22"/>
          <w:u w:val="single"/>
        </w:rPr>
        <w:t>just the sort of work</w:t>
      </w:r>
      <w:r>
        <w:rPr>
          <w:b w:val="0"/>
          <w:i w:val="0"/>
          <w:smallCaps w:val="0"/>
          <w:strike w:val="0"/>
          <w:sz w:val="22"/>
          <w:u w:val="single"/>
        </w:rPr>
        <w:t xml:space="preserve"> a society running on the myth of Black inhumanity and </w:t>
      </w:r>
      <w:r>
        <w:rPr>
          <w:b w:val="0"/>
          <w:i w:val="0"/>
          <w:smallCaps w:val="0"/>
          <w:strike w:val="0"/>
          <w:sz w:val="22"/>
          <w:u w:val="single"/>
        </w:rPr>
        <w:t>subpersonhood</w:t>
      </w:r>
      <w:r>
        <w:rPr>
          <w:b w:val="0"/>
          <w:i w:val="0"/>
          <w:smallCaps w:val="0"/>
          <w:strike w:val="0"/>
          <w:sz w:val="22"/>
          <w:u w:val="single"/>
        </w:rPr>
        <w:t xml:space="preserve"> </w:t>
      </w:r>
      <w:r>
        <w:rPr>
          <w:b/>
          <w:i w:val="0"/>
          <w:smallCaps w:val="0"/>
          <w:strike w:val="0"/>
          <w:sz w:val="22"/>
          <w:u w:val="single"/>
        </w:rPr>
        <w:t>requires</w:t>
      </w:r>
      <w:r>
        <w:rPr>
          <w:b w:val="0"/>
          <w:i w:val="0"/>
          <w:smallCaps w:val="0"/>
          <w:strike w:val="0"/>
          <w:sz w:val="16"/>
          <w:u w:val="none"/>
        </w:rPr>
        <w:t xml:space="preserve">. </w:t>
      </w:r>
    </w:p>
    <w:p>
      <w:pPr>
        <w:spacing w:after="60"/>
      </w:pPr>
      <w:r>
        <w:rPr>
          <w:b w:val="0"/>
          <w:i w:val="0"/>
          <w:smallCaps w:val="0"/>
          <w:strike w:val="0"/>
          <w:sz w:val="16"/>
          <w:u w:val="none"/>
        </w:rPr>
        <w:t xml:space="preserve">More predictably, </w:t>
      </w:r>
      <w:r>
        <w:rPr>
          <w:b w:val="0"/>
          <w:i w:val="0"/>
          <w:smallCaps w:val="0"/>
          <w:strike w:val="0"/>
          <w:sz w:val="22"/>
          <w:u w:val="single"/>
        </w:rPr>
        <w:t>Afropessimism</w:t>
      </w:r>
      <w:r>
        <w:rPr>
          <w:b w:val="0"/>
          <w:i w:val="0"/>
          <w:smallCaps w:val="0"/>
          <w:strike w:val="0"/>
          <w:sz w:val="22"/>
          <w:u w:val="single"/>
        </w:rPr>
        <w:t xml:space="preserve"> </w:t>
      </w:r>
      <w:r>
        <w:rPr>
          <w:b/>
          <w:i w:val="0"/>
          <w:smallCaps w:val="0"/>
          <w:strike w:val="0"/>
          <w:sz w:val="22"/>
          <w:u w:val="single"/>
        </w:rPr>
        <w:t>takes aim</w:t>
      </w:r>
      <w:r>
        <w:rPr>
          <w:b w:val="0"/>
          <w:i w:val="0"/>
          <w:smallCaps w:val="0"/>
          <w:strike w:val="0"/>
          <w:sz w:val="22"/>
          <w:u w:val="single"/>
        </w:rPr>
        <w:t xml:space="preserve"> at leftist coalitional, solidarity-based, and intersectional politics</w:t>
      </w:r>
      <w:r>
        <w:rPr>
          <w:b w:val="0"/>
          <w:i w:val="0"/>
          <w:smallCaps w:val="0"/>
          <w:strike w:val="0"/>
          <w:sz w:val="16"/>
          <w:u w:val="none"/>
        </w:rPr>
        <w:t xml:space="preserve">. </w:t>
      </w:r>
      <w:r>
        <w:rPr>
          <w:b w:val="0"/>
          <w:i w:val="0"/>
          <w:smallCaps w:val="0"/>
          <w:strike w:val="0"/>
          <w:sz w:val="22"/>
          <w:u w:val="single"/>
        </w:rPr>
        <w:t>It is not just that historically existing forms</w:t>
      </w:r>
      <w:r>
        <w:rPr>
          <w:b w:val="0"/>
          <w:i w:val="0"/>
          <w:smallCaps w:val="0"/>
          <w:strike w:val="0"/>
          <w:sz w:val="16"/>
          <w:u w:val="none"/>
        </w:rPr>
        <w:t xml:space="preserve"> of socialism, feminism, and multiculturalism </w:t>
      </w:r>
      <w:r>
        <w:rPr>
          <w:b w:val="0"/>
          <w:i w:val="0"/>
          <w:smallCaps w:val="0"/>
          <w:strike w:val="0"/>
          <w:sz w:val="22"/>
          <w:u w:val="single"/>
        </w:rPr>
        <w:t xml:space="preserve">have left Black people out (which they often have). Rather, in Wilderson’s mind, these forms of politics </w:t>
      </w:r>
      <w:r>
        <w:rPr>
          <w:b/>
          <w:i w:val="0"/>
          <w:smallCaps w:val="0"/>
          <w:strike w:val="0"/>
          <w:sz w:val="22"/>
          <w:u w:val="single"/>
        </w:rPr>
        <w:t>terrorize</w:t>
      </w:r>
      <w:r>
        <w:rPr>
          <w:b w:val="0"/>
          <w:i w:val="0"/>
          <w:smallCaps w:val="0"/>
          <w:strike w:val="0"/>
          <w:sz w:val="22"/>
          <w:u w:val="single"/>
        </w:rPr>
        <w:t xml:space="preserve"> Black people simply by </w:t>
      </w:r>
      <w:r>
        <w:rPr>
          <w:b/>
          <w:i w:val="0"/>
          <w:smallCaps w:val="0"/>
          <w:strike w:val="0"/>
          <w:sz w:val="22"/>
          <w:u w:val="single"/>
        </w:rPr>
        <w:t>positing analogies</w:t>
      </w:r>
      <w:r>
        <w:rPr>
          <w:b w:val="0"/>
          <w:i w:val="0"/>
          <w:smallCaps w:val="0"/>
          <w:strike w:val="0"/>
          <w:sz w:val="22"/>
          <w:u w:val="single"/>
        </w:rPr>
        <w:t xml:space="preserve"> and </w:t>
      </w:r>
      <w:r>
        <w:rPr>
          <w:b/>
          <w:i w:val="0"/>
          <w:smallCaps w:val="0"/>
          <w:strike w:val="0"/>
          <w:sz w:val="22"/>
          <w:u w:val="single"/>
        </w:rPr>
        <w:t>similarities</w:t>
      </w:r>
      <w:r>
        <w:rPr>
          <w:b w:val="0"/>
          <w:i w:val="0"/>
          <w:smallCaps w:val="0"/>
          <w:strike w:val="0"/>
          <w:sz w:val="22"/>
          <w:u w:val="single"/>
        </w:rPr>
        <w:t xml:space="preserve"> among diverse forms of Black and non-Black oppression</w:t>
      </w:r>
      <w:r>
        <w:rPr>
          <w:b w:val="0"/>
          <w:i w:val="0"/>
          <w:smallCaps w:val="0"/>
          <w:strike w:val="0"/>
          <w:sz w:val="16"/>
          <w:u w:val="none"/>
        </w:rPr>
        <w:t xml:space="preserve"> (220). </w:t>
      </w:r>
      <w:r>
        <w:rPr>
          <w:b w:val="0"/>
          <w:i w:val="0"/>
          <w:smallCaps w:val="0"/>
          <w:strike w:val="0"/>
          <w:sz w:val="22"/>
          <w:u w:val="single"/>
        </w:rPr>
        <w:t xml:space="preserve">The </w:t>
      </w:r>
      <w:r>
        <w:rPr>
          <w:b/>
          <w:i w:val="0"/>
          <w:smallCaps w:val="0"/>
          <w:strike w:val="0"/>
          <w:sz w:val="22"/>
          <w:u w:val="single"/>
        </w:rPr>
        <w:t>monolithic view</w:t>
      </w:r>
      <w:r>
        <w:rPr>
          <w:b w:val="0"/>
          <w:i w:val="0"/>
          <w:smallCaps w:val="0"/>
          <w:strike w:val="0"/>
          <w:sz w:val="22"/>
          <w:u w:val="single"/>
        </w:rPr>
        <w:t xml:space="preserve"> of Blackness </w:t>
      </w:r>
      <w:r>
        <w:rPr>
          <w:b w:val="0"/>
          <w:i w:val="0"/>
          <w:smallCaps w:val="0"/>
          <w:strike w:val="0"/>
          <w:sz w:val="22"/>
          <w:u w:val="single"/>
        </w:rPr>
        <w:t>Afropessimism</w:t>
      </w:r>
      <w:r>
        <w:rPr>
          <w:b w:val="0"/>
          <w:i w:val="0"/>
          <w:smallCaps w:val="0"/>
          <w:strike w:val="0"/>
          <w:sz w:val="22"/>
          <w:u w:val="single"/>
        </w:rPr>
        <w:t xml:space="preserve"> presents seems to have </w:t>
      </w:r>
      <w:r>
        <w:rPr>
          <w:b/>
          <w:i w:val="0"/>
          <w:smallCaps w:val="0"/>
          <w:strike w:val="0"/>
          <w:sz w:val="22"/>
          <w:u w:val="single"/>
        </w:rPr>
        <w:t>little room</w:t>
      </w:r>
      <w:r>
        <w:rPr>
          <w:b w:val="0"/>
          <w:i w:val="0"/>
          <w:smallCaps w:val="0"/>
          <w:strike w:val="0"/>
          <w:sz w:val="22"/>
          <w:u w:val="single"/>
        </w:rPr>
        <w:t xml:space="preserve"> for the idea that Black people are </w:t>
      </w:r>
      <w:r>
        <w:rPr>
          <w:b/>
          <w:i w:val="0"/>
          <w:smallCaps w:val="0"/>
          <w:strike w:val="0"/>
          <w:sz w:val="22"/>
          <w:u w:val="single"/>
        </w:rPr>
        <w:t>lots of things besides Black</w:t>
      </w:r>
      <w:r>
        <w:rPr>
          <w:b w:val="0"/>
          <w:i w:val="0"/>
          <w:smallCaps w:val="0"/>
          <w:strike w:val="0"/>
          <w:sz w:val="22"/>
          <w:u w:val="single"/>
        </w:rPr>
        <w:t xml:space="preserve">, and that their interests and concerns are often formed in ways </w:t>
      </w:r>
      <w:r>
        <w:rPr>
          <w:b/>
          <w:i w:val="0"/>
          <w:smallCaps w:val="0"/>
          <w:strike w:val="0"/>
          <w:sz w:val="22"/>
          <w:u w:val="single"/>
        </w:rPr>
        <w:t>similar</w:t>
      </w:r>
      <w:r>
        <w:rPr>
          <w:b w:val="0"/>
          <w:i w:val="0"/>
          <w:smallCaps w:val="0"/>
          <w:strike w:val="0"/>
          <w:sz w:val="22"/>
          <w:u w:val="single"/>
        </w:rPr>
        <w:t xml:space="preserve"> to non-Blacks’ interests</w:t>
      </w:r>
      <w:r>
        <w:rPr>
          <w:b w:val="0"/>
          <w:i w:val="0"/>
          <w:smallCaps w:val="0"/>
          <w:strike w:val="0"/>
          <w:sz w:val="16"/>
          <w:u w:val="none"/>
        </w:rPr>
        <w:t xml:space="preserve">. To be sure, we should mark a distinction between Wilderson’s politics and misappropriations of his vision. Yet </w:t>
      </w:r>
      <w:r>
        <w:rPr>
          <w:b w:val="0"/>
          <w:i w:val="0"/>
          <w:smallCaps w:val="0"/>
          <w:strike w:val="0"/>
          <w:sz w:val="22"/>
          <w:u w:val="single"/>
        </w:rPr>
        <w:t xml:space="preserve">if Black people are </w:t>
      </w:r>
      <w:r>
        <w:rPr>
          <w:b/>
          <w:i w:val="0"/>
          <w:smallCaps w:val="0"/>
          <w:strike w:val="0"/>
          <w:sz w:val="22"/>
          <w:u w:val="single"/>
        </w:rPr>
        <w:t>literally terrorized</w:t>
      </w:r>
      <w:r>
        <w:rPr>
          <w:b w:val="0"/>
          <w:i w:val="0"/>
          <w:smallCaps w:val="0"/>
          <w:strike w:val="0"/>
          <w:sz w:val="22"/>
          <w:u w:val="single"/>
        </w:rPr>
        <w:t xml:space="preserve"> by working-class struggle, multicultural coalitions, immigration rights, feminism, and other forms of counter-hegemonic politics, one might wonder why Black liberation strategies should </w:t>
      </w:r>
      <w:r>
        <w:rPr>
          <w:b/>
          <w:i w:val="0"/>
          <w:smallCaps w:val="0"/>
          <w:strike w:val="0"/>
          <w:sz w:val="22"/>
          <w:u w:val="single"/>
        </w:rPr>
        <w:t>bother</w:t>
      </w:r>
      <w:r>
        <w:rPr>
          <w:b w:val="0"/>
          <w:i w:val="0"/>
          <w:smallCaps w:val="0"/>
          <w:strike w:val="0"/>
          <w:sz w:val="22"/>
          <w:u w:val="single"/>
        </w:rPr>
        <w:t xml:space="preserve"> accommodate the stated interests of people who are, in </w:t>
      </w:r>
      <w:r>
        <w:rPr>
          <w:b/>
          <w:i w:val="0"/>
          <w:smallCaps w:val="0"/>
          <w:strike w:val="0"/>
          <w:sz w:val="22"/>
          <w:u w:val="single"/>
        </w:rPr>
        <w:t>addition</w:t>
      </w:r>
      <w:r>
        <w:rPr>
          <w:b w:val="0"/>
          <w:i w:val="0"/>
          <w:smallCaps w:val="0"/>
          <w:strike w:val="0"/>
          <w:sz w:val="22"/>
          <w:u w:val="single"/>
        </w:rPr>
        <w:t xml:space="preserve"> to Black, queer, religious, anti-capitalist, female, poor, immigrant, working class, indigenous, and/or incarcerated</w:t>
      </w:r>
      <w:r>
        <w:rPr>
          <w:b w:val="0"/>
          <w:i w:val="0"/>
          <w:smallCaps w:val="0"/>
          <w:strike w:val="0"/>
          <w:sz w:val="16"/>
          <w:u w:val="none"/>
        </w:rPr>
        <w:t xml:space="preserve">. </w:t>
      </w:r>
    </w:p>
    <w:p>
      <w:pPr>
        <w:spacing w:after="60"/>
      </w:pPr>
      <w:r>
        <w:rPr>
          <w:b w:val="0"/>
          <w:i w:val="0"/>
          <w:smallCaps w:val="0"/>
          <w:strike w:val="0"/>
          <w:sz w:val="22"/>
          <w:u w:val="single"/>
        </w:rPr>
        <w:t xml:space="preserve">Those sympathetic to Wilderson might suggest that Black people have </w:t>
      </w:r>
      <w:r>
        <w:rPr>
          <w:b/>
          <w:i w:val="0"/>
          <w:smallCaps w:val="0"/>
          <w:strike w:val="0"/>
          <w:sz w:val="22"/>
          <w:u w:val="single"/>
        </w:rPr>
        <w:t>little to lose</w:t>
      </w:r>
      <w:r>
        <w:rPr>
          <w:b w:val="0"/>
          <w:i w:val="0"/>
          <w:smallCaps w:val="0"/>
          <w:strike w:val="0"/>
          <w:sz w:val="22"/>
          <w:u w:val="single"/>
        </w:rPr>
        <w:t xml:space="preserve"> by abandoning solidarity-based politics. Yet </w:t>
      </w:r>
      <w:r>
        <w:rPr>
          <w:b/>
          <w:i w:val="0"/>
          <w:smallCaps w:val="0"/>
          <w:strike w:val="0"/>
          <w:sz w:val="22"/>
          <w:u w:val="single"/>
        </w:rPr>
        <w:t>not-so-ancient history</w:t>
      </w:r>
      <w:r>
        <w:rPr>
          <w:b w:val="0"/>
          <w:i w:val="0"/>
          <w:smallCaps w:val="0"/>
          <w:strike w:val="0"/>
          <w:sz w:val="22"/>
          <w:u w:val="single"/>
        </w:rPr>
        <w:t xml:space="preserve"> suggests that there may be </w:t>
      </w:r>
      <w:r>
        <w:rPr>
          <w:b/>
          <w:i w:val="0"/>
          <w:smallCaps w:val="0"/>
          <w:strike w:val="0"/>
          <w:sz w:val="22"/>
          <w:u w:val="single"/>
        </w:rPr>
        <w:t>higher stakes</w:t>
      </w:r>
      <w:r>
        <w:rPr>
          <w:b w:val="0"/>
          <w:i w:val="0"/>
          <w:smallCaps w:val="0"/>
          <w:strike w:val="0"/>
          <w:sz w:val="22"/>
          <w:u w:val="single"/>
        </w:rPr>
        <w:t xml:space="preserve"> here</w:t>
      </w:r>
      <w:r>
        <w:rPr>
          <w:b w:val="0"/>
          <w:i w:val="0"/>
          <w:smallCaps w:val="0"/>
          <w:strike w:val="0"/>
          <w:sz w:val="16"/>
          <w:u w:val="none"/>
        </w:rPr>
        <w:t xml:space="preserve">. As Paul Ortiz (2018) has recently demonstrated, </w:t>
      </w:r>
      <w:r>
        <w:rPr>
          <w:b/>
          <w:i w:val="0"/>
          <w:smallCaps w:val="0"/>
          <w:strike w:val="0"/>
          <w:sz w:val="22"/>
          <w:u w:val="single"/>
        </w:rPr>
        <w:t>many</w:t>
      </w:r>
      <w:r>
        <w:rPr>
          <w:b w:val="0"/>
          <w:i w:val="0"/>
          <w:smallCaps w:val="0"/>
          <w:strike w:val="0"/>
          <w:sz w:val="22"/>
          <w:u w:val="single"/>
        </w:rPr>
        <w:t xml:space="preserve"> of the </w:t>
      </w:r>
      <w:r>
        <w:rPr>
          <w:b/>
          <w:i w:val="0"/>
          <w:smallCaps w:val="0"/>
          <w:strike w:val="0"/>
          <w:sz w:val="22"/>
          <w:u w:val="single"/>
        </w:rPr>
        <w:t>material</w:t>
      </w:r>
      <w:r>
        <w:rPr>
          <w:b w:val="0"/>
          <w:i w:val="0"/>
          <w:smallCaps w:val="0"/>
          <w:strike w:val="0"/>
          <w:sz w:val="22"/>
          <w:u w:val="single"/>
        </w:rPr>
        <w:t xml:space="preserve">, </w:t>
      </w:r>
      <w:r>
        <w:rPr>
          <w:b/>
          <w:i w:val="0"/>
          <w:smallCaps w:val="0"/>
          <w:strike w:val="0"/>
          <w:sz w:val="22"/>
          <w:u w:val="single"/>
        </w:rPr>
        <w:t>political</w:t>
      </w:r>
      <w:r>
        <w:rPr>
          <w:b w:val="0"/>
          <w:i w:val="0"/>
          <w:smallCaps w:val="0"/>
          <w:strike w:val="0"/>
          <w:sz w:val="22"/>
          <w:u w:val="single"/>
        </w:rPr>
        <w:t xml:space="preserve">, </w:t>
      </w:r>
      <w:r>
        <w:rPr>
          <w:b/>
          <w:i w:val="0"/>
          <w:smallCaps w:val="0"/>
          <w:strike w:val="0"/>
          <w:sz w:val="22"/>
          <w:u w:val="single"/>
        </w:rPr>
        <w:t>social</w:t>
      </w:r>
      <w:r>
        <w:rPr>
          <w:b w:val="0"/>
          <w:i w:val="0"/>
          <w:smallCaps w:val="0"/>
          <w:strike w:val="0"/>
          <w:sz w:val="22"/>
          <w:u w:val="single"/>
        </w:rPr>
        <w:t xml:space="preserve">, and </w:t>
      </w:r>
      <w:r>
        <w:rPr>
          <w:b/>
          <w:i w:val="0"/>
          <w:smallCaps w:val="0"/>
          <w:strike w:val="0"/>
          <w:sz w:val="22"/>
          <w:u w:val="single"/>
        </w:rPr>
        <w:t>symbolic gains</w:t>
      </w:r>
      <w:r>
        <w:rPr>
          <w:b w:val="0"/>
          <w:i w:val="0"/>
          <w:smallCaps w:val="0"/>
          <w:strike w:val="0"/>
          <w:sz w:val="22"/>
          <w:u w:val="single"/>
        </w:rPr>
        <w:t xml:space="preserve"> for Black and Latinx people throughout the 18th and 19th centuries were generated by an emancipatory internationalism that </w:t>
      </w:r>
      <w:r>
        <w:rPr>
          <w:b/>
          <w:i w:val="0"/>
          <w:smallCaps w:val="0"/>
          <w:strike w:val="0"/>
          <w:sz w:val="22"/>
          <w:u w:val="single"/>
        </w:rPr>
        <w:t>drew explicit analogies</w:t>
      </w:r>
      <w:r>
        <w:rPr>
          <w:b w:val="0"/>
          <w:i w:val="0"/>
          <w:smallCaps w:val="0"/>
          <w:strike w:val="0"/>
          <w:sz w:val="22"/>
          <w:u w:val="single"/>
        </w:rPr>
        <w:t xml:space="preserve"> between Black and non-Black freedom struggles</w:t>
      </w:r>
      <w:r>
        <w:rPr>
          <w:b w:val="0"/>
          <w:i w:val="0"/>
          <w:smallCaps w:val="0"/>
          <w:strike w:val="0"/>
          <w:sz w:val="16"/>
          <w:u w:val="none"/>
        </w:rPr>
        <w:t xml:space="preserve">. The United States’ interest in </w:t>
      </w:r>
      <w:r>
        <w:rPr>
          <w:b w:val="0"/>
          <w:i w:val="0"/>
          <w:smallCaps w:val="0"/>
          <w:strike w:val="0"/>
          <w:sz w:val="22"/>
          <w:u w:val="single"/>
        </w:rPr>
        <w:t xml:space="preserve">slavery of course </w:t>
      </w:r>
      <w:r>
        <w:rPr>
          <w:b/>
          <w:i w:val="0"/>
          <w:smallCaps w:val="0"/>
          <w:strike w:val="0"/>
          <w:sz w:val="22"/>
          <w:u w:val="single"/>
        </w:rPr>
        <w:t>first</w:t>
      </w:r>
      <w:r>
        <w:rPr>
          <w:b w:val="0"/>
          <w:i w:val="0"/>
          <w:smallCaps w:val="0"/>
          <w:strike w:val="0"/>
          <w:sz w:val="22"/>
          <w:u w:val="single"/>
        </w:rPr>
        <w:t xml:space="preserve"> and </w:t>
      </w:r>
      <w:r>
        <w:rPr>
          <w:b/>
          <w:i w:val="0"/>
          <w:smallCaps w:val="0"/>
          <w:strike w:val="0"/>
          <w:sz w:val="22"/>
          <w:u w:val="single"/>
        </w:rPr>
        <w:t>foremost</w:t>
      </w:r>
      <w:r>
        <w:rPr>
          <w:b w:val="0"/>
          <w:i w:val="0"/>
          <w:smallCaps w:val="0"/>
          <w:strike w:val="0"/>
          <w:sz w:val="22"/>
          <w:u w:val="single"/>
        </w:rPr>
        <w:t xml:space="preserve"> oppressed Black people. Yet because slavery was </w:t>
      </w:r>
      <w:r>
        <w:rPr>
          <w:b/>
          <w:i w:val="0"/>
          <w:smallCaps w:val="0"/>
          <w:strike w:val="0"/>
          <w:sz w:val="22"/>
          <w:u w:val="single"/>
        </w:rPr>
        <w:t>so deeply interwoven</w:t>
      </w:r>
      <w:r>
        <w:rPr>
          <w:b w:val="0"/>
          <w:i w:val="0"/>
          <w:smallCaps w:val="0"/>
          <w:strike w:val="0"/>
          <w:sz w:val="22"/>
          <w:u w:val="single"/>
        </w:rPr>
        <w:t xml:space="preserve"> with the oppression of non-Black people as well</w:t>
      </w:r>
      <w:r>
        <w:rPr>
          <w:b w:val="0"/>
          <w:i w:val="0"/>
          <w:smallCaps w:val="0"/>
          <w:strike w:val="0"/>
          <w:sz w:val="16"/>
          <w:u w:val="none"/>
        </w:rPr>
        <w:t xml:space="preserve"> (in the form of Indian removal and extermination, violent expropriation of Mexican land in a war to expand slavery, etc.), </w:t>
      </w:r>
      <w:r>
        <w:rPr>
          <w:b w:val="0"/>
          <w:i w:val="0"/>
          <w:smallCaps w:val="0"/>
          <w:strike w:val="0"/>
          <w:sz w:val="22"/>
          <w:u w:val="single"/>
        </w:rPr>
        <w:t xml:space="preserve">Black and non-Black abolitionists were able to engage the problem of Black oppression </w:t>
      </w:r>
      <w:r>
        <w:rPr>
          <w:b/>
          <w:i w:val="0"/>
          <w:smallCaps w:val="0"/>
          <w:strike w:val="0"/>
          <w:sz w:val="22"/>
          <w:u w:val="single"/>
        </w:rPr>
        <w:t>not in isolation</w:t>
      </w:r>
      <w:r>
        <w:rPr>
          <w:b w:val="0"/>
          <w:i w:val="0"/>
          <w:smallCaps w:val="0"/>
          <w:strike w:val="0"/>
          <w:sz w:val="22"/>
          <w:u w:val="single"/>
        </w:rPr>
        <w:t xml:space="preserve">, but with a view to how it undergirded a </w:t>
      </w:r>
      <w:r>
        <w:rPr>
          <w:b/>
          <w:i w:val="0"/>
          <w:smallCaps w:val="0"/>
          <w:strike w:val="0"/>
          <w:sz w:val="22"/>
          <w:u w:val="single"/>
        </w:rPr>
        <w:t>more generally unacceptable</w:t>
      </w:r>
      <w:r>
        <w:rPr>
          <w:b w:val="0"/>
          <w:i w:val="0"/>
          <w:smallCaps w:val="0"/>
          <w:strike w:val="0"/>
          <w:sz w:val="22"/>
          <w:u w:val="single"/>
        </w:rPr>
        <w:t xml:space="preserve"> social order</w:t>
      </w:r>
      <w:r>
        <w:rPr>
          <w:b w:val="0"/>
          <w:i w:val="0"/>
          <w:smallCaps w:val="0"/>
          <w:strike w:val="0"/>
          <w:sz w:val="16"/>
          <w:u w:val="none"/>
        </w:rPr>
        <w:t xml:space="preserve">. Of course, </w:t>
      </w:r>
      <w:r>
        <w:rPr>
          <w:b w:val="0"/>
          <w:i w:val="0"/>
          <w:smallCaps w:val="0"/>
          <w:strike w:val="0"/>
          <w:sz w:val="22"/>
          <w:u w:val="single"/>
        </w:rPr>
        <w:t xml:space="preserve">just because solidarity </w:t>
      </w:r>
      <w:r>
        <w:rPr>
          <w:b/>
          <w:i w:val="0"/>
          <w:smallCaps w:val="0"/>
          <w:strike w:val="0"/>
          <w:sz w:val="22"/>
          <w:u w:val="single"/>
        </w:rPr>
        <w:t>was</w:t>
      </w:r>
      <w:r>
        <w:rPr>
          <w:b w:val="0"/>
          <w:i w:val="0"/>
          <w:smallCaps w:val="0"/>
          <w:strike w:val="0"/>
          <w:sz w:val="22"/>
          <w:u w:val="single"/>
        </w:rPr>
        <w:t xml:space="preserve"> a useful tool</w:t>
      </w:r>
      <w:r>
        <w:rPr>
          <w:b w:val="0"/>
          <w:i w:val="0"/>
          <w:smallCaps w:val="0"/>
          <w:strike w:val="0"/>
          <w:sz w:val="16"/>
          <w:u w:val="none"/>
        </w:rPr>
        <w:t xml:space="preserve"> for achieving those political goals </w:t>
      </w:r>
      <w:r>
        <w:rPr>
          <w:b w:val="0"/>
          <w:i w:val="0"/>
          <w:smallCaps w:val="0"/>
          <w:strike w:val="0"/>
          <w:sz w:val="22"/>
          <w:u w:val="single"/>
        </w:rPr>
        <w:t xml:space="preserve">doesn’t mean it will work </w:t>
      </w:r>
      <w:r>
        <w:rPr>
          <w:b/>
          <w:i w:val="0"/>
          <w:smallCaps w:val="0"/>
          <w:strike w:val="0"/>
          <w:sz w:val="22"/>
          <w:u w:val="single"/>
        </w:rPr>
        <w:t>now</w:t>
      </w:r>
      <w:r>
        <w:rPr>
          <w:b w:val="0"/>
          <w:i w:val="0"/>
          <w:smallCaps w:val="0"/>
          <w:strike w:val="0"/>
          <w:sz w:val="22"/>
          <w:u w:val="single"/>
        </w:rPr>
        <w:t xml:space="preserve">. Yet in a time when Black oppression has once again become one of the </w:t>
      </w:r>
      <w:r>
        <w:rPr>
          <w:b/>
          <w:i w:val="0"/>
          <w:smallCaps w:val="0"/>
          <w:strike w:val="0"/>
          <w:sz w:val="22"/>
          <w:u w:val="single"/>
        </w:rPr>
        <w:t>clearest symptoms</w:t>
      </w:r>
      <w:r>
        <w:rPr>
          <w:b w:val="0"/>
          <w:i w:val="0"/>
          <w:smallCaps w:val="0"/>
          <w:strike w:val="0"/>
          <w:sz w:val="22"/>
          <w:u w:val="single"/>
        </w:rPr>
        <w:t xml:space="preserve"> of a more broadly unacceptable social order, perhaps it is </w:t>
      </w:r>
      <w:r>
        <w:rPr>
          <w:b/>
          <w:i w:val="0"/>
          <w:smallCaps w:val="0"/>
          <w:strike w:val="0"/>
          <w:sz w:val="22"/>
          <w:u w:val="single"/>
        </w:rPr>
        <w:t>wise</w:t>
      </w:r>
      <w:r>
        <w:rPr>
          <w:b w:val="0"/>
          <w:i w:val="0"/>
          <w:smallCaps w:val="0"/>
          <w:strike w:val="0"/>
          <w:sz w:val="22"/>
          <w:u w:val="single"/>
        </w:rPr>
        <w:t xml:space="preserve"> to remember this emancipatory spirit</w:t>
      </w:r>
      <w:r>
        <w:rPr>
          <w:b w:val="0"/>
          <w:i w:val="0"/>
          <w:smallCaps w:val="0"/>
          <w:strike w:val="0"/>
          <w:sz w:val="16"/>
          <w:u w:val="none"/>
        </w:rPr>
        <w:t xml:space="preserve">. </w:t>
      </w:r>
    </w:p>
    <w:p>
      <w:pPr>
        <w:spacing w:after="60"/>
      </w:pPr>
      <w:r>
        <w:rPr>
          <w:b w:val="0"/>
          <w:i w:val="0"/>
          <w:smallCaps w:val="0"/>
          <w:strike w:val="0"/>
          <w:sz w:val="16"/>
          <w:u w:val="none"/>
        </w:rPr>
        <w:t xml:space="preserve">Finally, </w:t>
      </w:r>
      <w:r>
        <w:rPr>
          <w:b w:val="0"/>
          <w:i w:val="0"/>
          <w:smallCaps w:val="0"/>
          <w:strike w:val="0"/>
          <w:sz w:val="22"/>
          <w:u w:val="single"/>
        </w:rPr>
        <w:t xml:space="preserve">one wouldn’t think that a political imaginary that at first seems so radical would be </w:t>
      </w:r>
      <w:r>
        <w:rPr>
          <w:b/>
          <w:i w:val="0"/>
          <w:smallCaps w:val="0"/>
          <w:strike w:val="0"/>
          <w:sz w:val="22"/>
          <w:u w:val="single"/>
        </w:rPr>
        <w:t>so amenable</w:t>
      </w:r>
      <w:r>
        <w:rPr>
          <w:b w:val="0"/>
          <w:i w:val="0"/>
          <w:smallCaps w:val="0"/>
          <w:strike w:val="0"/>
          <w:sz w:val="22"/>
          <w:u w:val="single"/>
        </w:rPr>
        <w:t xml:space="preserve"> to the </w:t>
      </w:r>
      <w:r>
        <w:rPr>
          <w:b/>
          <w:i w:val="0"/>
          <w:smallCaps w:val="0"/>
          <w:strike w:val="0"/>
          <w:sz w:val="22"/>
          <w:u w:val="single"/>
        </w:rPr>
        <w:t>status quo</w:t>
      </w:r>
      <w:r>
        <w:rPr>
          <w:b w:val="0"/>
          <w:i w:val="0"/>
          <w:smallCaps w:val="0"/>
          <w:strike w:val="0"/>
          <w:sz w:val="16"/>
          <w:u w:val="none"/>
        </w:rPr>
        <w:t xml:space="preserve">. Wilderson suggests that his view of the fundamental distinctiveness of Black suffering extends “the critique of neoliberalism,” and registers surprise that leftists do not welcome his perspective (182). Yet </w:t>
      </w:r>
      <w:r>
        <w:rPr>
          <w:b w:val="0"/>
          <w:i w:val="0"/>
          <w:smallCaps w:val="0"/>
          <w:strike w:val="0"/>
          <w:sz w:val="22"/>
          <w:u w:val="single"/>
        </w:rPr>
        <w:t>it is</w:t>
      </w:r>
      <w:r>
        <w:rPr>
          <w:b w:val="0"/>
          <w:i w:val="0"/>
          <w:smallCaps w:val="0"/>
          <w:strike w:val="0"/>
          <w:sz w:val="16"/>
          <w:u w:val="none"/>
        </w:rPr>
        <w:t xml:space="preserve"> just as </w:t>
      </w:r>
      <w:r>
        <w:rPr>
          <w:b w:val="0"/>
          <w:i w:val="0"/>
          <w:smallCaps w:val="0"/>
          <w:strike w:val="0"/>
          <w:sz w:val="22"/>
          <w:u w:val="single"/>
        </w:rPr>
        <w:t xml:space="preserve">easy to see </w:t>
      </w:r>
      <w:r>
        <w:rPr>
          <w:b w:val="0"/>
          <w:i w:val="0"/>
          <w:smallCaps w:val="0"/>
          <w:strike w:val="0"/>
          <w:sz w:val="22"/>
          <w:u w:val="single"/>
        </w:rPr>
        <w:t>Afropessimism’s</w:t>
      </w:r>
      <w:r>
        <w:rPr>
          <w:b w:val="0"/>
          <w:i w:val="0"/>
          <w:smallCaps w:val="0"/>
          <w:strike w:val="0"/>
          <w:sz w:val="22"/>
          <w:u w:val="single"/>
        </w:rPr>
        <w:t xml:space="preserve"> </w:t>
      </w:r>
      <w:r>
        <w:rPr>
          <w:b/>
          <w:i w:val="0"/>
          <w:smallCaps w:val="0"/>
          <w:strike w:val="0"/>
          <w:sz w:val="22"/>
          <w:u w:val="single"/>
        </w:rPr>
        <w:t>performative transcendence</w:t>
      </w:r>
      <w:r>
        <w:rPr>
          <w:b w:val="0"/>
          <w:i w:val="0"/>
          <w:smallCaps w:val="0"/>
          <w:strike w:val="0"/>
          <w:sz w:val="22"/>
          <w:u w:val="single"/>
        </w:rPr>
        <w:t xml:space="preserve"> of the political as embracing a </w:t>
      </w:r>
      <w:r>
        <w:rPr>
          <w:b/>
          <w:i w:val="0"/>
          <w:smallCaps w:val="0"/>
          <w:strike w:val="0"/>
          <w:sz w:val="22"/>
          <w:u w:val="single"/>
        </w:rPr>
        <w:t>neoliberal class politics</w:t>
      </w:r>
      <w:r>
        <w:rPr>
          <w:b w:val="0"/>
          <w:i w:val="0"/>
          <w:smallCaps w:val="0"/>
          <w:strike w:val="0"/>
          <w:sz w:val="16"/>
          <w:u w:val="none"/>
        </w:rPr>
        <w:t xml:space="preserve">. </w:t>
      </w:r>
      <w:r>
        <w:rPr>
          <w:b w:val="0"/>
          <w:i w:val="0"/>
          <w:smallCaps w:val="0"/>
          <w:strike w:val="0"/>
          <w:sz w:val="22"/>
          <w:u w:val="single"/>
        </w:rPr>
        <w:t>The</w:t>
      </w:r>
      <w:r>
        <w:rPr>
          <w:b w:val="0"/>
          <w:i w:val="0"/>
          <w:smallCaps w:val="0"/>
          <w:strike w:val="0"/>
          <w:sz w:val="16"/>
          <w:u w:val="none"/>
        </w:rPr>
        <w:t xml:space="preserve"> book’s </w:t>
      </w:r>
      <w:r>
        <w:rPr>
          <w:b/>
          <w:i w:val="0"/>
          <w:smallCaps w:val="0"/>
          <w:strike w:val="0"/>
          <w:sz w:val="22"/>
          <w:u w:val="single"/>
        </w:rPr>
        <w:t>simplistic social ontology</w:t>
      </w:r>
      <w:r>
        <w:rPr>
          <w:b w:val="0"/>
          <w:i w:val="0"/>
          <w:smallCaps w:val="0"/>
          <w:strike w:val="0"/>
          <w:sz w:val="22"/>
          <w:u w:val="single"/>
        </w:rPr>
        <w:t xml:space="preserve"> and </w:t>
      </w:r>
      <w:r>
        <w:rPr>
          <w:b/>
          <w:i w:val="0"/>
          <w:smallCaps w:val="0"/>
          <w:strike w:val="0"/>
          <w:sz w:val="22"/>
          <w:u w:val="single"/>
        </w:rPr>
        <w:t>monolithic conception</w:t>
      </w:r>
      <w:r>
        <w:rPr>
          <w:b w:val="0"/>
          <w:i w:val="0"/>
          <w:smallCaps w:val="0"/>
          <w:strike w:val="0"/>
          <w:sz w:val="22"/>
          <w:u w:val="single"/>
        </w:rPr>
        <w:t xml:space="preserve"> of violence makes </w:t>
      </w:r>
      <w:r>
        <w:rPr>
          <w:b/>
          <w:i w:val="0"/>
          <w:smallCaps w:val="0"/>
          <w:strike w:val="0"/>
          <w:sz w:val="22"/>
          <w:u w:val="single"/>
        </w:rPr>
        <w:t>each</w:t>
      </w:r>
      <w:r>
        <w:rPr>
          <w:b w:val="0"/>
          <w:i w:val="0"/>
          <w:smallCaps w:val="0"/>
          <w:strike w:val="0"/>
          <w:sz w:val="22"/>
          <w:u w:val="single"/>
        </w:rPr>
        <w:t xml:space="preserve"> Black person into </w:t>
      </w:r>
      <w:r>
        <w:rPr>
          <w:b/>
          <w:i w:val="0"/>
          <w:smallCaps w:val="0"/>
          <w:strike w:val="0"/>
          <w:sz w:val="22"/>
          <w:u w:val="single"/>
        </w:rPr>
        <w:t>All Black People</w:t>
      </w:r>
      <w:r>
        <w:rPr>
          <w:b w:val="0"/>
          <w:i w:val="0"/>
          <w:smallCaps w:val="0"/>
          <w:strike w:val="0"/>
          <w:sz w:val="22"/>
          <w:u w:val="single"/>
        </w:rPr>
        <w:t xml:space="preserve">, thus aiding a </w:t>
      </w:r>
      <w:r>
        <w:rPr>
          <w:b/>
          <w:i w:val="0"/>
          <w:smallCaps w:val="0"/>
          <w:strike w:val="0"/>
          <w:sz w:val="22"/>
          <w:u w:val="single"/>
        </w:rPr>
        <w:t>crucial neoliberal elision</w:t>
      </w:r>
      <w:r>
        <w:rPr>
          <w:b w:val="0"/>
          <w:i w:val="0"/>
          <w:smallCaps w:val="0"/>
          <w:strike w:val="0"/>
          <w:sz w:val="22"/>
          <w:u w:val="single"/>
        </w:rPr>
        <w:t xml:space="preserve">: even if Wilderson </w:t>
      </w:r>
      <w:r>
        <w:rPr>
          <w:b/>
          <w:i w:val="0"/>
          <w:smallCaps w:val="0"/>
          <w:strike w:val="0"/>
          <w:sz w:val="22"/>
          <w:u w:val="single"/>
        </w:rPr>
        <w:t>draws no essential distinction</w:t>
      </w:r>
      <w:r>
        <w:rPr>
          <w:b w:val="0"/>
          <w:i w:val="0"/>
          <w:smallCaps w:val="0"/>
          <w:strike w:val="0"/>
          <w:sz w:val="22"/>
          <w:u w:val="single"/>
        </w:rPr>
        <w:t xml:space="preserve"> in station and suffering among Black people, the </w:t>
      </w:r>
      <w:r>
        <w:rPr>
          <w:b/>
          <w:i w:val="0"/>
          <w:smallCaps w:val="0"/>
          <w:strike w:val="0"/>
          <w:sz w:val="22"/>
          <w:u w:val="single"/>
        </w:rPr>
        <w:t>market certainly does</w:t>
      </w:r>
      <w:r>
        <w:rPr>
          <w:b w:val="0"/>
          <w:i w:val="0"/>
          <w:smallCaps w:val="0"/>
          <w:strike w:val="0"/>
          <w:sz w:val="22"/>
          <w:u w:val="single"/>
        </w:rPr>
        <w:t xml:space="preserve"> and </w:t>
      </w:r>
      <w:r>
        <w:rPr>
          <w:b/>
          <w:i w:val="0"/>
          <w:smallCaps w:val="0"/>
          <w:strike w:val="0"/>
          <w:sz w:val="22"/>
          <w:u w:val="single"/>
        </w:rPr>
        <w:t>will continue</w:t>
      </w:r>
      <w:r>
        <w:rPr>
          <w:b w:val="0"/>
          <w:i w:val="0"/>
          <w:smallCaps w:val="0"/>
          <w:strike w:val="0"/>
          <w:sz w:val="22"/>
          <w:u w:val="single"/>
        </w:rPr>
        <w:t xml:space="preserve"> to do so</w:t>
      </w:r>
      <w:r>
        <w:rPr>
          <w:b w:val="0"/>
          <w:i w:val="0"/>
          <w:smallCaps w:val="0"/>
          <w:strike w:val="0"/>
          <w:sz w:val="16"/>
          <w:u w:val="none"/>
        </w:rPr>
        <w:t xml:space="preserve">. </w:t>
      </w:r>
      <w:r>
        <w:rPr>
          <w:b w:val="0"/>
          <w:i w:val="0"/>
          <w:smallCaps w:val="0"/>
          <w:strike w:val="0"/>
          <w:sz w:val="16"/>
          <w:u w:val="none"/>
        </w:rPr>
        <w:t>Afropessimism’s</w:t>
      </w:r>
      <w:r>
        <w:rPr>
          <w:b w:val="0"/>
          <w:i w:val="0"/>
          <w:smallCaps w:val="0"/>
          <w:strike w:val="0"/>
          <w:sz w:val="16"/>
          <w:u w:val="none"/>
        </w:rPr>
        <w:t xml:space="preserve"> Sturm und Drang is often a pleasure to explore, but </w:t>
      </w:r>
      <w:r>
        <w:rPr>
          <w:b w:val="0"/>
          <w:i w:val="0"/>
          <w:smallCaps w:val="0"/>
          <w:strike w:val="0"/>
          <w:sz w:val="22"/>
          <w:u w:val="single"/>
        </w:rPr>
        <w:t xml:space="preserve">it fits right in with a masochistic cultural moment that </w:t>
      </w:r>
      <w:r>
        <w:rPr>
          <w:b/>
          <w:i w:val="0"/>
          <w:smallCaps w:val="0"/>
          <w:strike w:val="0"/>
          <w:sz w:val="22"/>
          <w:u w:val="single"/>
        </w:rPr>
        <w:t>cedes the floor</w:t>
      </w:r>
      <w:r>
        <w:rPr>
          <w:b w:val="0"/>
          <w:i w:val="0"/>
          <w:smallCaps w:val="0"/>
          <w:strike w:val="0"/>
          <w:sz w:val="22"/>
          <w:u w:val="single"/>
        </w:rPr>
        <w:t xml:space="preserve"> to public proclamations of suffering and rituals of deference to it while simultaneously </w:t>
      </w:r>
      <w:r>
        <w:rPr>
          <w:b/>
          <w:i w:val="0"/>
          <w:smallCaps w:val="0"/>
          <w:strike w:val="0"/>
          <w:sz w:val="22"/>
          <w:u w:val="single"/>
        </w:rPr>
        <w:t>cordoning off</w:t>
      </w:r>
      <w:r>
        <w:rPr>
          <w:b w:val="0"/>
          <w:i w:val="0"/>
          <w:smallCaps w:val="0"/>
          <w:strike w:val="0"/>
          <w:sz w:val="22"/>
          <w:u w:val="single"/>
        </w:rPr>
        <w:t xml:space="preserve"> these performances from </w:t>
      </w:r>
      <w:r>
        <w:rPr>
          <w:b/>
          <w:i w:val="0"/>
          <w:smallCaps w:val="0"/>
          <w:strike w:val="0"/>
          <w:sz w:val="22"/>
          <w:u w:val="single"/>
        </w:rPr>
        <w:t>any political will</w:t>
      </w:r>
      <w:r>
        <w:rPr>
          <w:b w:val="0"/>
          <w:i w:val="0"/>
          <w:smallCaps w:val="0"/>
          <w:strike w:val="0"/>
          <w:sz w:val="22"/>
          <w:u w:val="single"/>
        </w:rPr>
        <w:t xml:space="preserve"> to eradicate the causes of such suffering in the first place. Performing catharsis itself </w:t>
      </w:r>
      <w:r>
        <w:rPr>
          <w:b/>
          <w:i w:val="0"/>
          <w:smallCaps w:val="0"/>
          <w:strike w:val="0"/>
          <w:sz w:val="22"/>
          <w:u w:val="single"/>
        </w:rPr>
        <w:t>may</w:t>
      </w:r>
      <w:r>
        <w:rPr>
          <w:b w:val="0"/>
          <w:i w:val="0"/>
          <w:smallCaps w:val="0"/>
          <w:strike w:val="0"/>
          <w:sz w:val="22"/>
          <w:u w:val="single"/>
        </w:rPr>
        <w:t xml:space="preserve"> be a political act, but it is increasingly one whose relation to subversive strategies is </w:t>
      </w:r>
      <w:r>
        <w:rPr>
          <w:b/>
          <w:i w:val="0"/>
          <w:smallCaps w:val="0"/>
          <w:strike w:val="0"/>
          <w:sz w:val="22"/>
          <w:u w:val="single"/>
        </w:rPr>
        <w:t>not always clear</w:t>
      </w:r>
      <w:r>
        <w:rPr>
          <w:b w:val="0"/>
          <w:i w:val="0"/>
          <w:smallCaps w:val="0"/>
          <w:strike w:val="0"/>
          <w:sz w:val="16"/>
          <w:u w:val="none"/>
        </w:rPr>
        <w:t xml:space="preserve">. Whether had by feminists, anti-racists, anti-capitalists, or Afropessimists, </w:t>
      </w:r>
      <w:r>
        <w:rPr>
          <w:b w:val="0"/>
          <w:i w:val="0"/>
          <w:smallCaps w:val="0"/>
          <w:strike w:val="0"/>
          <w:sz w:val="22"/>
          <w:u w:val="single"/>
        </w:rPr>
        <w:t xml:space="preserve">the small pleasures of lamentation </w:t>
      </w:r>
      <w:r>
        <w:rPr>
          <w:b/>
          <w:i w:val="0"/>
          <w:smallCaps w:val="0"/>
          <w:strike w:val="0"/>
          <w:sz w:val="22"/>
          <w:u w:val="single"/>
        </w:rPr>
        <w:t>do not threaten</w:t>
      </w:r>
      <w:r>
        <w:rPr>
          <w:b w:val="0"/>
          <w:i w:val="0"/>
          <w:smallCaps w:val="0"/>
          <w:strike w:val="0"/>
          <w:sz w:val="16"/>
          <w:u w:val="none"/>
        </w:rPr>
        <w:t xml:space="preserve">. One imagines the dominant social order quoting Nietzsche to itself: “‘what are my parasites to me?, it might say, ‘may they live and prosper: I am strong enough for that!’” (Nietzsche 1967: 72). </w:t>
      </w:r>
    </w:p>
    <w:p>
      <w:pPr>
        <w:spacing w:after="60"/>
      </w:pPr>
      <w:r>
        <w:rPr>
          <w:b w:val="0"/>
          <w:i w:val="0"/>
          <w:smallCaps w:val="0"/>
          <w:strike w:val="0"/>
          <w:sz w:val="16"/>
          <w:u w:val="none"/>
        </w:rPr>
        <w:t xml:space="preserve">In a final irony, </w:t>
      </w:r>
      <w:r>
        <w:rPr>
          <w:b w:val="0"/>
          <w:i w:val="0"/>
          <w:smallCaps w:val="0"/>
          <w:strike w:val="0"/>
          <w:sz w:val="22"/>
          <w:u w:val="single"/>
        </w:rPr>
        <w:t xml:space="preserve">perhaps </w:t>
      </w:r>
      <w:r>
        <w:rPr>
          <w:b w:val="0"/>
          <w:i w:val="0"/>
          <w:smallCaps w:val="0"/>
          <w:strike w:val="0"/>
          <w:sz w:val="22"/>
          <w:u w:val="single"/>
        </w:rPr>
        <w:t>Afropessimism</w:t>
      </w:r>
      <w:r>
        <w:rPr>
          <w:b w:val="0"/>
          <w:i w:val="0"/>
          <w:smallCaps w:val="0"/>
          <w:strike w:val="0"/>
          <w:sz w:val="22"/>
          <w:u w:val="single"/>
        </w:rPr>
        <w:t xml:space="preserve"> is </w:t>
      </w:r>
      <w:r>
        <w:rPr>
          <w:b/>
          <w:i w:val="0"/>
          <w:smallCaps w:val="0"/>
          <w:strike w:val="0"/>
          <w:sz w:val="22"/>
          <w:u w:val="single"/>
        </w:rPr>
        <w:t>not pessimistic enough</w:t>
      </w:r>
      <w:r>
        <w:rPr>
          <w:b w:val="0"/>
          <w:i w:val="0"/>
          <w:smallCaps w:val="0"/>
          <w:strike w:val="0"/>
          <w:sz w:val="16"/>
          <w:u w:val="none"/>
        </w:rPr>
        <w:t xml:space="preserve">. We occupy a stultifying political moment whose routines have been so corporatized that even avowed anti-racists must negotiate racism roughly the same way a human resources department must negotiate an unruly employee: correct, cancel, or cash in, depending on what the cost-benefit analysis says. As a result, self-congratulatory anti-bias training, identification with the “right side of history” (on which side of course can be found the most “socially conscious” brand-name corporations), underclass tourism, performative wokeness, cyclical rituals of call out and contrition, and perhaps a “diversity initiative” here and there seem to be the only intellectual and practical tools current institutions are willing to raise against the nexus of racial and socioeconomic oppression. </w:t>
      </w:r>
      <w:r>
        <w:rPr>
          <w:b w:val="0"/>
          <w:i w:val="0"/>
          <w:smallCaps w:val="0"/>
          <w:strike w:val="0"/>
          <w:sz w:val="22"/>
          <w:u w:val="single"/>
        </w:rPr>
        <w:t>Wilderson</w:t>
      </w:r>
      <w:r>
        <w:rPr>
          <w:b w:val="0"/>
          <w:i w:val="0"/>
          <w:smallCaps w:val="0"/>
          <w:strike w:val="0"/>
          <w:sz w:val="16"/>
          <w:u w:val="none"/>
        </w:rPr>
        <w:t xml:space="preserve"> of course recognizes that racism is a deep feature of the social order, and so is rightly pessimistic about the efficacy of the usual “anti-racist” tools. But he </w:t>
      </w:r>
      <w:r>
        <w:rPr>
          <w:b w:val="0"/>
          <w:i w:val="0"/>
          <w:smallCaps w:val="0"/>
          <w:strike w:val="0"/>
          <w:sz w:val="22"/>
          <w:u w:val="single"/>
        </w:rPr>
        <w:t xml:space="preserve">may be right for the </w:t>
      </w:r>
      <w:r>
        <w:rPr>
          <w:b/>
          <w:i w:val="0"/>
          <w:smallCaps w:val="0"/>
          <w:strike w:val="0"/>
          <w:sz w:val="22"/>
          <w:u w:val="single"/>
        </w:rPr>
        <w:t>wrong reason</w:t>
      </w:r>
      <w:r>
        <w:rPr>
          <w:b w:val="0"/>
          <w:i w:val="0"/>
          <w:smallCaps w:val="0"/>
          <w:strike w:val="0"/>
          <w:sz w:val="22"/>
          <w:u w:val="single"/>
        </w:rPr>
        <w:t xml:space="preserve">: pessimism about the end of racism isn’t warranted because Black suffering </w:t>
      </w:r>
      <w:r>
        <w:rPr>
          <w:b/>
          <w:i w:val="0"/>
          <w:smallCaps w:val="0"/>
          <w:strike w:val="0"/>
          <w:sz w:val="22"/>
          <w:u w:val="single"/>
        </w:rPr>
        <w:t>necessarily anchors</w:t>
      </w:r>
      <w:r>
        <w:rPr>
          <w:b w:val="0"/>
          <w:i w:val="0"/>
          <w:smallCaps w:val="0"/>
          <w:strike w:val="0"/>
          <w:sz w:val="22"/>
          <w:u w:val="single"/>
        </w:rPr>
        <w:t xml:space="preserve"> the world, it’s warranted because it is </w:t>
      </w:r>
      <w:r>
        <w:rPr>
          <w:b/>
          <w:i w:val="0"/>
          <w:smallCaps w:val="0"/>
          <w:strike w:val="0"/>
          <w:sz w:val="22"/>
          <w:u w:val="single"/>
        </w:rPr>
        <w:t>nigh-impossible</w:t>
      </w:r>
      <w:r>
        <w:rPr>
          <w:b w:val="0"/>
          <w:i w:val="0"/>
          <w:smallCaps w:val="0"/>
          <w:strike w:val="0"/>
          <w:sz w:val="22"/>
          <w:u w:val="single"/>
        </w:rPr>
        <w:t xml:space="preserve"> to imagine a future world </w:t>
      </w:r>
      <w:r>
        <w:rPr>
          <w:b/>
          <w:i w:val="0"/>
          <w:smallCaps w:val="0"/>
          <w:strike w:val="0"/>
          <w:sz w:val="22"/>
          <w:u w:val="single"/>
        </w:rPr>
        <w:t>so thoroughly reorganized</w:t>
      </w:r>
      <w:r>
        <w:rPr>
          <w:b w:val="0"/>
          <w:i w:val="0"/>
          <w:smallCaps w:val="0"/>
          <w:strike w:val="0"/>
          <w:sz w:val="22"/>
          <w:u w:val="single"/>
        </w:rPr>
        <w:t xml:space="preserve"> around the well-being of the dispossessed that racism and anti-racism themselves have ceased to be useful strategies for consolidating and protecting elite power and wealth</w:t>
      </w:r>
      <w:r>
        <w:rPr>
          <w:b w:val="0"/>
          <w:i w:val="0"/>
          <w:smallCaps w:val="0"/>
          <w:strike w:val="0"/>
          <w:sz w:val="16"/>
          <w:u w:val="none"/>
        </w:rPr>
        <w:t xml:space="preserve">. Perhaps </w:t>
      </w:r>
      <w:r>
        <w:rPr>
          <w:b w:val="0"/>
          <w:i w:val="0"/>
          <w:smallCaps w:val="0"/>
          <w:strike w:val="0"/>
          <w:sz w:val="22"/>
          <w:u w:val="single"/>
        </w:rPr>
        <w:t xml:space="preserve">this is the source of the unsettling feeling that Wilderson’s tools might simply be </w:t>
      </w:r>
      <w:r>
        <w:rPr>
          <w:b/>
          <w:i w:val="0"/>
          <w:smallCaps w:val="0"/>
          <w:strike w:val="0"/>
          <w:sz w:val="22"/>
          <w:u w:val="single"/>
        </w:rPr>
        <w:t>retrofitted</w:t>
      </w:r>
      <w:r>
        <w:rPr>
          <w:b w:val="0"/>
          <w:i w:val="0"/>
          <w:smallCaps w:val="0"/>
          <w:strike w:val="0"/>
          <w:sz w:val="22"/>
          <w:u w:val="single"/>
        </w:rPr>
        <w:t xml:space="preserve"> to the </w:t>
      </w:r>
      <w:r>
        <w:rPr>
          <w:b/>
          <w:i w:val="0"/>
          <w:smallCaps w:val="0"/>
          <w:strike w:val="0"/>
          <w:sz w:val="22"/>
          <w:u w:val="single"/>
        </w:rPr>
        <w:t>neoliberal apparatus</w:t>
      </w:r>
      <w:r>
        <w:rPr>
          <w:b w:val="0"/>
          <w:i w:val="0"/>
          <w:smallCaps w:val="0"/>
          <w:strike w:val="0"/>
          <w:sz w:val="16"/>
          <w:u w:val="none"/>
        </w:rPr>
        <w:t xml:space="preserve">. The content of </w:t>
      </w:r>
      <w:r>
        <w:rPr>
          <w:b w:val="0"/>
          <w:i w:val="0"/>
          <w:smallCaps w:val="0"/>
          <w:strike w:val="0"/>
          <w:sz w:val="22"/>
          <w:u w:val="single"/>
        </w:rPr>
        <w:t xml:space="preserve">Wilderson’s version of </w:t>
      </w:r>
      <w:r>
        <w:rPr>
          <w:b w:val="0"/>
          <w:i w:val="0"/>
          <w:smallCaps w:val="0"/>
          <w:strike w:val="0"/>
          <w:sz w:val="22"/>
          <w:u w:val="single"/>
        </w:rPr>
        <w:t>Afropessimism</w:t>
      </w:r>
      <w:r>
        <w:rPr>
          <w:b w:val="0"/>
          <w:i w:val="0"/>
          <w:smallCaps w:val="0"/>
          <w:strike w:val="0"/>
          <w:sz w:val="16"/>
          <w:u w:val="none"/>
        </w:rPr>
        <w:t xml:space="preserve"> makes it a stranger cousin than most, but its </w:t>
      </w:r>
      <w:r>
        <w:rPr>
          <w:b w:val="0"/>
          <w:i w:val="0"/>
          <w:smallCaps w:val="0"/>
          <w:strike w:val="0"/>
          <w:sz w:val="22"/>
          <w:u w:val="single"/>
        </w:rPr>
        <w:t xml:space="preserve">uptake in the mainstream may signal </w:t>
      </w:r>
      <w:r>
        <w:rPr>
          <w:b/>
          <w:i w:val="0"/>
          <w:smallCaps w:val="0"/>
          <w:strike w:val="0"/>
          <w:sz w:val="22"/>
          <w:u w:val="single"/>
        </w:rPr>
        <w:t>neoliberal politics as usual</w:t>
      </w:r>
      <w:r>
        <w:rPr>
          <w:b w:val="0"/>
          <w:i w:val="0"/>
          <w:smallCaps w:val="0"/>
          <w:strike w:val="0"/>
          <w:sz w:val="22"/>
          <w:u w:val="single"/>
        </w:rPr>
        <w:t xml:space="preserve">: a </w:t>
      </w:r>
      <w:r>
        <w:rPr>
          <w:b/>
          <w:i w:val="0"/>
          <w:smallCaps w:val="0"/>
          <w:strike w:val="0"/>
          <w:sz w:val="22"/>
          <w:u w:val="single"/>
        </w:rPr>
        <w:t>lucrative</w:t>
      </w:r>
      <w:r>
        <w:rPr>
          <w:b w:val="0"/>
          <w:i w:val="0"/>
          <w:smallCaps w:val="0"/>
          <w:strike w:val="0"/>
          <w:sz w:val="22"/>
          <w:u w:val="single"/>
        </w:rPr>
        <w:t xml:space="preserve"> but </w:t>
      </w:r>
      <w:r>
        <w:rPr>
          <w:b/>
          <w:i w:val="0"/>
          <w:smallCaps w:val="0"/>
          <w:strike w:val="0"/>
          <w:sz w:val="22"/>
          <w:u w:val="single"/>
        </w:rPr>
        <w:t>politically impotent</w:t>
      </w:r>
      <w:r>
        <w:rPr>
          <w:b w:val="0"/>
          <w:i w:val="0"/>
          <w:smallCaps w:val="0"/>
          <w:strike w:val="0"/>
          <w:sz w:val="22"/>
          <w:u w:val="single"/>
        </w:rPr>
        <w:t xml:space="preserve"> brokerage relationship between elites willing to </w:t>
      </w:r>
      <w:r>
        <w:rPr>
          <w:b/>
          <w:i w:val="0"/>
          <w:smallCaps w:val="0"/>
          <w:strike w:val="0"/>
          <w:sz w:val="22"/>
          <w:u w:val="single"/>
        </w:rPr>
        <w:t>monetize Black suffering</w:t>
      </w:r>
      <w:r>
        <w:rPr>
          <w:b w:val="0"/>
          <w:i w:val="0"/>
          <w:smallCaps w:val="0"/>
          <w:strike w:val="0"/>
          <w:sz w:val="22"/>
          <w:u w:val="single"/>
        </w:rPr>
        <w:t xml:space="preserve"> and its </w:t>
      </w:r>
      <w:r>
        <w:rPr>
          <w:b/>
          <w:i w:val="0"/>
          <w:smallCaps w:val="0"/>
          <w:strike w:val="0"/>
          <w:sz w:val="22"/>
          <w:u w:val="single"/>
        </w:rPr>
        <w:t>supposed antidote</w:t>
      </w:r>
      <w:r>
        <w:rPr>
          <w:b w:val="0"/>
          <w:i w:val="0"/>
          <w:smallCaps w:val="0"/>
          <w:strike w:val="0"/>
          <w:sz w:val="22"/>
          <w:u w:val="single"/>
        </w:rPr>
        <w:t xml:space="preserve">, and the audiences </w:t>
      </w:r>
      <w:r>
        <w:rPr>
          <w:b/>
          <w:i w:val="0"/>
          <w:smallCaps w:val="0"/>
          <w:strike w:val="0"/>
          <w:sz w:val="22"/>
          <w:u w:val="single"/>
        </w:rPr>
        <w:t>happy to consume both</w:t>
      </w:r>
      <w:r>
        <w:rPr>
          <w:b w:val="0"/>
          <w:i w:val="0"/>
          <w:smallCaps w:val="0"/>
          <w:strike w:val="0"/>
          <w:sz w:val="16"/>
          <w:u w:val="none"/>
        </w:rPr>
        <w:t>.³</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