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Democratic collapse is an existential threat—US model is key—turns everything</w:t>
      </w:r>
    </w:p>
    <w:p>
      <w:pPr>
        <w:spacing w:after="80"/>
      </w:pPr>
      <w:r>
        <w:rPr>
          <w:b/>
          <w:i w:val="0"/>
          <w:smallCaps w:val="0"/>
          <w:strike w:val="0"/>
          <w:sz w:val="26"/>
          <w:u w:val="none"/>
        </w:rPr>
        <w:t>Kasparov 17</w:t>
      </w:r>
      <w:r>
        <w:rPr>
          <w:b w:val="0"/>
          <w:i w:val="0"/>
          <w:smallCaps w:val="0"/>
          <w:strike w:val="0"/>
          <w:color w:val="000000"/>
          <w:sz w:val="16"/>
          <w:u w:val="none"/>
        </w:rPr>
        <w:t xml:space="preserve"> (Garry Kasparov, Chairman of the Human Rights Foundation, former World Chess Champion, “Democracy and Human Rights: The Case for U.S. Leadership,” Testimony Before </w:t>
      </w:r>
      <w:r>
        <w:rPr>
          <w:b w:val="0"/>
          <w:i w:val="0"/>
          <w:smallCaps w:val="0"/>
          <w:strike w:val="0"/>
          <w:color w:val="000000"/>
          <w:sz w:val="16"/>
          <w:u w:val="none"/>
        </w:rPr>
        <w:t>The</w:t>
      </w:r>
      <w:r>
        <w:rPr>
          <w:b w:val="0"/>
          <w:i w:val="0"/>
          <w:smallCaps w:val="0"/>
          <w:strike w:val="0"/>
          <w:color w:val="000000"/>
          <w:sz w:val="16"/>
          <w:u w:val="none"/>
        </w:rPr>
        <w:t xml:space="preserve"> Subcommittee on Western Hemisphere, Transnational Crime, Civilian Security, Democracy, Human Rights, and Global Women's Issues of the U.S. Senate Committee on Foreign Relations, February 16th, https://www.foreign.senate.gov/imo/media/doc/021617_Kasparov_%20Testimony.pdf)</w:t>
      </w:r>
    </w:p>
    <w:p>
      <w:pPr>
        <w:spacing w:after="60"/>
      </w:pPr>
      <w:r>
        <w:rPr>
          <w:b w:val="0"/>
          <w:i w:val="0"/>
          <w:smallCaps w:val="0"/>
          <w:strike w:val="0"/>
          <w:color w:val="000000"/>
          <w:u w:val="single"/>
        </w:rPr>
        <w:t>As</w:t>
      </w:r>
      <w:r>
        <w:rPr>
          <w:b w:val="0"/>
          <w:i w:val="0"/>
          <w:smallCaps w:val="0"/>
          <w:strike w:val="0"/>
          <w:color w:val="000000"/>
          <w:sz w:val="16"/>
          <w:u w:val="none"/>
        </w:rPr>
        <w:t xml:space="preserve"> one of the </w:t>
      </w:r>
      <w:r>
        <w:rPr>
          <w:b w:val="0"/>
          <w:i w:val="0"/>
          <w:smallCaps w:val="0"/>
          <w:strike w:val="0"/>
          <w:color w:val="000000"/>
          <w:u w:val="single"/>
        </w:rPr>
        <w:t>countless millions</w:t>
      </w:r>
      <w:r>
        <w:rPr>
          <w:b w:val="0"/>
          <w:i w:val="0"/>
          <w:smallCaps w:val="0"/>
          <w:strike w:val="0"/>
          <w:color w:val="000000"/>
          <w:sz w:val="16"/>
          <w:u w:val="none"/>
        </w:rPr>
        <w:t xml:space="preserve"> of people who </w:t>
      </w:r>
      <w:r>
        <w:rPr>
          <w:b w:val="0"/>
          <w:i w:val="0"/>
          <w:smallCaps w:val="0"/>
          <w:strike w:val="0"/>
          <w:color w:val="000000"/>
          <w:u w:val="single"/>
        </w:rPr>
        <w:t>were</w:t>
      </w:r>
      <w:r>
        <w:rPr>
          <w:b w:val="0"/>
          <w:i w:val="0"/>
          <w:smallCaps w:val="0"/>
          <w:strike w:val="0"/>
          <w:color w:val="000000"/>
          <w:sz w:val="16"/>
          <w:u w:val="none"/>
        </w:rPr>
        <w:t xml:space="preserve"> freed or </w:t>
      </w:r>
      <w:r>
        <w:rPr>
          <w:b w:val="0"/>
          <w:i w:val="0"/>
          <w:smallCaps w:val="0"/>
          <w:strike w:val="0"/>
          <w:color w:val="000000"/>
          <w:u w:val="single"/>
        </w:rPr>
        <w:t>protected from totalitarianism by the United States</w:t>
      </w:r>
      <w:r>
        <w:rPr>
          <w:b w:val="0"/>
          <w:i w:val="0"/>
          <w:smallCaps w:val="0"/>
          <w:strike w:val="0"/>
          <w:color w:val="000000"/>
          <w:sz w:val="16"/>
          <w:u w:val="none"/>
        </w:rPr>
        <w:t xml:space="preserve"> of America, </w:t>
      </w:r>
      <w:r>
        <w:rPr>
          <w:b w:val="0"/>
          <w:i w:val="0"/>
          <w:smallCaps w:val="0"/>
          <w:strike w:val="0"/>
          <w:color w:val="000000"/>
          <w:u w:val="single"/>
        </w:rPr>
        <w:t>it is easy for me to talk about the past</w:t>
      </w:r>
      <w:r>
        <w:rPr>
          <w:b w:val="0"/>
          <w:i w:val="0"/>
          <w:smallCaps w:val="0"/>
          <w:strike w:val="0"/>
          <w:color w:val="000000"/>
          <w:sz w:val="16"/>
          <w:u w:val="none"/>
        </w:rPr>
        <w:t xml:space="preserve">. To talk about the belief of the American people and their leaders that this country was </w:t>
      </w:r>
      <w:r>
        <w:rPr>
          <w:b w:val="0"/>
          <w:i w:val="0"/>
          <w:smallCaps w:val="0"/>
          <w:strike w:val="0"/>
          <w:color w:val="000000"/>
          <w:sz w:val="16"/>
          <w:u w:val="none"/>
        </w:rPr>
        <w:t>exceptional, and</w:t>
      </w:r>
      <w:r>
        <w:rPr>
          <w:b w:val="0"/>
          <w:i w:val="0"/>
          <w:smallCaps w:val="0"/>
          <w:strike w:val="0"/>
          <w:color w:val="000000"/>
          <w:sz w:val="16"/>
          <w:u w:val="none"/>
        </w:rPr>
        <w:t xml:space="preserve"> had special responsibilities to match its tremendous power. </w:t>
      </w:r>
      <w:r>
        <w:rPr>
          <w:b w:val="0"/>
          <w:i w:val="0"/>
          <w:smallCaps w:val="0"/>
          <w:strike w:val="0"/>
          <w:color w:val="000000"/>
          <w:u w:val="single"/>
        </w:rPr>
        <w:t>That a nation founded on freedom was bound to defend freedom everywhere</w:t>
      </w:r>
      <w:r>
        <w:rPr>
          <w:b w:val="0"/>
          <w:i w:val="0"/>
          <w:smallCaps w:val="0"/>
          <w:strike w:val="0"/>
          <w:color w:val="000000"/>
          <w:sz w:val="16"/>
          <w:u w:val="none"/>
        </w:rPr>
        <w:t xml:space="preserve">. I could talk about the bipartisan legacy of this most American principle, </w:t>
      </w:r>
      <w:r>
        <w:rPr>
          <w:b w:val="0"/>
          <w:i w:val="0"/>
          <w:smallCaps w:val="0"/>
          <w:strike w:val="0"/>
          <w:color w:val="000000"/>
          <w:sz w:val="16"/>
          <w:u w:val="none"/>
        </w:rPr>
        <w:t>from the Founding Fathers,</w:t>
      </w:r>
      <w:r>
        <w:rPr>
          <w:b w:val="0"/>
          <w:i w:val="0"/>
          <w:smallCaps w:val="0"/>
          <w:strike w:val="0"/>
          <w:color w:val="000000"/>
          <w:sz w:val="16"/>
          <w:u w:val="none"/>
        </w:rPr>
        <w:t xml:space="preserve"> to Democrats like Harry Truman, to Republicans like Ronald Reagan. I could talk about how the American people used to care deeply about human rights and dissidents in far-off places, and how this is what made America a beacon of hope, a shining city on a hill. </w:t>
      </w:r>
      <w:r>
        <w:rPr>
          <w:b w:val="0"/>
          <w:i w:val="0"/>
          <w:smallCaps w:val="0"/>
          <w:strike w:val="0"/>
          <w:color w:val="000000"/>
          <w:u w:val="single"/>
        </w:rPr>
        <w:t>America led by example and</w:t>
      </w:r>
      <w:r>
        <w:rPr>
          <w:b w:val="0"/>
          <w:i w:val="0"/>
          <w:smallCaps w:val="0"/>
          <w:strike w:val="0"/>
          <w:color w:val="000000"/>
          <w:sz w:val="16"/>
          <w:u w:val="none"/>
        </w:rPr>
        <w:t xml:space="preserve"> </w:t>
      </w:r>
      <w:r>
        <w:rPr>
          <w:b w:val="0"/>
          <w:i w:val="0"/>
          <w:smallCaps w:val="0"/>
          <w:strike w:val="0"/>
          <w:color w:val="000000"/>
          <w:u w:val="single"/>
        </w:rPr>
        <w:t>set a high standard, a standard that</w:t>
      </w:r>
      <w:r>
        <w:rPr>
          <w:b w:val="0"/>
          <w:i w:val="0"/>
          <w:smallCaps w:val="0"/>
          <w:strike w:val="0"/>
          <w:color w:val="000000"/>
          <w:sz w:val="16"/>
          <w:u w:val="none"/>
        </w:rPr>
        <w:t xml:space="preserve"> </w:t>
      </w:r>
      <w:r>
        <w:rPr>
          <w:b w:val="0"/>
          <w:i w:val="0"/>
          <w:smallCaps w:val="0"/>
          <w:strike w:val="0"/>
          <w:color w:val="000000"/>
          <w:u w:val="single"/>
        </w:rPr>
        <w:t>exposed</w:t>
      </w:r>
      <w:r>
        <w:rPr>
          <w:b w:val="0"/>
          <w:i w:val="0"/>
          <w:smallCaps w:val="0"/>
          <w:strike w:val="0"/>
          <w:color w:val="000000"/>
          <w:sz w:val="16"/>
          <w:u w:val="none"/>
        </w:rPr>
        <w:t xml:space="preserve"> </w:t>
      </w:r>
      <w:r>
        <w:rPr>
          <w:b w:val="0"/>
          <w:i w:val="0"/>
          <w:smallCaps w:val="0"/>
          <w:strike w:val="0"/>
          <w:color w:val="000000"/>
          <w:u w:val="single"/>
        </w:rPr>
        <w:t>the hypocrisy and cruelty of</w:t>
      </w:r>
      <w:r>
        <w:rPr>
          <w:b w:val="0"/>
          <w:i w:val="0"/>
          <w:smallCaps w:val="0"/>
          <w:strike w:val="0"/>
          <w:color w:val="000000"/>
          <w:sz w:val="16"/>
          <w:u w:val="none"/>
        </w:rPr>
        <w:t xml:space="preserve"> </w:t>
      </w:r>
      <w:r>
        <w:rPr>
          <w:b w:val="0"/>
          <w:i w:val="0"/>
          <w:smallCaps w:val="0"/>
          <w:strike w:val="0"/>
          <w:color w:val="000000"/>
          <w:u w:val="single"/>
        </w:rPr>
        <w:t>dictatorships</w:t>
      </w:r>
      <w:r>
        <w:rPr>
          <w:b w:val="0"/>
          <w:i w:val="0"/>
          <w:smallCaps w:val="0"/>
          <w:strike w:val="0"/>
          <w:color w:val="000000"/>
          <w:sz w:val="16"/>
          <w:u w:val="none"/>
        </w:rPr>
        <w:t xml:space="preserve"> </w:t>
      </w:r>
      <w:r>
        <w:rPr>
          <w:b w:val="0"/>
          <w:i w:val="0"/>
          <w:smallCaps w:val="0"/>
          <w:strike w:val="0"/>
          <w:color w:val="000000"/>
          <w:u w:val="single"/>
        </w:rPr>
        <w:t>around the world. But there is no time for nostalgia</w:t>
      </w:r>
      <w:r>
        <w:rPr>
          <w:b w:val="0"/>
          <w:i w:val="0"/>
          <w:smallCaps w:val="0"/>
          <w:strike w:val="0"/>
          <w:color w:val="000000"/>
          <w:sz w:val="16"/>
          <w:u w:val="none"/>
        </w:rPr>
        <w:t xml:space="preserve">. Since the fall of the Berlin Wall, the collapse of the Soviet Union, and the end of the Cold War, </w:t>
      </w:r>
      <w:r>
        <w:rPr>
          <w:b w:val="0"/>
          <w:i w:val="0"/>
          <w:smallCaps w:val="0"/>
          <w:strike w:val="0"/>
          <w:color w:val="000000"/>
          <w:u w:val="single"/>
        </w:rPr>
        <w:t>Americans</w:t>
      </w:r>
      <w:r>
        <w:rPr>
          <w:b w:val="0"/>
          <w:i w:val="0"/>
          <w:smallCaps w:val="0"/>
          <w:strike w:val="0"/>
          <w:color w:val="000000"/>
          <w:sz w:val="16"/>
          <w:u w:val="none"/>
        </w:rPr>
        <w:t xml:space="preserve">, and America, </w:t>
      </w:r>
      <w:r>
        <w:rPr>
          <w:b w:val="0"/>
          <w:i w:val="0"/>
          <w:smallCaps w:val="0"/>
          <w:strike w:val="0"/>
          <w:color w:val="000000"/>
          <w:u w:val="single"/>
        </w:rPr>
        <w:t>have retreated</w:t>
      </w:r>
      <w:r>
        <w:rPr>
          <w:b w:val="0"/>
          <w:i w:val="0"/>
          <w:smallCaps w:val="0"/>
          <w:strike w:val="0"/>
          <w:color w:val="000000"/>
          <w:sz w:val="16"/>
          <w:u w:val="none"/>
        </w:rPr>
        <w:t xml:space="preserve"> </w:t>
      </w:r>
      <w:r>
        <w:rPr>
          <w:b w:val="0"/>
          <w:i w:val="0"/>
          <w:smallCaps w:val="0"/>
          <w:strike w:val="0"/>
          <w:color w:val="000000"/>
          <w:u w:val="single"/>
        </w:rPr>
        <w:t>from those principles, and</w:t>
      </w:r>
      <w:r>
        <w:rPr>
          <w:b w:val="0"/>
          <w:i w:val="0"/>
          <w:smallCaps w:val="0"/>
          <w:strike w:val="0"/>
          <w:color w:val="000000"/>
          <w:sz w:val="16"/>
          <w:u w:val="none"/>
        </w:rPr>
        <w:t xml:space="preserve"> </w:t>
      </w:r>
      <w:r>
        <w:rPr>
          <w:b w:val="0"/>
          <w:i w:val="0"/>
          <w:smallCaps w:val="0"/>
          <w:strike w:val="0"/>
          <w:color w:val="000000"/>
          <w:u w:val="single"/>
        </w:rPr>
        <w:t>the world has become much worse off</w:t>
      </w:r>
      <w:r>
        <w:rPr>
          <w:b w:val="0"/>
          <w:i w:val="0"/>
          <w:smallCaps w:val="0"/>
          <w:strike w:val="0"/>
          <w:color w:val="000000"/>
          <w:sz w:val="16"/>
          <w:u w:val="none"/>
        </w:rPr>
        <w:t xml:space="preserve"> </w:t>
      </w:r>
      <w:r>
        <w:rPr>
          <w:b w:val="0"/>
          <w:i w:val="0"/>
          <w:smallCaps w:val="0"/>
          <w:strike w:val="0"/>
          <w:color w:val="000000"/>
          <w:u w:val="single"/>
        </w:rPr>
        <w:t>as a result</w:t>
      </w:r>
      <w:r>
        <w:rPr>
          <w:b w:val="0"/>
          <w:i w:val="0"/>
          <w:smallCaps w:val="0"/>
          <w:strike w:val="0"/>
          <w:color w:val="000000"/>
          <w:sz w:val="16"/>
          <w:u w:val="none"/>
        </w:rPr>
        <w:t xml:space="preserve">. American skepticism about America’s role in the world deepened in the long, painful wars in Afghanistan and Iraq, and their aftermaths. Instead of applying the lessons learned about how to do better, lessons about faulty intelligence and working with native populations, the main outcome was to stop trying. This result has been a tragedy for the billions of people still living under authoritarian regimes around the world, and it is based on faulty analysis. You can never guarantee a positive outcome— not in chess, not in war, and certainly not in politics. The best you can do is to do what you know is right and to try your best. I speak from experience when I say that the citizens of unfree states do not expect guarantees. They want a reason to hope and a fighting chance. </w:t>
      </w:r>
      <w:r>
        <w:rPr>
          <w:b w:val="0"/>
          <w:i w:val="0"/>
          <w:smallCaps w:val="0"/>
          <w:strike w:val="0"/>
          <w:color w:val="000000"/>
          <w:u w:val="single"/>
        </w:rPr>
        <w:t>People living under dictatorships want the opportunity for freedom</w:t>
      </w:r>
      <w:r>
        <w:rPr>
          <w:b w:val="0"/>
          <w:i w:val="0"/>
          <w:smallCaps w:val="0"/>
          <w:strike w:val="0"/>
          <w:color w:val="000000"/>
          <w:sz w:val="16"/>
          <w:u w:val="none"/>
        </w:rPr>
        <w:t xml:space="preserve">, the opportunity to live in peace and to follow their dreams. From the Iraq War to the Arab Spring to the current battles for liberty from Venezuela to Eastern Ukraine, people are fighting for that opportunity, giving up their lives for freedom. </w:t>
      </w:r>
      <w:r>
        <w:rPr>
          <w:b w:val="0"/>
          <w:i w:val="0"/>
          <w:smallCaps w:val="0"/>
          <w:strike w:val="0"/>
          <w:color w:val="000000"/>
          <w:u w:val="single"/>
        </w:rPr>
        <w:t>The United States must not abandon them. The United States and the rest of the free world has an unprecedented advantage in economic and military strength today. What is lacking is the will.</w:t>
      </w:r>
      <w:r>
        <w:rPr>
          <w:b w:val="0"/>
          <w:i w:val="0"/>
          <w:smallCaps w:val="0"/>
          <w:strike w:val="0"/>
          <w:color w:val="000000"/>
          <w:sz w:val="16"/>
          <w:u w:val="none"/>
        </w:rPr>
        <w:t xml:space="preserve"> The will to make the case to the American people, </w:t>
      </w:r>
      <w:r>
        <w:rPr>
          <w:b w:val="0"/>
          <w:i w:val="0"/>
          <w:smallCaps w:val="0"/>
          <w:strike w:val="0"/>
          <w:color w:val="000000"/>
          <w:u w:val="single"/>
        </w:rPr>
        <w:t>the will to take risks and invest in the long-term security of the country, and the world</w:t>
      </w:r>
      <w:r>
        <w:rPr>
          <w:b w:val="0"/>
          <w:i w:val="0"/>
          <w:smallCaps w:val="0"/>
          <w:strike w:val="0"/>
          <w:color w:val="000000"/>
          <w:sz w:val="16"/>
          <w:u w:val="none"/>
        </w:rPr>
        <w:t xml:space="preserve">. This will require investments in aid, in education, in security that allow countries to attain the stability their people so badly need. Such investment is far more moral and far cheaper than the cycle of </w:t>
      </w:r>
      <w:r>
        <w:rPr>
          <w:b w:val="0"/>
          <w:i w:val="0"/>
          <w:smallCaps w:val="0"/>
          <w:strike w:val="0"/>
          <w:color w:val="000000"/>
          <w:u w:val="single"/>
        </w:rPr>
        <w:t>terror, war</w:t>
      </w:r>
      <w:r>
        <w:rPr>
          <w:b w:val="0"/>
          <w:i w:val="0"/>
          <w:smallCaps w:val="0"/>
          <w:strike w:val="0"/>
          <w:color w:val="000000"/>
          <w:u w:val="single"/>
        </w:rPr>
        <w:t>, refugees,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military</w:t>
      </w:r>
      <w:r>
        <w:rPr>
          <w:b w:val="0"/>
          <w:i w:val="0"/>
          <w:smallCaps w:val="0"/>
          <w:strike w:val="0"/>
          <w:color w:val="000000"/>
          <w:sz w:val="16"/>
          <w:u w:val="none"/>
        </w:rPr>
        <w:t xml:space="preserve"> </w:t>
      </w:r>
      <w:r>
        <w:rPr>
          <w:b w:val="0"/>
          <w:i w:val="0"/>
          <w:smallCaps w:val="0"/>
          <w:strike w:val="0"/>
          <w:color w:val="000000"/>
          <w:u w:val="single"/>
        </w:rPr>
        <w:t>intervention</w:t>
      </w:r>
      <w:r>
        <w:rPr>
          <w:b w:val="0"/>
          <w:i w:val="0"/>
          <w:smallCaps w:val="0"/>
          <w:strike w:val="0"/>
          <w:color w:val="000000"/>
          <w:sz w:val="16"/>
          <w:u w:val="none"/>
        </w:rPr>
        <w:t xml:space="preserve"> that </w:t>
      </w:r>
      <w:r>
        <w:rPr>
          <w:b w:val="0"/>
          <w:i w:val="0"/>
          <w:smallCaps w:val="0"/>
          <w:strike w:val="0"/>
          <w:color w:val="000000"/>
          <w:u w:val="single"/>
        </w:rPr>
        <w:t>results when America leaves a vacuum</w:t>
      </w:r>
      <w:r>
        <w:rPr>
          <w:b w:val="0"/>
          <w:i w:val="0"/>
          <w:smallCaps w:val="0"/>
          <w:strike w:val="0"/>
          <w:color w:val="000000"/>
          <w:sz w:val="16"/>
          <w:u w:val="none"/>
        </w:rPr>
        <w:t xml:space="preserve"> </w:t>
      </w:r>
      <w:r>
        <w:rPr>
          <w:b w:val="0"/>
          <w:i w:val="0"/>
          <w:smallCaps w:val="0"/>
          <w:strike w:val="0"/>
          <w:color w:val="000000"/>
          <w:u w:val="single"/>
        </w:rPr>
        <w:t>of power.</w:t>
      </w:r>
      <w:r>
        <w:rPr>
          <w:b w:val="0"/>
          <w:i w:val="0"/>
          <w:smallCaps w:val="0"/>
          <w:strike w:val="0"/>
          <w:color w:val="000000"/>
          <w:sz w:val="16"/>
          <w:u w:val="none"/>
        </w:rPr>
        <w:t xml:space="preserve"> The best way to help refugees is to prevent them from becoming refugees in the first place. The Soviet Union was an existential threat, and this focused the attention of the world, and the American people. </w:t>
      </w:r>
      <w:r>
        <w:rPr>
          <w:b w:val="0"/>
          <w:i w:val="0"/>
          <w:smallCaps w:val="0"/>
          <w:strike w:val="0"/>
          <w:color w:val="000000"/>
          <w:sz w:val="16"/>
          <w:u w:val="none"/>
        </w:rPr>
        <w:t>There</w:t>
      </w:r>
      <w:r>
        <w:rPr>
          <w:b w:val="0"/>
          <w:i w:val="0"/>
          <w:smallCaps w:val="0"/>
          <w:strike w:val="0"/>
          <w:color w:val="000000"/>
          <w:sz w:val="16"/>
          <w:u w:val="none"/>
        </w:rPr>
        <w:t xml:space="preserve"> </w:t>
      </w:r>
      <w:r>
        <w:rPr>
          <w:b w:val="0"/>
          <w:i w:val="0"/>
          <w:smallCaps w:val="0"/>
          <w:strike w:val="0"/>
          <w:color w:val="000000"/>
          <w:u w:val="single"/>
        </w:rPr>
        <w:t>existential threat</w:t>
      </w:r>
      <w:r>
        <w:rPr>
          <w:b w:val="0"/>
          <w:i w:val="0"/>
          <w:smallCaps w:val="0"/>
          <w:strike w:val="0"/>
          <w:color w:val="000000"/>
          <w:sz w:val="16"/>
          <w:u w:val="none"/>
        </w:rPr>
        <w:t xml:space="preserve"> </w:t>
      </w:r>
      <w:r>
        <w:rPr>
          <w:b w:val="0"/>
          <w:i w:val="0"/>
          <w:smallCaps w:val="0"/>
          <w:strike w:val="0"/>
          <w:color w:val="000000"/>
          <w:u w:val="single"/>
        </w:rPr>
        <w:t>today is not found on a map, but it</w:t>
      </w:r>
      <w:r>
        <w:rPr>
          <w:b w:val="0"/>
          <w:i w:val="0"/>
          <w:smallCaps w:val="0"/>
          <w:strike w:val="0"/>
          <w:color w:val="000000"/>
          <w:sz w:val="16"/>
          <w:u w:val="none"/>
        </w:rPr>
        <w:t xml:space="preserve"> </w:t>
      </w:r>
      <w:r>
        <w:rPr>
          <w:b w:val="0"/>
          <w:i w:val="0"/>
          <w:smallCaps w:val="0"/>
          <w:strike w:val="0"/>
          <w:color w:val="000000"/>
          <w:u w:val="single"/>
        </w:rPr>
        <w:t>is very real</w:t>
      </w:r>
      <w:r>
        <w:rPr>
          <w:b w:val="0"/>
          <w:i w:val="0"/>
          <w:smallCaps w:val="0"/>
          <w:strike w:val="0"/>
          <w:color w:val="000000"/>
          <w:u w:val="single"/>
        </w:rPr>
        <w:t>.</w:t>
      </w:r>
      <w:r>
        <w:rPr>
          <w:b w:val="0"/>
          <w:i w:val="0"/>
          <w:smallCaps w:val="0"/>
          <w:strike w:val="0"/>
          <w:color w:val="000000"/>
          <w:sz w:val="16"/>
          <w:u w:val="none"/>
        </w:rPr>
        <w:t xml:space="preserve"> The </w:t>
      </w:r>
      <w:r>
        <w:rPr>
          <w:b w:val="0"/>
          <w:i w:val="0"/>
          <w:smallCaps w:val="0"/>
          <w:strike w:val="0"/>
          <w:color w:val="000000"/>
          <w:u w:val="single"/>
        </w:rPr>
        <w:t>forces of the past are making steady progress against the modern world order.</w:t>
      </w:r>
      <w:r>
        <w:rPr>
          <w:b w:val="0"/>
          <w:i w:val="0"/>
          <w:smallCaps w:val="0"/>
          <w:strike w:val="0"/>
          <w:color w:val="000000"/>
          <w:sz w:val="16"/>
          <w:u w:val="none"/>
        </w:rPr>
        <w:t xml:space="preserve"> </w:t>
      </w:r>
      <w:r>
        <w:rPr>
          <w:b w:val="0"/>
          <w:i w:val="0"/>
          <w:smallCaps w:val="0"/>
          <w:strike w:val="0"/>
          <w:color w:val="000000"/>
          <w:u w:val="single"/>
        </w:rPr>
        <w:t>Terrorist</w:t>
      </w:r>
      <w:r>
        <w:rPr>
          <w:b w:val="0"/>
          <w:i w:val="0"/>
          <w:smallCaps w:val="0"/>
          <w:strike w:val="0"/>
          <w:color w:val="000000"/>
          <w:sz w:val="16"/>
          <w:u w:val="none"/>
        </w:rPr>
        <w:t xml:space="preserve"> </w:t>
      </w:r>
      <w:r>
        <w:rPr>
          <w:b w:val="0"/>
          <w:i w:val="0"/>
          <w:smallCaps w:val="0"/>
          <w:strike w:val="0"/>
          <w:color w:val="000000"/>
          <w:u w:val="single"/>
        </w:rPr>
        <w:t>movements in the Middle East,</w:t>
      </w:r>
      <w:r>
        <w:rPr>
          <w:b w:val="0"/>
          <w:i w:val="0"/>
          <w:smallCaps w:val="0"/>
          <w:strike w:val="0"/>
          <w:color w:val="000000"/>
          <w:sz w:val="16"/>
          <w:u w:val="none"/>
        </w:rPr>
        <w:t xml:space="preserve"> </w:t>
      </w:r>
      <w:r>
        <w:rPr>
          <w:b w:val="0"/>
          <w:i w:val="0"/>
          <w:smallCaps w:val="0"/>
          <w:strike w:val="0"/>
          <w:color w:val="000000"/>
          <w:u w:val="single"/>
        </w:rPr>
        <w:t>extremist parties</w:t>
      </w:r>
      <w:r>
        <w:rPr>
          <w:b w:val="0"/>
          <w:i w:val="0"/>
          <w:smallCaps w:val="0"/>
          <w:strike w:val="0"/>
          <w:color w:val="000000"/>
          <w:sz w:val="16"/>
          <w:u w:val="none"/>
        </w:rPr>
        <w:t xml:space="preserve"> </w:t>
      </w:r>
      <w:r>
        <w:rPr>
          <w:b w:val="0"/>
          <w:i w:val="0"/>
          <w:smallCaps w:val="0"/>
          <w:strike w:val="0"/>
          <w:color w:val="000000"/>
          <w:u w:val="single"/>
        </w:rPr>
        <w:t>across Europe, a paranoid tyrant in</w:t>
      </w:r>
      <w:r>
        <w:rPr>
          <w:b w:val="0"/>
          <w:i w:val="0"/>
          <w:smallCaps w:val="0"/>
          <w:strike w:val="0"/>
          <w:color w:val="000000"/>
          <w:sz w:val="16"/>
          <w:u w:val="none"/>
        </w:rPr>
        <w:t xml:space="preserve"> </w:t>
      </w:r>
      <w:r>
        <w:rPr>
          <w:b w:val="0"/>
          <w:i w:val="0"/>
          <w:smallCaps w:val="0"/>
          <w:strike w:val="0"/>
          <w:color w:val="000000"/>
          <w:u w:val="single"/>
        </w:rPr>
        <w:t>North Korea</w:t>
      </w:r>
      <w:r>
        <w:rPr>
          <w:b w:val="0"/>
          <w:i w:val="0"/>
          <w:smallCaps w:val="0"/>
          <w:strike w:val="0"/>
          <w:color w:val="000000"/>
          <w:sz w:val="16"/>
          <w:u w:val="none"/>
        </w:rPr>
        <w:t xml:space="preserve"> </w:t>
      </w:r>
      <w:r>
        <w:rPr>
          <w:b w:val="0"/>
          <w:i w:val="0"/>
          <w:smallCaps w:val="0"/>
          <w:strike w:val="0"/>
          <w:color w:val="000000"/>
          <w:u w:val="single"/>
        </w:rPr>
        <w:t>threatening</w:t>
      </w:r>
      <w:r>
        <w:rPr>
          <w:b w:val="0"/>
          <w:i w:val="0"/>
          <w:smallCaps w:val="0"/>
          <w:strike w:val="0"/>
          <w:color w:val="000000"/>
          <w:sz w:val="16"/>
          <w:u w:val="none"/>
        </w:rPr>
        <w:t xml:space="preserve"> </w:t>
      </w:r>
      <w:r>
        <w:rPr>
          <w:b w:val="0"/>
          <w:i w:val="0"/>
          <w:smallCaps w:val="0"/>
          <w:strike w:val="0"/>
          <w:color w:val="000000"/>
          <w:u w:val="single"/>
        </w:rPr>
        <w:t>nuclear blackmail,</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at the center of the web, </w:t>
      </w:r>
      <w:r>
        <w:rPr>
          <w:b w:val="0"/>
          <w:i w:val="0"/>
          <w:smallCaps w:val="0"/>
          <w:strike w:val="0"/>
          <w:color w:val="000000"/>
          <w:u w:val="single"/>
        </w:rPr>
        <w:t>an</w:t>
      </w:r>
      <w:r>
        <w:rPr>
          <w:b w:val="0"/>
          <w:i w:val="0"/>
          <w:smallCaps w:val="0"/>
          <w:strike w:val="0"/>
          <w:color w:val="000000"/>
          <w:sz w:val="16"/>
          <w:u w:val="none"/>
        </w:rPr>
        <w:t xml:space="preserve"> </w:t>
      </w:r>
      <w:r>
        <w:rPr>
          <w:b w:val="0"/>
          <w:i w:val="0"/>
          <w:smallCaps w:val="0"/>
          <w:strike w:val="0"/>
          <w:color w:val="000000"/>
          <w:u w:val="single"/>
        </w:rPr>
        <w:t>aggressive</w:t>
      </w:r>
      <w:r>
        <w:rPr>
          <w:b w:val="0"/>
          <w:i w:val="0"/>
          <w:smallCaps w:val="0"/>
          <w:strike w:val="0"/>
          <w:color w:val="000000"/>
          <w:sz w:val="16"/>
          <w:u w:val="none"/>
        </w:rPr>
        <w:t xml:space="preserve"> </w:t>
      </w:r>
      <w:r>
        <w:rPr>
          <w:b w:val="0"/>
          <w:i w:val="0"/>
          <w:smallCaps w:val="0"/>
          <w:strike w:val="0"/>
          <w:color w:val="000000"/>
          <w:u w:val="single"/>
        </w:rPr>
        <w:t>KGB dictator in</w:t>
      </w:r>
      <w:r>
        <w:rPr>
          <w:b w:val="0"/>
          <w:i w:val="0"/>
          <w:smallCaps w:val="0"/>
          <w:strike w:val="0"/>
          <w:color w:val="000000"/>
          <w:sz w:val="16"/>
          <w:u w:val="none"/>
        </w:rPr>
        <w:t xml:space="preserve"> </w:t>
      </w:r>
      <w:r>
        <w:rPr>
          <w:b w:val="0"/>
          <w:i w:val="0"/>
          <w:smallCaps w:val="0"/>
          <w:strike w:val="0"/>
          <w:color w:val="000000"/>
          <w:u w:val="single"/>
        </w:rPr>
        <w:t>Russia</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They all want to turn the world back to a dark past because their survival is threatened by</w:t>
      </w:r>
      <w:r>
        <w:rPr>
          <w:b w:val="0"/>
          <w:i w:val="0"/>
          <w:smallCaps w:val="0"/>
          <w:strike w:val="0"/>
          <w:color w:val="000000"/>
          <w:sz w:val="16"/>
          <w:u w:val="none"/>
        </w:rPr>
        <w:t xml:space="preserve"> the </w:t>
      </w:r>
      <w:r>
        <w:rPr>
          <w:b w:val="0"/>
          <w:i w:val="0"/>
          <w:smallCaps w:val="0"/>
          <w:strike w:val="0"/>
          <w:color w:val="000000"/>
          <w:u w:val="single"/>
        </w:rPr>
        <w:t>values of the free world, epitomized by the United States. And</w:t>
      </w:r>
      <w:r>
        <w:rPr>
          <w:b w:val="0"/>
          <w:i w:val="0"/>
          <w:smallCaps w:val="0"/>
          <w:strike w:val="0"/>
          <w:color w:val="000000"/>
          <w:sz w:val="16"/>
          <w:u w:val="none"/>
        </w:rPr>
        <w:t xml:space="preserve"> </w:t>
      </w:r>
      <w:r>
        <w:rPr>
          <w:b w:val="0"/>
          <w:i w:val="0"/>
          <w:smallCaps w:val="0"/>
          <w:strike w:val="0"/>
          <w:color w:val="000000"/>
          <w:u w:val="single"/>
        </w:rPr>
        <w:t>they</w:t>
      </w:r>
      <w:r>
        <w:rPr>
          <w:b w:val="0"/>
          <w:i w:val="0"/>
          <w:smallCaps w:val="0"/>
          <w:strike w:val="0"/>
          <w:color w:val="000000"/>
          <w:sz w:val="16"/>
          <w:u w:val="none"/>
        </w:rPr>
        <w:t xml:space="preserve"> </w:t>
      </w:r>
      <w:r>
        <w:rPr>
          <w:b w:val="0"/>
          <w:i w:val="0"/>
          <w:smallCaps w:val="0"/>
          <w:strike w:val="0"/>
          <w:color w:val="000000"/>
          <w:u w:val="single"/>
        </w:rPr>
        <w:t>are thriving as the U.S. has retreated</w:t>
      </w:r>
      <w:r>
        <w:rPr>
          <w:b w:val="0"/>
          <w:i w:val="0"/>
          <w:smallCaps w:val="0"/>
          <w:strike w:val="0"/>
          <w:color w:val="000000"/>
          <w:u w:val="single"/>
        </w:rPr>
        <w:t>.</w:t>
      </w:r>
      <w:r>
        <w:rPr>
          <w:b w:val="0"/>
          <w:i w:val="0"/>
          <w:smallCaps w:val="0"/>
          <w:strike w:val="0"/>
          <w:color w:val="000000"/>
          <w:sz w:val="16"/>
          <w:u w:val="none"/>
        </w:rPr>
        <w:t xml:space="preserve"> The global freedom index has declined for ten consecutive years. No one like to talk about the United States as a global policeman, but </w:t>
      </w:r>
      <w:r>
        <w:rPr>
          <w:b w:val="0"/>
          <w:i w:val="0"/>
          <w:smallCaps w:val="0"/>
          <w:strike w:val="0"/>
          <w:color w:val="000000"/>
          <w:u w:val="single"/>
        </w:rPr>
        <w:t>this is what happens when there is no cop on the beat.</w:t>
      </w:r>
      <w:r>
        <w:rPr>
          <w:b w:val="0"/>
          <w:i w:val="0"/>
          <w:smallCaps w:val="0"/>
          <w:strike w:val="0"/>
          <w:color w:val="000000"/>
          <w:sz w:val="16"/>
          <w:u w:val="none"/>
        </w:rPr>
        <w:t xml:space="preserve"> </w:t>
      </w:r>
      <w:r>
        <w:rPr>
          <w:b w:val="0"/>
          <w:i w:val="0"/>
          <w:smallCaps w:val="0"/>
          <w:strike w:val="0"/>
          <w:color w:val="000000"/>
          <w:u w:val="single"/>
        </w:rPr>
        <w:t>American leadership begins at home</w:t>
      </w:r>
      <w:r>
        <w:rPr>
          <w:b w:val="0"/>
          <w:i w:val="0"/>
          <w:smallCaps w:val="0"/>
          <w:strike w:val="0"/>
          <w:color w:val="000000"/>
          <w:u w:val="single"/>
        </w:rPr>
        <w:t xml:space="preserve">, right here. America cannot lead the world </w:t>
      </w:r>
      <w:r>
        <w:rPr>
          <w:b w:val="0"/>
          <w:i w:val="0"/>
          <w:smallCaps w:val="0"/>
          <w:strike w:val="0"/>
          <w:color w:val="000000"/>
          <w:u w:val="single"/>
        </w:rPr>
        <w:t>on</w:t>
      </w:r>
      <w:r>
        <w:rPr>
          <w:b w:val="0"/>
          <w:i w:val="0"/>
          <w:smallCaps w:val="0"/>
          <w:strike w:val="0"/>
          <w:color w:val="000000"/>
          <w:u w:val="single"/>
        </w:rPr>
        <w:t xml:space="preserve"> democracy and human rights if there is no unity on</w:t>
      </w:r>
      <w:r>
        <w:rPr>
          <w:b w:val="0"/>
          <w:i w:val="0"/>
          <w:smallCaps w:val="0"/>
          <w:strike w:val="0"/>
          <w:color w:val="000000"/>
          <w:sz w:val="16"/>
          <w:u w:val="none"/>
        </w:rPr>
        <w:t xml:space="preserve"> the </w:t>
      </w:r>
      <w:r>
        <w:rPr>
          <w:b w:val="0"/>
          <w:i w:val="0"/>
          <w:smallCaps w:val="0"/>
          <w:strike w:val="0"/>
          <w:color w:val="000000"/>
          <w:u w:val="single"/>
        </w:rPr>
        <w:t>meaning and importance of these things.</w:t>
      </w:r>
      <w:r>
        <w:rPr>
          <w:b w:val="0"/>
          <w:i w:val="0"/>
          <w:smallCaps w:val="0"/>
          <w:strike w:val="0"/>
          <w:color w:val="000000"/>
          <w:sz w:val="16"/>
          <w:u w:val="none"/>
        </w:rPr>
        <w:t xml:space="preserve"> </w:t>
      </w:r>
      <w:r>
        <w:rPr>
          <w:b w:val="0"/>
          <w:i w:val="0"/>
          <w:smallCaps w:val="0"/>
          <w:strike w:val="0"/>
          <w:color w:val="000000"/>
          <w:u w:val="single"/>
        </w:rPr>
        <w:t>Leadership is required to make that case clearly and powerfully. Right now, Americans are engaged in politics at a level not seen in decades. It is an opportunity for them to rediscover that making America great begins with believing America can be great.</w:t>
      </w:r>
      <w:r>
        <w:rPr>
          <w:b w:val="0"/>
          <w:i w:val="0"/>
          <w:smallCaps w:val="0"/>
          <w:strike w:val="0"/>
          <w:color w:val="000000"/>
          <w:sz w:val="16"/>
          <w:u w:val="none"/>
        </w:rPr>
        <w:t xml:space="preserve"> The Cold War was won on American values that were shared by both parties and nearly every American. Institutions that were created by a Democrat, Truman, were triumphant forty years later thanks to the courage of a Republican, Reagan. This bipartisan consistency created the decades of strategic </w:t>
      </w:r>
      <w:r>
        <w:rPr>
          <w:b w:val="0"/>
          <w:i w:val="0"/>
          <w:smallCaps w:val="0"/>
          <w:strike w:val="0"/>
          <w:color w:val="000000"/>
          <w:u w:val="single"/>
        </w:rPr>
        <w:t>stability</w:t>
      </w:r>
      <w:r>
        <w:rPr>
          <w:b w:val="0"/>
          <w:i w:val="0"/>
          <w:smallCaps w:val="0"/>
          <w:strike w:val="0"/>
          <w:color w:val="000000"/>
          <w:sz w:val="16"/>
          <w:u w:val="none"/>
        </w:rPr>
        <w:t xml:space="preserve"> that </w:t>
      </w:r>
      <w:r>
        <w:rPr>
          <w:b w:val="0"/>
          <w:i w:val="0"/>
          <w:smallCaps w:val="0"/>
          <w:strike w:val="0"/>
          <w:color w:val="000000"/>
          <w:u w:val="single"/>
        </w:rPr>
        <w:t>is the great strength of democracies. Strong institutions that outlast politicians allow for long-range planning</w:t>
      </w:r>
      <w:r>
        <w:rPr>
          <w:b w:val="0"/>
          <w:i w:val="0"/>
          <w:smallCaps w:val="0"/>
          <w:strike w:val="0"/>
          <w:color w:val="000000"/>
          <w:sz w:val="16"/>
          <w:u w:val="none"/>
        </w:rPr>
        <w:t xml:space="preserve">. In contrast, dictators can operate only tactically, not strategically, because they are not constrained by the balance of </w:t>
      </w:r>
      <w:r>
        <w:rPr>
          <w:b w:val="0"/>
          <w:i w:val="0"/>
          <w:smallCaps w:val="0"/>
          <w:strike w:val="0"/>
          <w:color w:val="000000"/>
          <w:sz w:val="16"/>
          <w:u w:val="none"/>
        </w:rPr>
        <w:t>powers, but</w:t>
      </w:r>
      <w:r>
        <w:rPr>
          <w:b w:val="0"/>
          <w:i w:val="0"/>
          <w:smallCaps w:val="0"/>
          <w:strike w:val="0"/>
          <w:color w:val="000000"/>
          <w:sz w:val="16"/>
          <w:u w:val="none"/>
        </w:rPr>
        <w:t xml:space="preserve"> cannot afford to think beyond their own survival. This is why a dictator like Putin has an advantage in chaos, the ability to move quickly. This can only be met by strategy, by long-term goals that are based on shared values, not on polls and cable news. The fear of making things worse has paralyzed the United States from trying to make things better. There will always be setbacks, but the United States cannot quit. </w:t>
      </w:r>
      <w:r>
        <w:rPr>
          <w:b w:val="0"/>
          <w:i w:val="0"/>
          <w:smallCaps w:val="0"/>
          <w:strike w:val="0"/>
          <w:color w:val="000000"/>
          <w:u w:val="single"/>
        </w:rPr>
        <w:t>The spread of</w:t>
      </w:r>
      <w:r>
        <w:rPr>
          <w:b w:val="0"/>
          <w:i w:val="0"/>
          <w:smallCaps w:val="0"/>
          <w:strike w:val="0"/>
          <w:color w:val="000000"/>
          <w:sz w:val="16"/>
          <w:u w:val="none"/>
        </w:rPr>
        <w:t xml:space="preserve"> </w:t>
      </w:r>
      <w:r>
        <w:rPr>
          <w:b w:val="0"/>
          <w:i w:val="0"/>
          <w:smallCaps w:val="0"/>
          <w:strike w:val="0"/>
          <w:color w:val="000000"/>
          <w:u w:val="single"/>
        </w:rPr>
        <w:t>democracy is the only</w:t>
      </w:r>
      <w:r>
        <w:rPr>
          <w:b w:val="0"/>
          <w:i w:val="0"/>
          <w:smallCaps w:val="0"/>
          <w:strike w:val="0"/>
          <w:color w:val="000000"/>
          <w:sz w:val="16"/>
          <w:u w:val="none"/>
        </w:rPr>
        <w:t xml:space="preserve"> </w:t>
      </w:r>
      <w:r>
        <w:rPr>
          <w:b w:val="0"/>
          <w:i w:val="0"/>
          <w:smallCaps w:val="0"/>
          <w:strike w:val="0"/>
          <w:color w:val="000000"/>
          <w:u w:val="single"/>
        </w:rPr>
        <w:t>proven</w:t>
      </w:r>
      <w:r>
        <w:rPr>
          <w:b w:val="0"/>
          <w:i w:val="0"/>
          <w:smallCaps w:val="0"/>
          <w:strike w:val="0"/>
          <w:color w:val="000000"/>
          <w:sz w:val="16"/>
          <w:u w:val="none"/>
        </w:rPr>
        <w:t xml:space="preserve"> </w:t>
      </w:r>
      <w:r>
        <w:rPr>
          <w:b w:val="0"/>
          <w:i w:val="0"/>
          <w:smallCaps w:val="0"/>
          <w:strike w:val="0"/>
          <w:color w:val="000000"/>
          <w:u w:val="single"/>
        </w:rPr>
        <w:t>remedy for</w:t>
      </w:r>
      <w:r>
        <w:rPr>
          <w:b w:val="0"/>
          <w:i w:val="0"/>
          <w:smallCaps w:val="0"/>
          <w:strike w:val="0"/>
          <w:color w:val="000000"/>
          <w:sz w:val="16"/>
          <w:u w:val="none"/>
        </w:rPr>
        <w:t xml:space="preserve"> </w:t>
      </w:r>
      <w:r>
        <w:rPr>
          <w:b w:val="0"/>
          <w:i w:val="0"/>
          <w:smallCaps w:val="0"/>
          <w:strike w:val="0"/>
          <w:color w:val="000000"/>
          <w:u w:val="single"/>
        </w:rPr>
        <w:t>nearly</w:t>
      </w:r>
      <w:r>
        <w:rPr>
          <w:b w:val="0"/>
          <w:i w:val="0"/>
          <w:smallCaps w:val="0"/>
          <w:strike w:val="0"/>
          <w:color w:val="000000"/>
          <w:sz w:val="16"/>
          <w:u w:val="none"/>
        </w:rPr>
        <w:t xml:space="preserve"> </w:t>
      </w:r>
      <w:r>
        <w:rPr>
          <w:b w:val="0"/>
          <w:i w:val="0"/>
          <w:smallCaps w:val="0"/>
          <w:strike w:val="0"/>
          <w:color w:val="000000"/>
          <w:u w:val="single"/>
        </w:rPr>
        <w:t>every crisis that plagues the world today. War, famine, poverty, terrorism</w:t>
      </w:r>
      <w:r>
        <w:rPr>
          <w:b w:val="0"/>
          <w:i w:val="0"/>
          <w:smallCaps w:val="0"/>
          <w:strike w:val="0"/>
          <w:color w:val="000000"/>
          <w:u w:val="single"/>
        </w:rPr>
        <w:t>–all are generated</w:t>
      </w:r>
      <w:r>
        <w:rPr>
          <w:b w:val="0"/>
          <w:i w:val="0"/>
          <w:smallCaps w:val="0"/>
          <w:strike w:val="0"/>
          <w:color w:val="000000"/>
          <w:sz w:val="16"/>
          <w:u w:val="none"/>
        </w:rPr>
        <w:t xml:space="preserve"> </w:t>
      </w:r>
      <w:r>
        <w:rPr>
          <w:b w:val="0"/>
          <w:i w:val="0"/>
          <w:smallCaps w:val="0"/>
          <w:strike w:val="0"/>
          <w:color w:val="000000"/>
          <w:u w:val="single"/>
        </w:rPr>
        <w:t>and exacerbated</w:t>
      </w:r>
      <w:r>
        <w:rPr>
          <w:b w:val="0"/>
          <w:i w:val="0"/>
          <w:smallCaps w:val="0"/>
          <w:strike w:val="0"/>
          <w:color w:val="000000"/>
          <w:sz w:val="16"/>
          <w:u w:val="none"/>
        </w:rPr>
        <w:t xml:space="preserve"> </w:t>
      </w:r>
      <w:r>
        <w:rPr>
          <w:b w:val="0"/>
          <w:i w:val="0"/>
          <w:smallCaps w:val="0"/>
          <w:strike w:val="0"/>
          <w:color w:val="000000"/>
          <w:u w:val="single"/>
        </w:rPr>
        <w:t>by authoritarian regimes</w:t>
      </w:r>
      <w:r>
        <w:rPr>
          <w:b w:val="0"/>
          <w:i w:val="0"/>
          <w:smallCaps w:val="0"/>
          <w:strike w:val="0"/>
          <w:color w:val="000000"/>
          <w:sz w:val="16"/>
          <w:u w:val="none"/>
        </w:rPr>
        <w:t xml:space="preserve">. A policy of </w:t>
      </w:r>
      <w:r>
        <w:rPr>
          <w:b w:val="0"/>
          <w:i w:val="0"/>
          <w:smallCaps w:val="0"/>
          <w:strike w:val="0"/>
          <w:color w:val="000000"/>
          <w:u w:val="single"/>
        </w:rPr>
        <w:t>America First inevitably puts American security last.</w:t>
      </w:r>
      <w:r>
        <w:rPr>
          <w:b w:val="0"/>
          <w:i w:val="0"/>
          <w:smallCaps w:val="0"/>
          <w:strike w:val="0"/>
          <w:color w:val="000000"/>
          <w:sz w:val="16"/>
          <w:u w:val="none"/>
        </w:rPr>
        <w:t xml:space="preserve"> </w:t>
      </w:r>
      <w:r>
        <w:rPr>
          <w:b w:val="0"/>
          <w:i w:val="0"/>
          <w:smallCaps w:val="0"/>
          <w:strike w:val="0"/>
          <w:color w:val="000000"/>
          <w:u w:val="single"/>
        </w:rPr>
        <w:t>American leadership is required because there is no one else</w:t>
      </w:r>
      <w:r>
        <w:rPr>
          <w:b w:val="0"/>
          <w:i w:val="0"/>
          <w:smallCaps w:val="0"/>
          <w:strike w:val="0"/>
          <w:color w:val="000000"/>
          <w:sz w:val="16"/>
          <w:u w:val="none"/>
        </w:rPr>
        <w:t xml:space="preserve">, and because it is good for America. </w:t>
      </w:r>
      <w:r>
        <w:rPr>
          <w:b w:val="0"/>
          <w:i w:val="0"/>
          <w:smallCaps w:val="0"/>
          <w:strike w:val="0"/>
          <w:color w:val="000000"/>
          <w:u w:val="single"/>
        </w:rPr>
        <w:t>There is no weapon or wall that is more powerful for security than America being envied, imitated, and admired around the world. Admired not for being perfect, but for having the exceptional courage to always try to be better</w:t>
      </w:r>
      <w:r>
        <w:rPr>
          <w:b w:val="0"/>
          <w:i w:val="0"/>
          <w:smallCaps w:val="0"/>
          <w:strike w:val="0"/>
          <w:color w:val="000000"/>
          <w:sz w:val="16"/>
          <w:u w:val="none"/>
        </w:rPr>
        <w:t>. Thank you.</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