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Tech uncertainty increases advantages of small businesses.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Drnevich</w:t>
      </w:r>
      <w:r>
        <w:rPr>
          <w:b/>
          <w:i w:val="0"/>
          <w:smallCaps w:val="0"/>
          <w:strike w:val="0"/>
          <w:sz w:val="26"/>
          <w:u w:val="none"/>
        </w:rPr>
        <w:t xml:space="preserve"> and West</w:t>
      </w:r>
      <w:r>
        <w:rPr>
          <w:b/>
          <w:i w:val="0"/>
          <w:smallCaps w:val="0"/>
          <w:strike w:val="0"/>
          <w:sz w:val="26"/>
          <w:u w:val="none"/>
        </w:rPr>
        <w:t xml:space="preserve"> 21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Paul L</w:t>
      </w:r>
      <w:r>
        <w:rPr>
          <w:b w:val="0"/>
          <w:i w:val="0"/>
          <w:smallCaps w:val="0"/>
          <w:strike w:val="0"/>
          <w:u w:val="none"/>
        </w:rPr>
        <w:t xml:space="preserve">ouis </w:t>
      </w:r>
      <w:r>
        <w:rPr>
          <w:b w:val="0"/>
          <w:i w:val="0"/>
          <w:smallCaps w:val="0"/>
          <w:strike w:val="0"/>
          <w:u w:val="none"/>
        </w:rPr>
        <w:t>Drnevich</w:t>
      </w:r>
      <w:r>
        <w:rPr>
          <w:b w:val="0"/>
          <w:i w:val="0"/>
          <w:smallCaps w:val="0"/>
          <w:strike w:val="0"/>
          <w:u w:val="none"/>
        </w:rPr>
        <w:t xml:space="preserve"> (Ph. D., Purdue)</w:t>
      </w:r>
      <w:r>
        <w:rPr>
          <w:b w:val="0"/>
          <w:i w:val="0"/>
          <w:smallCaps w:val="0"/>
          <w:strike w:val="0"/>
          <w:u w:val="none"/>
        </w:rPr>
        <w:t xml:space="preserve"> is an </w:t>
      </w:r>
      <w:r>
        <w:rPr>
          <w:b w:val="0"/>
          <w:i w:val="0"/>
          <w:smallCaps w:val="0"/>
          <w:strike w:val="0"/>
          <w:u w:val="none"/>
        </w:rPr>
        <w:t xml:space="preserve">Associate Professor </w:t>
      </w:r>
      <w:r>
        <w:rPr>
          <w:b w:val="0"/>
          <w:i w:val="0"/>
          <w:smallCaps w:val="0"/>
          <w:strike w:val="0"/>
          <w:u w:val="none"/>
        </w:rPr>
        <w:t xml:space="preserve">of Management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. He is also an </w:t>
      </w:r>
      <w:r>
        <w:rPr>
          <w:b w:val="0"/>
          <w:i w:val="0"/>
          <w:smallCaps w:val="0"/>
          <w:strike w:val="0"/>
          <w:u w:val="none"/>
        </w:rPr>
        <w:t>Area Coordinator Strategy, Entrepreneurship, &amp; Innovation (SEI), and Marillyn Hewson Faculty Fellow in Cyber Security U. Alabama, &amp; Visiting Scholar Purdue</w:t>
      </w:r>
      <w:r>
        <w:rPr>
          <w:b w:val="0"/>
          <w:i w:val="0"/>
          <w:smallCaps w:val="0"/>
          <w:strike w:val="0"/>
          <w:u w:val="none"/>
        </w:rPr>
        <w:t xml:space="preserve">; Joel West is a </w:t>
      </w:r>
      <w:r>
        <w:rPr>
          <w:b w:val="0"/>
          <w:i w:val="0"/>
          <w:smallCaps w:val="0"/>
          <w:strike w:val="0"/>
          <w:u w:val="none"/>
        </w:rPr>
        <w:t>Professor of Entrepreneurship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Hildegard College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Keck Graduate Institute;</w:t>
      </w:r>
      <w:r>
        <w:rPr>
          <w:b w:val="0"/>
          <w:i w:val="0"/>
          <w:smallCaps w:val="0"/>
          <w:strike w:val="0"/>
          <w:u w:val="none"/>
        </w:rPr>
        <w:t xml:space="preserve"> and</w:t>
      </w:r>
      <w:r>
        <w:rPr>
          <w:b w:val="0"/>
          <w:i w:val="0"/>
          <w:smallCaps w:val="0"/>
          <w:strike w:val="0"/>
          <w:u w:val="none"/>
        </w:rPr>
        <w:t xml:space="preserve"> Professor Emeritus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 San José State University</w:t>
      </w:r>
      <w:r>
        <w:rPr>
          <w:b w:val="0"/>
          <w:i w:val="0"/>
          <w:smallCaps w:val="0"/>
          <w:strike w:val="0"/>
          <w:u w:val="none"/>
        </w:rPr>
        <w:t xml:space="preserve">; Journal of Small Business Management, 61:4, 1806-1841; 2/12/21; “Performance implications of technological uncertainty, age, and size for small businesses”; </w:t>
      </w:r>
      <w:r>
        <w:rPr>
          <w:b w:val="0"/>
          <w:i w:val="0"/>
          <w:smallCaps w:val="0"/>
          <w:strike w:val="0"/>
          <w:u w:val="none"/>
        </w:rPr>
        <w:t>DOI: 10.1080/00472778.2020.1867733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this study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examined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effect of technological uncertainty upon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performance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stratified random sample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700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/medium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fewer than 250 employees. Within the sample, we observed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uncertainty increases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 do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accrue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youngest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found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firms do </w:t>
      </w:r>
      <w:r>
        <w:rPr>
          <w:b/>
          <w:i w:val="0"/>
          <w:smallCaps w:val="0"/>
          <w:strike w:val="0"/>
          <w:sz w:val="22"/>
          <w:u w:val="single"/>
        </w:rPr>
        <w:t>better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overall if they are facing </w:t>
      </w:r>
      <w:r>
        <w:rPr>
          <w:b/>
          <w:i w:val="0"/>
          <w:smallCaps w:val="0"/>
          <w:strike w:val="0"/>
          <w:sz w:val="22"/>
          <w:u w:val="single"/>
        </w:rPr>
        <w:t>higher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suggesting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neither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a liability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conversely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be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competitive advantage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exploiting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created by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liability of oldness or liability of largeness in coping with technological uncertainty contrasts to the traditional generally accepted notions of a liability of newness (Stinchcombe, 1965) or a liability of smallness (Auster &amp; Aldrich, 1986). However, 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consistent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demonstrated how established firms adapt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 to stable environments</w:t>
      </w:r>
      <w:r>
        <w:rPr>
          <w:b w:val="0"/>
          <w:i w:val="0"/>
          <w:smallCaps w:val="0"/>
          <w:strike w:val="0"/>
          <w:sz w:val="16"/>
          <w:u w:val="none"/>
        </w:rPr>
        <w:t>, such as by aligning capabilities to external conditions (</w:t>
      </w:r>
      <w:r>
        <w:rPr>
          <w:b w:val="0"/>
          <w:i w:val="0"/>
          <w:smallCaps w:val="0"/>
          <w:strike w:val="0"/>
          <w:sz w:val="16"/>
          <w:u w:val="none"/>
        </w:rPr>
        <w:t>DeSarbo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2005) and creating “routines” (Nelson &amp; Winter, 1982). </w:t>
      </w:r>
      <w:r>
        <w:rPr>
          <w:b w:val="0"/>
          <w:i w:val="0"/>
          <w:smallCaps w:val="0"/>
          <w:strike w:val="0"/>
          <w:sz w:val="22"/>
          <w:u w:val="single"/>
        </w:rPr>
        <w:t>For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condition of high environmental uncertainty leaves </w:t>
      </w:r>
      <w:r>
        <w:rPr>
          <w:b/>
          <w:i w:val="0"/>
          <w:smallCaps w:val="0"/>
          <w:strike w:val="0"/>
          <w:sz w:val="22"/>
          <w:u w:val="single"/>
        </w:rPr>
        <w:t>incumbents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/>
          <w:i w:val="0"/>
          <w:smallCaps w:val="0"/>
          <w:strike w:val="0"/>
          <w:sz w:val="22"/>
          <w:u w:val="single"/>
        </w:rPr>
        <w:t>disadvantage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(Tushman &amp; Anderson, 1986). At the same time, </w:t>
      </w:r>
      <w:r>
        <w:rPr>
          <w:b w:val="0"/>
          <w:i w:val="0"/>
          <w:smallCaps w:val="0"/>
          <w:strike w:val="0"/>
          <w:sz w:val="22"/>
          <w:u w:val="single"/>
        </w:rPr>
        <w:t>while research on technological 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tended to emphasize firms that compete based on technological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Anderson &amp; Tushman, 2001),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our results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robust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broader cross-section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 small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micro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Through this study we also contribute to the limited research on the effects of uncertainty upon micro-sized business. </w:t>
      </w:r>
      <w:r>
        <w:rPr>
          <w:b w:val="0"/>
          <w:i w:val="0"/>
          <w:smallCaps w:val="0"/>
          <w:strike w:val="0"/>
          <w:sz w:val="22"/>
          <w:u w:val="single"/>
        </w:rPr>
        <w:t>Using a subsample of businesses with fewer than 20 employees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advantages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newer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smaller are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valid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sample of </w:t>
      </w:r>
      <w:r>
        <w:rPr>
          <w:b w:val="0"/>
          <w:i w:val="0"/>
          <w:smallCaps w:val="0"/>
          <w:strike w:val="0"/>
          <w:sz w:val="16"/>
          <w:u w:val="none"/>
        </w:rPr>
        <w:t>smaller/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micro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-sized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Despite prior research on micro firms that emphasizes their lack of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routines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</w:t>
      </w:r>
      <w:r>
        <w:rPr>
          <w:b w:val="0"/>
          <w:i w:val="0"/>
          <w:smallCaps w:val="0"/>
          <w:strike w:val="0"/>
          <w:sz w:val="16"/>
          <w:u w:val="none"/>
        </w:rPr>
        <w:t>Achtenhagen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2017), </w:t>
      </w:r>
      <w:r>
        <w:rPr>
          <w:b w:val="0"/>
          <w:i w:val="0"/>
          <w:smallCaps w:val="0"/>
          <w:strike w:val="0"/>
          <w:sz w:val="22"/>
          <w:u w:val="single"/>
        </w:rPr>
        <w:t>our data demonstrate that even these businesses cannot just overcome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instead </w:t>
      </w:r>
      <w:r>
        <w:rPr>
          <w:b/>
          <w:i w:val="0"/>
          <w:smallCaps w:val="0"/>
          <w:strike w:val="0"/>
          <w:sz w:val="22"/>
          <w:u w:val="single"/>
        </w:rPr>
        <w:t>invert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—the </w:t>
      </w:r>
      <w:r>
        <w:rPr>
          <w:b w:val="0"/>
          <w:i w:val="0"/>
          <w:smallCaps w:val="0"/>
          <w:strike w:val="0"/>
          <w:sz w:val="22"/>
          <w:u w:val="single"/>
        </w:rPr>
        <w:t>long accepted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liabilities of newness and smallness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with larger businesses, strategic flexibility has been held to be important for smaller businesses (for example, </w:t>
      </w:r>
      <w:r>
        <w:rPr>
          <w:b w:val="0"/>
          <w:i w:val="0"/>
          <w:smallCaps w:val="0"/>
          <w:strike w:val="0"/>
          <w:sz w:val="16"/>
          <w:u w:val="none"/>
        </w:rPr>
        <w:t>Supeno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2015), but these results suggest opportunities to investigate the antecedents and consequences of variation in strategic flexibility among micro-sized firms as they do indeed appear unique from other larger SMEs (</w:t>
      </w:r>
      <w:r>
        <w:rPr>
          <w:b w:val="0"/>
          <w:i w:val="0"/>
          <w:smallCaps w:val="0"/>
          <w:strike w:val="0"/>
          <w:sz w:val="16"/>
          <w:u w:val="none"/>
        </w:rPr>
        <w:t>Gherhes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2016).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