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Leads NOW </w:t>
      </w:r>
    </w:p>
    <w:p>
      <w:pPr>
        <w:spacing w:after="80"/>
      </w:pPr>
      <w:r>
        <w:rPr>
          <w:b/>
          <w:i w:val="0"/>
          <w:smallCaps w:val="0"/>
          <w:strike w:val="0"/>
          <w:sz w:val="26"/>
          <w:u w:val="none"/>
        </w:rPr>
        <w:t xml:space="preserve">Lange 7/23 </w:t>
      </w:r>
      <w:r>
        <w:rPr>
          <w:b w:val="0"/>
          <w:i w:val="0"/>
          <w:smallCaps w:val="0"/>
          <w:strike w:val="0"/>
          <w:u w:val="none"/>
        </w:rPr>
        <w:t>(Jason L. A correspondent, writing enterprise and breaking news stories about the United States. Currently focus on politics and data journalism. ‘Exclusive: Harris leads Trump 44% to 42% in US presidential race, Reuters/Ipsos poll finds’ 2024 Reuters</w:t>
      </w:r>
      <w:r>
        <w:rPr>
          <w:b w:val="0"/>
          <w:i w:val="0"/>
          <w:smallCaps w:val="0"/>
          <w:strike w:val="0"/>
          <w:u w:val="none"/>
        </w:rPr>
        <w:t xml:space="preserve"> ) BC</w:t>
      </w:r>
    </w:p>
    <w:p>
      <w:pPr>
        <w:spacing w:after="60"/>
      </w:pPr>
      <w:r>
        <w:rPr>
          <w:b w:val="0"/>
          <w:i w:val="0"/>
          <w:smallCaps w:val="0"/>
          <w:strike w:val="0"/>
          <w:sz w:val="16"/>
          <w:u w:val="none"/>
        </w:rPr>
        <w:t xml:space="preserve">July 23 (Reuters) - Vice President Kamala </w:t>
      </w:r>
      <w:r>
        <w:rPr>
          <w:b w:val="0"/>
          <w:i w:val="0"/>
          <w:smallCaps w:val="0"/>
          <w:strike w:val="0"/>
          <w:highlight w:val="cyan"/>
          <w:u w:val="single"/>
        </w:rPr>
        <w:t>Harris</w:t>
      </w:r>
      <w:r>
        <w:rPr>
          <w:b w:val="0"/>
          <w:i w:val="0"/>
          <w:smallCaps w:val="0"/>
          <w:strike w:val="0"/>
          <w:u w:val="single"/>
        </w:rPr>
        <w:t xml:space="preserve"> </w:t>
      </w:r>
      <w:r>
        <w:rPr>
          <w:b w:val="0"/>
          <w:i w:val="0"/>
          <w:smallCaps w:val="0"/>
          <w:strike w:val="0"/>
          <w:highlight w:val="cyan"/>
          <w:u w:val="single"/>
        </w:rPr>
        <w:t>opened</w:t>
      </w:r>
      <w:r>
        <w:rPr>
          <w:b w:val="0"/>
          <w:i w:val="0"/>
          <w:smallCaps w:val="0"/>
          <w:strike w:val="0"/>
          <w:u w:val="single"/>
        </w:rPr>
        <w:t xml:space="preserve"> up</w:t>
      </w:r>
      <w:r>
        <w:rPr>
          <w:b w:val="0"/>
          <w:i w:val="0"/>
          <w:smallCaps w:val="0"/>
          <w:strike w:val="0"/>
          <w:u w:val="single"/>
        </w:rPr>
        <w:t xml:space="preserve"> </w:t>
      </w:r>
      <w:r>
        <w:rPr>
          <w:b w:val="0"/>
          <w:i w:val="0"/>
          <w:smallCaps w:val="0"/>
          <w:strike w:val="0"/>
          <w:highlight w:val="cyan"/>
          <w:u w:val="single"/>
        </w:rPr>
        <w:t>a marginal two-percentage-point lead over</w:t>
      </w:r>
      <w:r>
        <w:rPr>
          <w:b w:val="0"/>
          <w:i w:val="0"/>
          <w:smallCaps w:val="0"/>
          <w:strike w:val="0"/>
          <w:u w:val="single"/>
        </w:rPr>
        <w:t xml:space="preserve"> Republican Donald </w:t>
      </w:r>
      <w:r>
        <w:rPr>
          <w:b w:val="0"/>
          <w:i w:val="0"/>
          <w:smallCaps w:val="0"/>
          <w:strike w:val="0"/>
          <w:highlight w:val="cyan"/>
          <w:u w:val="single"/>
        </w:rPr>
        <w:t>Trump</w:t>
      </w:r>
      <w:r>
        <w:rPr>
          <w:b w:val="0"/>
          <w:i w:val="0"/>
          <w:smallCaps w:val="0"/>
          <w:strike w:val="0"/>
          <w:u w:val="single"/>
        </w:rPr>
        <w:t xml:space="preserve"> </w:t>
      </w:r>
      <w:r>
        <w:rPr>
          <w:b w:val="0"/>
          <w:i w:val="0"/>
          <w:smallCaps w:val="0"/>
          <w:strike w:val="0"/>
          <w:sz w:val="16"/>
          <w:u w:val="none"/>
        </w:rPr>
        <w:t>after President Joe Biden ended his re-election campaign and passed the torch to her, a Reuters/Ipsos poll found.</w:t>
      </w:r>
    </w:p>
    <w:p>
      <w:pPr>
        <w:spacing w:after="60"/>
      </w:pPr>
      <w:r>
        <w:rPr>
          <w:b w:val="0"/>
          <w:i w:val="0"/>
          <w:smallCaps w:val="0"/>
          <w:strike w:val="0"/>
          <w:u w:val="single"/>
        </w:rPr>
        <w:t>That compares with a marginal two-point deficit Biden faced against Trump in last week's poll before his Sunday exit from the race.</w:t>
      </w:r>
    </w:p>
    <w:p>
      <w:pPr>
        <w:spacing w:after="60"/>
      </w:pPr>
      <w:r>
        <w:rPr>
          <w:b w:val="0"/>
          <w:i w:val="0"/>
          <w:smallCaps w:val="0"/>
          <w:strike w:val="0"/>
          <w:highlight w:val="cyan"/>
          <w:u w:val="single"/>
        </w:rPr>
        <w:t>The new poll</w:t>
      </w:r>
      <w:r>
        <w:rPr>
          <w:b w:val="0"/>
          <w:i w:val="0"/>
          <w:smallCaps w:val="0"/>
          <w:strike w:val="0"/>
          <w:u w:val="single"/>
        </w:rPr>
        <w:t xml:space="preserve">, conducted on Monday and Tuesday, </w:t>
      </w:r>
      <w:r>
        <w:rPr>
          <w:b w:val="0"/>
          <w:i w:val="0"/>
          <w:smallCaps w:val="0"/>
          <w:strike w:val="0"/>
          <w:highlight w:val="cyan"/>
          <w:u w:val="single"/>
        </w:rPr>
        <w:t>followed</w:t>
      </w:r>
      <w:r>
        <w:rPr>
          <w:b w:val="0"/>
          <w:i w:val="0"/>
          <w:smallCaps w:val="0"/>
          <w:strike w:val="0"/>
          <w:u w:val="single"/>
        </w:rPr>
        <w:t xml:space="preserve"> both </w:t>
      </w:r>
      <w:r>
        <w:rPr>
          <w:b w:val="0"/>
          <w:i w:val="0"/>
          <w:smallCaps w:val="0"/>
          <w:strike w:val="0"/>
          <w:highlight w:val="cyan"/>
          <w:u w:val="single"/>
        </w:rPr>
        <w:t>the R</w:t>
      </w:r>
      <w:r>
        <w:rPr>
          <w:b w:val="0"/>
          <w:i w:val="0"/>
          <w:smallCaps w:val="0"/>
          <w:strike w:val="0"/>
          <w:u w:val="single"/>
        </w:rPr>
        <w:t xml:space="preserve">epublican </w:t>
      </w:r>
      <w:r>
        <w:rPr>
          <w:b w:val="0"/>
          <w:i w:val="0"/>
          <w:smallCaps w:val="0"/>
          <w:strike w:val="0"/>
          <w:highlight w:val="cyan"/>
          <w:u w:val="single"/>
        </w:rPr>
        <w:t>N</w:t>
      </w:r>
      <w:r>
        <w:rPr>
          <w:b w:val="0"/>
          <w:i w:val="0"/>
          <w:smallCaps w:val="0"/>
          <w:strike w:val="0"/>
          <w:u w:val="single"/>
        </w:rPr>
        <w:t xml:space="preserve">ational </w:t>
      </w:r>
      <w:r>
        <w:rPr>
          <w:b w:val="0"/>
          <w:i w:val="0"/>
          <w:smallCaps w:val="0"/>
          <w:strike w:val="0"/>
          <w:highlight w:val="cyan"/>
          <w:u w:val="single"/>
        </w:rPr>
        <w:t>C</w:t>
      </w:r>
      <w:r>
        <w:rPr>
          <w:b w:val="0"/>
          <w:i w:val="0"/>
          <w:smallCaps w:val="0"/>
          <w:strike w:val="0"/>
          <w:u w:val="single"/>
        </w:rPr>
        <w:t xml:space="preserve">onvention where Trump on Thursday formally accepted the nomination </w:t>
      </w:r>
      <w:r>
        <w:rPr>
          <w:b w:val="0"/>
          <w:i w:val="0"/>
          <w:smallCaps w:val="0"/>
          <w:strike w:val="0"/>
          <w:highlight w:val="cyan"/>
          <w:u w:val="single"/>
        </w:rPr>
        <w:t>and Biden's announcement</w:t>
      </w:r>
      <w:r>
        <w:rPr>
          <w:b w:val="0"/>
          <w:i w:val="0"/>
          <w:smallCaps w:val="0"/>
          <w:strike w:val="0"/>
          <w:u w:val="single"/>
        </w:rPr>
        <w:t xml:space="preserve"> on </w:t>
      </w:r>
      <w:r>
        <w:rPr>
          <w:b w:val="0"/>
          <w:i w:val="0"/>
          <w:smallCaps w:val="0"/>
          <w:strike w:val="0"/>
          <w:u w:val="single"/>
        </w:rPr>
        <w:t>Sunday</w:t>
      </w:r>
      <w:r>
        <w:rPr>
          <w:b w:val="0"/>
          <w:i w:val="0"/>
          <w:smallCaps w:val="0"/>
          <w:strike w:val="0"/>
          <w:u w:val="single"/>
        </w:rPr>
        <w:t xml:space="preserve"> he was leaving the race and endorsing Harris.</w:t>
      </w:r>
    </w:p>
    <w:p>
      <w:pPr>
        <w:spacing w:after="60"/>
      </w:pPr>
      <w:r>
        <w:rPr>
          <w:b w:val="0"/>
          <w:i w:val="0"/>
          <w:smallCaps w:val="0"/>
          <w:strike w:val="0"/>
          <w:u w:val="single"/>
        </w:rPr>
        <w:t xml:space="preserve">Harris, whose campaign says she has secured the Democratic nomination, led Trump 44% to 42% in the national poll, </w:t>
      </w:r>
      <w:r>
        <w:rPr>
          <w:b w:val="0"/>
          <w:i w:val="0"/>
          <w:smallCaps w:val="0"/>
          <w:strike w:val="0"/>
          <w:sz w:val="16"/>
          <w:u w:val="none"/>
        </w:rPr>
        <w:t>a difference within the 3-percentage-point margin of error.</w:t>
      </w:r>
    </w:p>
    <w:p>
      <w:pPr>
        <w:spacing w:after="60"/>
      </w:pPr>
      <w:r>
        <w:rPr>
          <w:b w:val="0"/>
          <w:i w:val="0"/>
          <w:smallCaps w:val="0"/>
          <w:strike w:val="0"/>
          <w:sz w:val="14"/>
          <w:u w:val="none"/>
        </w:rPr>
        <w:t>Harris and Trump were tied at 44% in a July 15-16 poll, and Trump led by one percentage point in a July 1-2 poll, both within the same margin of error.</w:t>
      </w:r>
    </w:p>
    <w:p>
      <w:pPr>
        <w:spacing w:after="60"/>
      </w:pPr>
      <w:r>
        <w:rPr>
          <w:b w:val="0"/>
          <w:i w:val="0"/>
          <w:smallCaps w:val="0"/>
          <w:strike w:val="0"/>
          <w:sz w:val="14"/>
          <w:u w:val="none"/>
        </w:rPr>
        <w:t>While nationwide surveys give important signals of American support for political candidates, a handful of competitive states typically tilt the balance in the U.S. Electoral College, which ultimately decides who wins a presidential election.</w:t>
      </w:r>
    </w:p>
    <w:p>
      <w:pPr>
        <w:spacing w:after="60"/>
      </w:pPr>
      <w:r>
        <w:rPr>
          <w:b w:val="0"/>
          <w:i w:val="0"/>
          <w:smallCaps w:val="0"/>
          <w:strike w:val="0"/>
          <w:sz w:val="14"/>
          <w:u w:val="none"/>
        </w:rPr>
        <w:t>A pollster with Trump's campaign played down any polling showing an increase in Harris' support, arguing that she was likely to see a temporary rise in popularity because of widespread media coverage of her new candidacy.</w:t>
      </w:r>
    </w:p>
    <w:p>
      <w:pPr>
        <w:spacing w:after="60"/>
      </w:pPr>
      <w:r>
        <w:rPr>
          <w:b w:val="0"/>
          <w:i w:val="0"/>
          <w:smallCaps w:val="0"/>
          <w:strike w:val="0"/>
          <w:sz w:val="14"/>
          <w:u w:val="none"/>
        </w:rPr>
        <w:t>"That bump is likely to start showing itself over the next few days and will last for a while," pollster Tony Fabrizio said in a memo circulated to reporters by Trump's campaign.</w:t>
      </w:r>
    </w:p>
    <w:p>
      <w:pPr>
        <w:spacing w:after="60"/>
      </w:pPr>
      <w:r>
        <w:rPr>
          <w:b w:val="0"/>
          <w:i w:val="0"/>
          <w:smallCaps w:val="0"/>
          <w:strike w:val="0"/>
          <w:sz w:val="14"/>
          <w:u w:val="none"/>
        </w:rPr>
        <w:t>Candidates often expect a bump after formally accepting their party's nomination at stage-managed, televised conventions such as the one that Trump had last week. But the poll showed no sign of that.</w:t>
      </w:r>
    </w:p>
    <w:p>
      <w:pPr>
        <w:spacing w:after="60"/>
      </w:pPr>
      <w:r>
        <w:rPr>
          <w:b w:val="0"/>
          <w:i w:val="0"/>
          <w:smallCaps w:val="0"/>
          <w:strike w:val="0"/>
          <w:sz w:val="14"/>
          <w:u w:val="none"/>
        </w:rPr>
        <w:t>Bump or not, the most recent Reuters/Ipsos poll underscored the rationale for Biden dropping out of the race and for Harris replacing him on the ticket.</w:t>
      </w:r>
    </w:p>
    <w:p>
      <w:pPr>
        <w:spacing w:after="60"/>
      </w:pPr>
      <w:r>
        <w:rPr>
          <w:b w:val="0"/>
          <w:i w:val="0"/>
          <w:smallCaps w:val="0"/>
          <w:strike w:val="0"/>
          <w:sz w:val="16"/>
          <w:u w:val="none"/>
        </w:rPr>
        <w:t>HARRIS SEEN AS SHARPER THAN BIDEN, TRUMP</w:t>
      </w:r>
    </w:p>
    <w:p>
      <w:pPr>
        <w:spacing w:after="60"/>
      </w:pPr>
      <w:r>
        <w:rPr>
          <w:b w:val="0"/>
          <w:i w:val="0"/>
          <w:smallCaps w:val="0"/>
          <w:strike w:val="0"/>
          <w:u w:val="single"/>
        </w:rPr>
        <w:t xml:space="preserve">Some </w:t>
      </w:r>
      <w:r>
        <w:rPr>
          <w:b w:val="0"/>
          <w:i w:val="0"/>
          <w:smallCaps w:val="0"/>
          <w:strike w:val="0"/>
          <w:highlight w:val="cyan"/>
          <w:u w:val="single"/>
        </w:rPr>
        <w:t>56% of registered voters agreed with a statement that Harris</w:t>
      </w:r>
      <w:r>
        <w:rPr>
          <w:b w:val="0"/>
          <w:i w:val="0"/>
          <w:smallCaps w:val="0"/>
          <w:strike w:val="0"/>
          <w:u w:val="single"/>
        </w:rPr>
        <w:t xml:space="preserve">, 59, </w:t>
      </w:r>
      <w:r>
        <w:rPr>
          <w:b w:val="0"/>
          <w:i w:val="0"/>
          <w:smallCaps w:val="0"/>
          <w:strike w:val="0"/>
          <w:highlight w:val="cyan"/>
          <w:u w:val="single"/>
        </w:rPr>
        <w:t>was "mentally sharp</w:t>
      </w:r>
      <w:r>
        <w:rPr>
          <w:b w:val="0"/>
          <w:i w:val="0"/>
          <w:smallCaps w:val="0"/>
          <w:strike w:val="0"/>
          <w:u w:val="single"/>
        </w:rPr>
        <w:t xml:space="preserve"> and able to deal with challenges," </w:t>
      </w:r>
      <w:r>
        <w:rPr>
          <w:b w:val="0"/>
          <w:i w:val="0"/>
          <w:smallCaps w:val="0"/>
          <w:strike w:val="0"/>
          <w:highlight w:val="cyan"/>
          <w:u w:val="single"/>
        </w:rPr>
        <w:t>compared to 49</w:t>
      </w:r>
      <w:r>
        <w:rPr>
          <w:b w:val="0"/>
          <w:i w:val="0"/>
          <w:smallCaps w:val="0"/>
          <w:strike w:val="0"/>
          <w:u w:val="single"/>
        </w:rPr>
        <w:t xml:space="preserve">% who said the same </w:t>
      </w:r>
      <w:r>
        <w:rPr>
          <w:b w:val="0"/>
          <w:i w:val="0"/>
          <w:smallCaps w:val="0"/>
          <w:strike w:val="0"/>
          <w:highlight w:val="cyan"/>
          <w:u w:val="single"/>
        </w:rPr>
        <w:t>of Trump</w:t>
      </w:r>
      <w:r>
        <w:rPr>
          <w:b w:val="0"/>
          <w:i w:val="0"/>
          <w:smallCaps w:val="0"/>
          <w:strike w:val="0"/>
          <w:u w:val="single"/>
        </w:rPr>
        <w:t>, 78.</w:t>
      </w:r>
    </w:p>
    <w:p>
      <w:pPr>
        <w:spacing w:after="60"/>
      </w:pPr>
      <w:r>
        <w:rPr>
          <w:b w:val="0"/>
          <w:i w:val="0"/>
          <w:smallCaps w:val="0"/>
          <w:strike w:val="0"/>
          <w:sz w:val="16"/>
          <w:u w:val="none"/>
        </w:rPr>
        <w:t>Only 22% of voters assessed Biden that way.</w:t>
      </w:r>
    </w:p>
    <w:p>
      <w:pPr>
        <w:spacing w:after="60"/>
      </w:pPr>
      <w:r>
        <w:rPr>
          <w:b w:val="0"/>
          <w:i w:val="0"/>
          <w:smallCaps w:val="0"/>
          <w:strike w:val="0"/>
          <w:sz w:val="16"/>
          <w:u w:val="none"/>
        </w:rPr>
        <w:t>Biden, 81, ended his reelection effort after a debate with Trump in which he often stammered and failed to aggressively challenge attacks by Trump that included falsehoods.</w:t>
      </w:r>
    </w:p>
    <w:p>
      <w:pPr>
        <w:spacing w:after="60"/>
      </w:pPr>
      <w:r>
        <w:rPr>
          <w:b w:val="0"/>
          <w:i w:val="0"/>
          <w:smallCaps w:val="0"/>
          <w:strike w:val="0"/>
          <w:sz w:val="16"/>
          <w:u w:val="none"/>
        </w:rPr>
        <w:t>Some 80% of Democratic voters said they viewed Biden favorably, compared to 91% who said the same of Harris. Three quarters of Democratic voters said they agreed with a statement that the party and voters should get behind Harris now, with only a quarter saying multiple candidates should compete for the party's nomination.</w:t>
      </w:r>
    </w:p>
    <w:p>
      <w:pPr>
        <w:spacing w:after="60"/>
      </w:pPr>
      <w:r>
        <w:rPr>
          <w:b w:val="0"/>
          <w:i w:val="0"/>
          <w:smallCaps w:val="0"/>
          <w:strike w:val="0"/>
          <w:highlight w:val="cyan"/>
          <w:u w:val="single"/>
        </w:rPr>
        <w:t>When</w:t>
      </w:r>
      <w:r>
        <w:rPr>
          <w:b w:val="0"/>
          <w:i w:val="0"/>
          <w:smallCaps w:val="0"/>
          <w:strike w:val="0"/>
          <w:u w:val="single"/>
        </w:rPr>
        <w:t xml:space="preserve"> </w:t>
      </w:r>
      <w:r>
        <w:rPr>
          <w:b w:val="0"/>
          <w:i w:val="0"/>
          <w:smallCaps w:val="0"/>
          <w:strike w:val="0"/>
          <w:highlight w:val="cyan"/>
          <w:u w:val="single"/>
        </w:rPr>
        <w:t>voters</w:t>
      </w:r>
      <w:r>
        <w:rPr>
          <w:b w:val="0"/>
          <w:i w:val="0"/>
          <w:smallCaps w:val="0"/>
          <w:strike w:val="0"/>
          <w:u w:val="single"/>
        </w:rPr>
        <w:t xml:space="preserve"> in the survey were </w:t>
      </w:r>
      <w:r>
        <w:rPr>
          <w:b w:val="0"/>
          <w:i w:val="0"/>
          <w:smallCaps w:val="0"/>
          <w:strike w:val="0"/>
          <w:highlight w:val="cyan"/>
          <w:u w:val="single"/>
        </w:rPr>
        <w:t>shown a</w:t>
      </w:r>
      <w:r>
        <w:rPr>
          <w:b w:val="0"/>
          <w:i w:val="0"/>
          <w:smallCaps w:val="0"/>
          <w:strike w:val="0"/>
          <w:u w:val="single"/>
        </w:rPr>
        <w:t xml:space="preserve"> hypothetical </w:t>
      </w:r>
      <w:r>
        <w:rPr>
          <w:b w:val="0"/>
          <w:i w:val="0"/>
          <w:smallCaps w:val="0"/>
          <w:strike w:val="0"/>
          <w:highlight w:val="cyan"/>
          <w:u w:val="single"/>
        </w:rPr>
        <w:t>ballot that included</w:t>
      </w:r>
      <w:r>
        <w:rPr>
          <w:b w:val="0"/>
          <w:i w:val="0"/>
          <w:smallCaps w:val="0"/>
          <w:strike w:val="0"/>
          <w:u w:val="single"/>
        </w:rPr>
        <w:t xml:space="preserve"> independent presidential candidate </w:t>
      </w:r>
      <w:r>
        <w:rPr>
          <w:b w:val="0"/>
          <w:i w:val="0"/>
          <w:smallCaps w:val="0"/>
          <w:strike w:val="0"/>
          <w:highlight w:val="cyan"/>
          <w:u w:val="single"/>
        </w:rPr>
        <w:t>R</w:t>
      </w:r>
      <w:r>
        <w:rPr>
          <w:b w:val="0"/>
          <w:i w:val="0"/>
          <w:smallCaps w:val="0"/>
          <w:strike w:val="0"/>
          <w:u w:val="single"/>
        </w:rPr>
        <w:t xml:space="preserve">obert </w:t>
      </w:r>
      <w:r>
        <w:rPr>
          <w:b w:val="0"/>
          <w:i w:val="0"/>
          <w:smallCaps w:val="0"/>
          <w:strike w:val="0"/>
          <w:highlight w:val="cyan"/>
          <w:u w:val="single"/>
        </w:rPr>
        <w:t>F</w:t>
      </w:r>
      <w:r>
        <w:rPr>
          <w:b w:val="0"/>
          <w:i w:val="0"/>
          <w:smallCaps w:val="0"/>
          <w:strike w:val="0"/>
          <w:u w:val="single"/>
        </w:rPr>
        <w:t xml:space="preserve">. </w:t>
      </w:r>
      <w:r>
        <w:rPr>
          <w:b w:val="0"/>
          <w:i w:val="0"/>
          <w:smallCaps w:val="0"/>
          <w:strike w:val="0"/>
          <w:highlight w:val="cyan"/>
          <w:u w:val="single"/>
        </w:rPr>
        <w:t>K</w:t>
      </w:r>
      <w:r>
        <w:rPr>
          <w:b w:val="0"/>
          <w:i w:val="0"/>
          <w:smallCaps w:val="0"/>
          <w:strike w:val="0"/>
          <w:u w:val="single"/>
        </w:rPr>
        <w:t xml:space="preserve">ennedy Jr., </w:t>
      </w:r>
      <w:r>
        <w:rPr>
          <w:b w:val="0"/>
          <w:i w:val="0"/>
          <w:smallCaps w:val="0"/>
          <w:strike w:val="0"/>
          <w:highlight w:val="cyan"/>
          <w:u w:val="single"/>
        </w:rPr>
        <w:t>Harris led Trump 42% to 38%, an advantage outside the margin of error.</w:t>
      </w:r>
      <w:r>
        <w:rPr>
          <w:b w:val="0"/>
          <w:i w:val="0"/>
          <w:smallCaps w:val="0"/>
          <w:strike w:val="0"/>
          <w:u w:val="none"/>
        </w:rPr>
        <w:t xml:space="preserve"> Kennedy, favored by 8% of voters in the poll, has yet to qualify for the ballot in many states ahead of the Nov. 5 election.</w:t>
      </w:r>
    </w:p>
    <w:p>
      <w:pPr>
        <w:spacing w:after="60"/>
      </w:pPr>
      <w:r>
        <w:rPr>
          <w:b w:val="0"/>
          <w:i w:val="0"/>
          <w:smallCaps w:val="0"/>
          <w:strike w:val="0"/>
          <w:sz w:val="14"/>
          <w:u w:val="none"/>
        </w:rPr>
        <w:t>Harris campaigned in the critical battleground state of Wisconsin on Tuesday. She won support from major party figures and attention has since turned to who she will pick as her running mate.</w:t>
      </w:r>
    </w:p>
    <w:p>
      <w:pPr>
        <w:spacing w:after="60"/>
      </w:pPr>
      <w:r>
        <w:rPr>
          <w:b w:val="0"/>
          <w:i w:val="0"/>
          <w:smallCaps w:val="0"/>
          <w:strike w:val="0"/>
          <w:sz w:val="14"/>
          <w:u w:val="none"/>
        </w:rPr>
        <w:t>Many respondents in the Reuters/Ipsos poll said they knew nothing about the Democrats seen as potential picks to join Harris' ticket.</w:t>
      </w:r>
    </w:p>
    <w:p>
      <w:pPr>
        <w:spacing w:after="60"/>
      </w:pPr>
      <w:r>
        <w:rPr>
          <w:b w:val="0"/>
          <w:i w:val="0"/>
          <w:smallCaps w:val="0"/>
          <w:strike w:val="0"/>
          <w:sz w:val="14"/>
          <w:u w:val="none"/>
        </w:rPr>
        <w:t>About one in four registered voters said they had never heard of U.S. Transportation Secretary Pete Buttigieg, a former Democratic presidential candidate who had the highest favorability rating - 37% - of the potential Harris running mates in the poll.</w:t>
      </w:r>
    </w:p>
    <w:p>
      <w:pPr>
        <w:spacing w:after="60"/>
      </w:pPr>
      <w:r>
        <w:rPr>
          <w:b w:val="0"/>
          <w:i w:val="0"/>
          <w:smallCaps w:val="0"/>
          <w:strike w:val="0"/>
          <w:sz w:val="14"/>
          <w:u w:val="none"/>
        </w:rPr>
        <w:t xml:space="preserve">One in three had not heard of California Governor Gavin Newsom, with about the same share saying they looked </w:t>
      </w:r>
      <w:r>
        <w:rPr>
          <w:b w:val="0"/>
          <w:i w:val="0"/>
          <w:smallCaps w:val="0"/>
          <w:strike w:val="0"/>
          <w:sz w:val="14"/>
          <w:u w:val="none"/>
        </w:rPr>
        <w:t>on</w:t>
      </w:r>
      <w:r>
        <w:rPr>
          <w:b w:val="0"/>
          <w:i w:val="0"/>
          <w:smallCaps w:val="0"/>
          <w:strike w:val="0"/>
          <w:sz w:val="14"/>
          <w:u w:val="none"/>
        </w:rPr>
        <w:t xml:space="preserve"> him favorably. Half of registered voters in the poll had never heard of Arizona Senator Mark Kelly and two thirds knew nothing of Kentucky Governor Andy Beshear.</w:t>
      </w:r>
    </w:p>
    <w:p>
      <w:pPr>
        <w:spacing w:after="60"/>
      </w:pPr>
      <w:r>
        <w:rPr>
          <w:b w:val="0"/>
          <w:i w:val="0"/>
          <w:smallCaps w:val="0"/>
          <w:strike w:val="0"/>
          <w:sz w:val="14"/>
          <w:u w:val="none"/>
        </w:rPr>
        <w:t>The poll, which was conducted online, surveyed 1,241 U.S. adults nationwide, including 1,018 registered voters.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