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Kamala is gaining in polls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Dorn 24 [Sara; July 25;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Forbes news reporter; Graduate from the University of Dayton; Previously wrote for the New York Post; “Trump Vs. </w:t>
      </w:r>
      <w:r>
        <w:rPr>
          <w:b w:val="0"/>
          <w:i w:val="0"/>
          <w:smallCaps w:val="0"/>
          <w:strike w:val="0"/>
          <w:u w:val="none"/>
        </w:rPr>
        <w:t>harriss</w:t>
      </w:r>
      <w:r>
        <w:rPr>
          <w:b w:val="0"/>
          <w:i w:val="0"/>
          <w:smallCaps w:val="0"/>
          <w:strike w:val="0"/>
          <w:u w:val="none"/>
        </w:rPr>
        <w:t xml:space="preserve"> 2024 Polls: Trump Loses 5 Points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Latest Major Survey --- But Still Leads Harris,” </w:t>
      </w:r>
      <w:r>
        <w:rPr>
          <w:b w:val="0"/>
          <w:i w:val="0"/>
          <w:smallCaps w:val="0"/>
          <w:strike w:val="0"/>
          <w:u w:val="none"/>
        </w:rPr>
        <w:t>https://www.forbes.com/sites/saradorn/2024/07/25/trump-vs-harris-2024-polls-harris-leads-trump-in-latest-survey/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Former President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Vice President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are in a neck-and-neck contest</w:t>
      </w:r>
      <w:r>
        <w:rPr>
          <w:b w:val="0"/>
          <w:i w:val="0"/>
          <w:smallCaps w:val="0"/>
          <w:strike w:val="0"/>
          <w:u w:val="none"/>
        </w:rPr>
        <w:t xml:space="preserve"> nearly 100 days before the election, with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latest poll showing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gaining five points on Trump compared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President Joe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standing in the wake</w:t>
      </w:r>
      <w:r>
        <w:rPr>
          <w:b w:val="0"/>
          <w:i w:val="0"/>
          <w:smallCaps w:val="0"/>
          <w:strike w:val="0"/>
          <w:u w:val="none"/>
        </w:rPr>
        <w:t xml:space="preserve"> of his consequential June 27 debate against Trump.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none"/>
        </w:rPr>
        <w:t>KEY FACTS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poll of 1,142 voters conducted July 22-24 shows Trump up by one point, 48% to 47%, among likely voters and up two points, 48% to 46%, among registered voters—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latest survey showing Harris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making a dent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Trump’s lead over Biden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who trailed Trump by six points in the groups’ early July survey.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Harris and Trump are tied at 42% among registered voters in a six-way matchup with third-party candidates, including Robert F. Kennedy Jr. (6%) on the ballot, according to the Times/Siena survey.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Democrats are far more enthusiastic about Harris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were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Times/Siena survey found, with nearly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80% of voters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who lean Democrat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saying they would like Harris to be the nominee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compared to 48% of Democrats who said the same about Biden three weeks ago.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Two polls taken since Biden dropped out show Harris leading: </w:t>
      </w:r>
      <w:r>
        <w:rPr>
          <w:b w:val="0"/>
          <w:i w:val="0"/>
          <w:smallCaps w:val="0"/>
          <w:strike w:val="0"/>
          <w:u w:val="none"/>
        </w:rPr>
        <w:t>Morning Consult’s weekly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, conducted July 22-24 among 11,297 registered voters, shows her with 46% support, compared to Trump’s 45%, while she is up 44% to 42% over Trump in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conducted Monday and Tuesday.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Four other polls show Trump winning</w:t>
      </w:r>
      <w:r>
        <w:rPr>
          <w:b w:val="0"/>
          <w:i w:val="0"/>
          <w:smallCaps w:val="0"/>
          <w:strike w:val="0"/>
          <w:u w:val="none"/>
        </w:rPr>
        <w:t>: he leads Harris by three points, 49% to 46%, in an online CNN/SSRS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taken July 22-23; by two points, 47% to 45%, in another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poll; by one point, 46% to 45%, in a NPR/PBS/Marist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; and by three points, 44% to 41%, in 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conducted Sunday-Tuesday that also found Kennedy with 5% support.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Polls consistently show Harris outperforms Biden</w:t>
      </w:r>
      <w:r>
        <w:rPr>
          <w:b w:val="0"/>
          <w:i w:val="0"/>
          <w:smallCaps w:val="0"/>
          <w:strike w:val="0"/>
          <w:u w:val="none"/>
        </w:rPr>
        <w:t>—Ipsos and Reuters’ previous poll taken July 15-16 found Harris and Trump tied at 44%, while a July 1-2 poll found Trump led by one point—though it’s unclear how polls taken when Harris was still only a hypothetical candidate will differ from those taken after she became the likely nominee.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CNN/SSRS survey and Morning Consult polls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also found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Harris performs better than Biden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against Trump</w:t>
      </w:r>
      <w:r>
        <w:rPr>
          <w:b w:val="0"/>
          <w:i w:val="0"/>
          <w:smallCaps w:val="0"/>
          <w:strike w:val="0"/>
          <w:u w:val="none"/>
        </w:rPr>
        <w:t>—Biden trailed Trump by six points in Morning Consult surveys taken before he exited the race and by six points in CNN/SSRS surveys taken in April and June.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a stark contrast with sentiment surrounding Biden’s mental fitness, 56% of voters polled by Reuters/Ipsos said Harris was “mentally sharp and able to deal with challenges,” compared to 49% who said the same about Trump and 22% for Biden.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