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Harris is outperforming Biden in key battlegrounds, her vice president shortlist can help convince swing states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Dorn 24 [Sara; July 25;</w:t>
      </w:r>
      <w:r>
        <w:rPr>
          <w:b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Forbes news reporter; Graduate from the University of Dayton; Previously wrote for the New York Post; “Trump Vs. </w:t>
      </w:r>
      <w:r>
        <w:rPr>
          <w:b w:val="0"/>
          <w:i w:val="0"/>
          <w:smallCaps w:val="0"/>
          <w:strike w:val="0"/>
          <w:u w:val="none"/>
        </w:rPr>
        <w:t>harriss</w:t>
      </w:r>
      <w:r>
        <w:rPr>
          <w:b w:val="0"/>
          <w:i w:val="0"/>
          <w:smallCaps w:val="0"/>
          <w:strike w:val="0"/>
          <w:u w:val="none"/>
        </w:rPr>
        <w:t xml:space="preserve"> 2024 Polls: Trump Loses 5 Points In Latest Major Survey --- But Still Leads Harris,” 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Former President Donald Trump has a narrow edge over Vice President Kamala Harris in four of the five crucial swing states President Joe Biden won in 2020, according to new polls by Emerson College—results </w:t>
      </w:r>
      <w:r>
        <w:rPr>
          <w:b w:val="0"/>
          <w:i w:val="0"/>
          <w:smallCaps w:val="0"/>
          <w:strike w:val="0"/>
          <w:u w:val="none"/>
        </w:rPr>
        <w:t>similar to</w:t>
      </w:r>
      <w:r>
        <w:rPr>
          <w:b w:val="0"/>
          <w:i w:val="0"/>
          <w:smallCaps w:val="0"/>
          <w:strike w:val="0"/>
          <w:u w:val="none"/>
        </w:rPr>
        <w:t xml:space="preserve"> national polling that shows Trump beating Harris, </w:t>
      </w:r>
      <w:r>
        <w:rPr>
          <w:b w:val="0"/>
          <w:i w:val="0"/>
          <w:smallCaps w:val="0"/>
          <w:strike w:val="0"/>
          <w:sz w:val="22"/>
          <w:u w:val="single"/>
        </w:rPr>
        <w:t>but by fewer points than he would Biden</w:t>
      </w:r>
      <w:r>
        <w:rPr>
          <w:b w:val="0"/>
          <w:i w:val="0"/>
          <w:smallCaps w:val="0"/>
          <w:strike w:val="0"/>
          <w:u w:val="none"/>
        </w:rPr>
        <w:t xml:space="preserve">. KEY FACTS Michigan: Trump leads Harris by one point here (46% to 45%), with 9% of voters undecided, according to an Emerson College </w:t>
      </w:r>
      <w:r>
        <w:rPr>
          <w:b w:val="0"/>
          <w:i w:val="0"/>
          <w:smallCaps w:val="0"/>
          <w:strike w:val="0"/>
          <w:u w:val="none"/>
        </w:rPr>
        <w:t xml:space="preserve"> of 800 registered voters (margin of error 3.4) conducted July 22-23—a slight decline from Trump’s three-point lead against Biden in a July 15-16 Emerson 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Wisconsin: Harris and Trump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tied</w:t>
      </w:r>
      <w:r>
        <w:rPr>
          <w:b w:val="0"/>
          <w:i w:val="0"/>
          <w:smallCaps w:val="0"/>
          <w:strike w:val="0"/>
          <w:u w:val="none"/>
        </w:rPr>
        <w:t xml:space="preserve"> here at 47%, with 5% undecided, according to Emerson’s poll of 845 registered voters (margin of error 3.3);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 led Biden here by five points.</w:t>
      </w:r>
      <w:r>
        <w:rPr>
          <w:b w:val="0"/>
          <w:i w:val="0"/>
          <w:smallCaps w:val="0"/>
          <w:strike w:val="0"/>
          <w:u w:val="none"/>
        </w:rPr>
        <w:t xml:space="preserve"> Georgia: Trump is up by two points in the state (48% to 46%), with 7% undecided, in an Emerson poll of 800 registered voters (margin of error 3.4), after leading Biden by six points in the group’s previous poll. Arizona: Harris is down by five points (49% to 44%) among the 800 registered voters surveyed (margin of error 3.4), with 7% of </w:t>
      </w:r>
      <w:r>
        <w:rPr>
          <w:b w:val="0"/>
          <w:i w:val="0"/>
          <w:smallCaps w:val="0"/>
          <w:strike w:val="0"/>
          <w:u w:val="none"/>
        </w:rPr>
        <w:t>voters</w:t>
      </w:r>
      <w:r>
        <w:rPr>
          <w:b w:val="0"/>
          <w:i w:val="0"/>
          <w:smallCaps w:val="0"/>
          <w:strike w:val="0"/>
          <w:u w:val="none"/>
        </w:rPr>
        <w:t xml:space="preserve"> undecided, while Trump led Biden here by seven points earlier this month. </w:t>
      </w:r>
      <w:r>
        <w:rPr>
          <w:b w:val="0"/>
          <w:i w:val="0"/>
          <w:smallCaps w:val="0"/>
          <w:strike w:val="0"/>
          <w:sz w:val="22"/>
          <w:u w:val="single"/>
        </w:rPr>
        <w:t>Pennsylvania: Trump leads by two (48% to 46%) in the latest survey of 850 voters (margin of error 3.3), compared to his five-point lead</w:t>
      </w:r>
      <w:r>
        <w:rPr>
          <w:b w:val="0"/>
          <w:i w:val="0"/>
          <w:smallCaps w:val="0"/>
          <w:strike w:val="0"/>
          <w:u w:val="none"/>
        </w:rPr>
        <w:t xml:space="preserve"> over Biden. WHAT TO WATCH FOR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Several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names on Harris’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reported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help 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shore up votes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crucial swing states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 xml:space="preserve">Voters are partial to possible contenders who currently represent their states, the Emerson poll found. In Arizona, 42% of Democratic voters prefer their senator, Mark Kelly, 57% of Democrats in Pennsylvania prefer Gov. Josh Shapiro, and 36% of Michigan Democrats surveyed prefer Gov. Gretchen Whitmer, who has said she wouldn’t accept an offer for the No. 2 spot. None of the possible picks Emerson asked about received more than about 20% support among Democrats in Wisconsin and Georgia, including Transportation Secretary Pete Buttigieg, Kentucky Gov. Andy Beshear, North Carolina Gov. Roy Cooper, Sen. Bernie Sanders, I-Vt., Illinois Gov. JB Pritzker and California Gov. Gavin Newsom, in addition to Kelly, Shapiro and Whitmer. 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