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can flip the script on Sleepy Old Trump</w:t>
      </w:r>
    </w:p>
    <w:p>
      <w:pPr>
        <w:spacing w:after="80"/>
      </w:pPr>
      <w:r>
        <w:rPr>
          <w:b/>
          <w:i w:val="0"/>
          <w:smallCaps w:val="0"/>
          <w:strike w:val="0"/>
          <w:sz w:val="26"/>
          <w:u w:val="none"/>
        </w:rPr>
        <w:t xml:space="preserve">Mallon 7/23 </w:t>
      </w:r>
      <w:r>
        <w:rPr>
          <w:b w:val="0"/>
          <w:i w:val="0"/>
          <w:smallCaps w:val="0"/>
          <w:strike w:val="0"/>
          <w:u w:val="none"/>
        </w:rPr>
        <w:t xml:space="preserve">(Elaine Mallon is a reporter for the Washington Examiner and went to Michigan State University. ‘Harris team flips the script and puts Trump’s age at center of campaign’. Washington Examiner. 2024 </w:t>
      </w:r>
      <w:r>
        <w:rPr>
          <w:b w:val="0"/>
          <w:i w:val="0"/>
          <w:smallCaps w:val="0"/>
          <w:strike w:val="0"/>
          <w:u w:val="none"/>
        </w:rPr>
        <w:t>) BC</w:t>
      </w:r>
    </w:p>
    <w:p>
      <w:pPr>
        <w:spacing w:after="60"/>
      </w:pPr>
      <w:r>
        <w:rPr>
          <w:b w:val="0"/>
          <w:i w:val="0"/>
          <w:smallCaps w:val="0"/>
          <w:strike w:val="0"/>
          <w:u w:val="none"/>
        </w:rPr>
        <w:t xml:space="preserve">President Joe Biden forfeited his reelection bid, now making former President </w:t>
      </w:r>
      <w:r>
        <w:rPr>
          <w:b w:val="0"/>
          <w:i w:val="0"/>
          <w:smallCaps w:val="0"/>
          <w:strike w:val="0"/>
          <w:sz w:val="22"/>
          <w:u w:val="single"/>
        </w:rPr>
        <w:t xml:space="preserve">Donald </w:t>
      </w:r>
      <w:r>
        <w:rPr>
          <w:b w:val="0"/>
          <w:i w:val="0"/>
          <w:smallCaps w:val="0"/>
          <w:strike w:val="0"/>
          <w:sz w:val="22"/>
          <w:highlight w:val="cyan"/>
          <w:u w:val="single"/>
        </w:rPr>
        <w:t>Trump</w:t>
      </w:r>
      <w:r>
        <w:rPr>
          <w:b w:val="0"/>
          <w:i w:val="0"/>
          <w:smallCaps w:val="0"/>
          <w:strike w:val="0"/>
          <w:sz w:val="22"/>
          <w:u w:val="single"/>
        </w:rPr>
        <w:t xml:space="preserve"> the </w:t>
      </w:r>
      <w:r>
        <w:rPr>
          <w:b w:val="0"/>
          <w:i w:val="0"/>
          <w:smallCaps w:val="0"/>
          <w:strike w:val="0"/>
          <w:sz w:val="22"/>
          <w:highlight w:val="cyan"/>
          <w:u w:val="single"/>
        </w:rPr>
        <w:t>oldest presidential nominee of a major political party</w:t>
      </w:r>
      <w:r>
        <w:rPr>
          <w:b w:val="0"/>
          <w:i w:val="0"/>
          <w:smallCaps w:val="0"/>
          <w:strike w:val="0"/>
          <w:sz w:val="22"/>
          <w:u w:val="single"/>
        </w:rPr>
        <w:t xml:space="preserve">, and now Democrats expect Vice President Kamala </w:t>
      </w:r>
      <w:r>
        <w:rPr>
          <w:b/>
          <w:i w:val="0"/>
          <w:smallCaps w:val="0"/>
          <w:strike w:val="0"/>
          <w:sz w:val="22"/>
          <w:highlight w:val="cyan"/>
          <w:u w:val="single"/>
        </w:rPr>
        <w:t>Harris to attack his age.</w:t>
      </w:r>
      <w:r>
        <w:rPr>
          <w:b/>
          <w:i w:val="0"/>
          <w:smallCaps w:val="0"/>
          <w:strike w:val="0"/>
          <w:sz w:val="22"/>
          <w:u w:val="single"/>
        </w:rPr>
        <w:t xml:space="preserve"> </w:t>
      </w:r>
    </w:p>
    <w:p>
      <w:pPr>
        <w:spacing w:after="60"/>
      </w:pPr>
      <w:r>
        <w:rPr>
          <w:b w:val="0"/>
          <w:i w:val="0"/>
          <w:smallCaps w:val="0"/>
          <w:strike w:val="0"/>
          <w:u w:val="none"/>
        </w:rPr>
        <w:t>Prior to Biden dropping out, his campaign team worked to sooth voters’ concerns that the 81-year-old president was too old, too frail, and too weak to run the country for another four years.</w:t>
      </w:r>
    </w:p>
    <w:p>
      <w:pPr>
        <w:spacing w:after="60"/>
      </w:pPr>
      <w:r>
        <w:rPr>
          <w:b w:val="0"/>
          <w:i w:val="0"/>
          <w:smallCaps w:val="0"/>
          <w:strike w:val="0"/>
          <w:u w:val="none"/>
        </w:rPr>
        <w:t>Even before his disastrous debacle at the first presidential debate, which prompted calls for him to end his reelection bid, Biden released an ad in March that looked to prove that all he had accomplished shouldn’t be negated by his age.</w:t>
      </w:r>
    </w:p>
    <w:p>
      <w:pPr>
        <w:spacing w:after="60"/>
      </w:pPr>
      <w:r>
        <w:rPr>
          <w:b w:val="0"/>
          <w:i w:val="0"/>
          <w:smallCaps w:val="0"/>
          <w:strike w:val="0"/>
          <w:u w:val="none"/>
        </w:rPr>
        <w:t>“Look, I’m not a young guy,” Biden said. “That’s no secret. But here’s the deal, I understand how to get things done for the American people.”</w:t>
      </w:r>
    </w:p>
    <w:p>
      <w:pPr>
        <w:spacing w:after="60"/>
      </w:pPr>
      <w:r>
        <w:rPr>
          <w:b w:val="0"/>
          <w:i w:val="0"/>
          <w:smallCaps w:val="0"/>
          <w:strike w:val="0"/>
          <w:u w:val="none"/>
        </w:rPr>
        <w:t xml:space="preserve">But now with Kamala Harris, who is 20 years younger than Trump, as the frontrunner to replace Biden, the campaign team </w:t>
      </w:r>
      <w:r>
        <w:rPr>
          <w:b w:val="0"/>
          <w:i w:val="0"/>
          <w:smallCaps w:val="0"/>
          <w:strike w:val="0"/>
          <w:sz w:val="22"/>
          <w:highlight w:val="cyan"/>
          <w:u w:val="single"/>
        </w:rPr>
        <w:t>will likely play into voters’ concerns as Trump is just three years younger than Biden.</w:t>
      </w:r>
      <w:r>
        <w:rPr>
          <w:b w:val="0"/>
          <w:i w:val="0"/>
          <w:smallCaps w:val="0"/>
          <w:strike w:val="0"/>
          <w:sz w:val="22"/>
          <w:u w:val="single"/>
        </w:rPr>
        <w:t xml:space="preserve"> </w:t>
      </w:r>
    </w:p>
    <w:p>
      <w:pPr>
        <w:spacing w:after="60"/>
      </w:pPr>
      <w:r>
        <w:rPr>
          <w:b w:val="0"/>
          <w:i w:val="0"/>
          <w:smallCaps w:val="0"/>
          <w:strike w:val="0"/>
          <w:highlight w:val="cyan"/>
          <w:u w:val="none"/>
        </w:rPr>
        <w:t>“</w:t>
      </w:r>
      <w:r>
        <w:rPr>
          <w:b w:val="0"/>
          <w:i w:val="0"/>
          <w:smallCaps w:val="0"/>
          <w:strike w:val="0"/>
          <w:sz w:val="22"/>
          <w:highlight w:val="cyan"/>
          <w:u w:val="single"/>
        </w:rPr>
        <w:t>She can make the issue of age and readiness to serve a four-year term a liability for Donald Trump,”</w:t>
      </w:r>
      <w:r>
        <w:rPr>
          <w:b w:val="0"/>
          <w:i w:val="0"/>
          <w:smallCaps w:val="0"/>
          <w:strike w:val="0"/>
          <w:u w:val="none"/>
        </w:rPr>
        <w:t xml:space="preserve"> Ben Wikler, Wisconsin’s Democratic Party chairman, told reporters. “This is a reset in the presidential election.”</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