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beats Harris—polls in battleground states prove </w:t>
      </w:r>
    </w:p>
    <w:p>
      <w:pPr>
        <w:spacing w:after="80"/>
      </w:pPr>
      <w:r>
        <w:rPr>
          <w:b w:val="0"/>
          <w:i w:val="0"/>
          <w:smallCaps w:val="0"/>
          <w:strike w:val="0"/>
          <w:u w:val="none"/>
        </w:rPr>
        <w:t xml:space="preserve">Nate </w:t>
      </w:r>
      <w:r>
        <w:rPr>
          <w:b/>
          <w:i w:val="0"/>
          <w:smallCaps w:val="0"/>
          <w:strike w:val="0"/>
          <w:sz w:val="26"/>
          <w:u w:val="none"/>
        </w:rPr>
        <w:t>Cohn 7/22</w:t>
      </w:r>
      <w:r>
        <w:rPr>
          <w:b w:val="0"/>
          <w:i w:val="0"/>
          <w:smallCaps w:val="0"/>
          <w:strike w:val="0"/>
          <w:u w:val="none"/>
        </w:rPr>
        <w:t xml:space="preserve">, The Times’s chief political analyst, “If Harris Is the Nominee, It Still Won’t Be Easy to Beat Trump”, </w:t>
      </w:r>
      <w:r>
        <w:rPr>
          <w:b w:val="0"/>
          <w:i/>
          <w:smallCaps w:val="0"/>
          <w:strike w:val="0"/>
          <w:u w:val="none"/>
        </w:rPr>
        <w:t>The New York Times</w:t>
      </w:r>
      <w:r>
        <w:rPr>
          <w:b w:val="0"/>
          <w:i w:val="0"/>
          <w:smallCaps w:val="0"/>
          <w:strike w:val="0"/>
          <w:u w:val="none"/>
        </w:rPr>
        <w:t xml:space="preserve">, </w:t>
      </w:r>
      <w:r>
        <w:rPr>
          <w:b w:val="0"/>
          <w:i w:val="0"/>
          <w:smallCaps w:val="0"/>
          <w:strike w:val="0"/>
          <w:u w:val="none"/>
        </w:rPr>
        <w:t>, July 22, 2024</w:t>
      </w:r>
    </w:p>
    <w:p>
      <w:pPr>
        <w:spacing w:after="60"/>
      </w:pPr>
      <w:r>
        <w:rPr>
          <w:b w:val="0"/>
          <w:i w:val="0"/>
          <w:smallCaps w:val="0"/>
          <w:strike w:val="0"/>
          <w:sz w:val="22"/>
          <w:u w:val="single"/>
        </w:rPr>
        <w:t>Ever since</w:t>
      </w:r>
      <w:r>
        <w:rPr>
          <w:b w:val="0"/>
          <w:i w:val="0"/>
          <w:smallCaps w:val="0"/>
          <w:strike w:val="0"/>
          <w:sz w:val="16"/>
          <w:u w:val="none"/>
        </w:rPr>
        <w:t xml:space="preserve"> Donald J. </w:t>
      </w:r>
      <w:r>
        <w:rPr>
          <w:b w:val="0"/>
          <w:i w:val="0"/>
          <w:smallCaps w:val="0"/>
          <w:strike w:val="0"/>
          <w:sz w:val="22"/>
          <w:u w:val="single"/>
        </w:rPr>
        <w:t>Trump won</w:t>
      </w:r>
      <w:r>
        <w:rPr>
          <w:b w:val="0"/>
          <w:i w:val="0"/>
          <w:smallCaps w:val="0"/>
          <w:strike w:val="0"/>
          <w:sz w:val="16"/>
          <w:u w:val="none"/>
        </w:rPr>
        <w:t xml:space="preserve"> the presidency, </w:t>
      </w:r>
      <w:r>
        <w:rPr>
          <w:b w:val="0"/>
          <w:i w:val="0"/>
          <w:smallCaps w:val="0"/>
          <w:strike w:val="0"/>
          <w:sz w:val="22"/>
          <w:u w:val="single"/>
        </w:rPr>
        <w:t>Democrats</w:t>
      </w:r>
      <w:r>
        <w:rPr>
          <w:b w:val="0"/>
          <w:i w:val="0"/>
          <w:smallCaps w:val="0"/>
          <w:strike w:val="0"/>
          <w:sz w:val="16"/>
          <w:u w:val="none"/>
        </w:rPr>
        <w:t xml:space="preserve"> have stuck to a winning electoral </w:t>
      </w:r>
      <w:r>
        <w:rPr>
          <w:b w:val="0"/>
          <w:i w:val="0"/>
          <w:smallCaps w:val="0"/>
          <w:strike w:val="0"/>
          <w:sz w:val="22"/>
          <w:u w:val="single"/>
        </w:rPr>
        <w:t>playbook</w:t>
      </w:r>
      <w:r>
        <w:rPr>
          <w:b w:val="0"/>
          <w:i w:val="0"/>
          <w:smallCaps w:val="0"/>
          <w:strike w:val="0"/>
          <w:sz w:val="16"/>
          <w:u w:val="none"/>
        </w:rPr>
        <w:t xml:space="preserve">: From congressional races to presidential ones, they’ve nominated well-liked, moderate candidates who could </w:t>
      </w:r>
      <w:r>
        <w:rPr>
          <w:b w:val="0"/>
          <w:i w:val="0"/>
          <w:smallCaps w:val="0"/>
          <w:strike w:val="0"/>
          <w:sz w:val="22"/>
          <w:u w:val="single"/>
        </w:rPr>
        <w:t>appeal to nearly any voter who disliked</w:t>
      </w:r>
      <w:r>
        <w:rPr>
          <w:b w:val="0"/>
          <w:i w:val="0"/>
          <w:smallCaps w:val="0"/>
          <w:strike w:val="0"/>
          <w:sz w:val="16"/>
          <w:u w:val="none"/>
        </w:rPr>
        <w:t xml:space="preserve"> Mr. </w:t>
      </w:r>
      <w:r>
        <w:rPr>
          <w:b w:val="0"/>
          <w:i w:val="0"/>
          <w:smallCaps w:val="0"/>
          <w:strike w:val="0"/>
          <w:sz w:val="22"/>
          <w:u w:val="single"/>
        </w:rPr>
        <w:t>Trump</w:t>
      </w:r>
      <w:r>
        <w:rPr>
          <w:b w:val="0"/>
          <w:i w:val="0"/>
          <w:smallCaps w:val="0"/>
          <w:strike w:val="0"/>
          <w:sz w:val="16"/>
          <w:u w:val="none"/>
        </w:rPr>
        <w:t xml:space="preserve"> and his allies.</w:t>
      </w:r>
    </w:p>
    <w:p>
      <w:pPr>
        <w:spacing w:after="60"/>
      </w:pPr>
      <w:r>
        <w:rPr>
          <w:b w:val="0"/>
          <w:i w:val="0"/>
          <w:smallCaps w:val="0"/>
          <w:strike w:val="0"/>
          <w:sz w:val="22"/>
          <w:u w:val="single"/>
        </w:rPr>
        <w:t>It hasn’t always been easy for Democrats to follow this playbook.</w:t>
      </w:r>
      <w:r>
        <w:rPr>
          <w:b w:val="0"/>
          <w:i w:val="0"/>
          <w:smallCaps w:val="0"/>
          <w:strike w:val="0"/>
          <w:sz w:val="16"/>
          <w:u w:val="none"/>
        </w:rPr>
        <w:t xml:space="preserve"> But when the stakes have been highest, </w:t>
      </w:r>
      <w:r>
        <w:rPr>
          <w:b w:val="0"/>
          <w:i w:val="0"/>
          <w:smallCaps w:val="0"/>
          <w:strike w:val="0"/>
          <w:sz w:val="22"/>
          <w:u w:val="single"/>
        </w:rPr>
        <w:t>they’ve managed to do so</w:t>
      </w:r>
      <w:r>
        <w:rPr>
          <w:b w:val="0"/>
          <w:i w:val="0"/>
          <w:smallCaps w:val="0"/>
          <w:strike w:val="0"/>
          <w:sz w:val="16"/>
          <w:u w:val="none"/>
        </w:rPr>
        <w:t xml:space="preserve"> — from preventing the nomination of Bernie Sanders by elevating Joe Biden four years ago, to pushing Mr. Biden to abandon his re-election campaign.</w:t>
      </w:r>
    </w:p>
    <w:p>
      <w:pPr>
        <w:spacing w:after="60"/>
      </w:pPr>
      <w:r>
        <w:rPr>
          <w:b w:val="0"/>
          <w:i w:val="0"/>
          <w:smallCaps w:val="0"/>
          <w:strike w:val="0"/>
          <w:sz w:val="16"/>
          <w:u w:val="none"/>
        </w:rPr>
        <w:t xml:space="preserve">With President Biden bowing out of the race Sunday and endorsing Vice President Kamala Harris, </w:t>
      </w:r>
      <w:r>
        <w:rPr>
          <w:b w:val="0"/>
          <w:i w:val="0"/>
          <w:smallCaps w:val="0"/>
          <w:strike w:val="0"/>
          <w:sz w:val="22"/>
          <w:u w:val="single"/>
        </w:rPr>
        <w:t>Democrats still won’t find it easy to follow their time-tested approach.</w:t>
      </w:r>
      <w:r>
        <w:rPr>
          <w:b w:val="0"/>
          <w:i w:val="0"/>
          <w:smallCaps w:val="0"/>
          <w:strike w:val="0"/>
          <w:sz w:val="16"/>
          <w:u w:val="none"/>
        </w:rPr>
        <w:t xml:space="preserve"> Many </w:t>
      </w:r>
      <w:r>
        <w:rPr>
          <w:b w:val="0"/>
          <w:i w:val="0"/>
          <w:smallCaps w:val="0"/>
          <w:strike w:val="0"/>
          <w:sz w:val="22"/>
          <w:u w:val="single"/>
        </w:rPr>
        <w:t>Democrats</w:t>
      </w:r>
      <w:r>
        <w:rPr>
          <w:b w:val="0"/>
          <w:i w:val="0"/>
          <w:smallCaps w:val="0"/>
          <w:strike w:val="0"/>
          <w:sz w:val="16"/>
          <w:u w:val="none"/>
        </w:rPr>
        <w:t xml:space="preserve"> </w:t>
      </w:r>
      <w:r>
        <w:rPr>
          <w:b w:val="0"/>
          <w:i w:val="0"/>
          <w:smallCaps w:val="0"/>
          <w:strike w:val="0"/>
          <w:sz w:val="22"/>
          <w:u w:val="single"/>
        </w:rPr>
        <w:t>have coalesced behind Ms. Harris, but she doesn’t start the campaign as the kind of broadly acceptable candidate Democrats have put forward to great success during the Trump era.</w:t>
      </w:r>
    </w:p>
    <w:p>
      <w:pPr>
        <w:spacing w:after="60"/>
      </w:pPr>
      <w:r>
        <w:rPr>
          <w:b w:val="0"/>
          <w:i w:val="0"/>
          <w:smallCaps w:val="0"/>
          <w:strike w:val="0"/>
          <w:sz w:val="16"/>
          <w:u w:val="none"/>
        </w:rPr>
        <w:t>At the outset, one enormous caveat is necessary: Ms. Harris became a candidate for president only on Sunday. She will have every opportunity to reintroduce herself to the nation, distinguish herself from Mr. Biden and rally Democratic voters in the weeks ahead. Similarly, her opposition will have every opportunity to criticize her handling of the border or her support for a ban on fracking or for Medicare for All. In the end, her standing could easily change for the better — or worse.</w:t>
      </w:r>
    </w:p>
    <w:p>
      <w:pPr>
        <w:spacing w:after="60"/>
      </w:pPr>
      <w:r>
        <w:rPr>
          <w:b w:val="0"/>
          <w:i w:val="0"/>
          <w:smallCaps w:val="0"/>
          <w:strike w:val="0"/>
          <w:sz w:val="16"/>
          <w:u w:val="none"/>
        </w:rPr>
        <w:t xml:space="preserve">But a </w:t>
      </w:r>
      <w:r>
        <w:rPr>
          <w:b w:val="0"/>
          <w:i w:val="0"/>
          <w:smallCaps w:val="0"/>
          <w:strike w:val="0"/>
          <w:sz w:val="22"/>
          <w:u w:val="single"/>
        </w:rPr>
        <w:t xml:space="preserve">majority of voters have long had an </w:t>
      </w:r>
      <w:r>
        <w:rPr>
          <w:b/>
          <w:i w:val="0"/>
          <w:smallCaps w:val="0"/>
          <w:strike w:val="0"/>
          <w:sz w:val="22"/>
          <w:u w:val="single"/>
        </w:rPr>
        <w:t>unfavorable</w:t>
      </w:r>
      <w:r>
        <w:rPr>
          <w:b w:val="0"/>
          <w:i w:val="0"/>
          <w:smallCaps w:val="0"/>
          <w:strike w:val="0"/>
          <w:sz w:val="22"/>
          <w:u w:val="single"/>
        </w:rPr>
        <w:t xml:space="preserve"> view of her</w:t>
      </w:r>
      <w:r>
        <w:rPr>
          <w:b w:val="0"/>
          <w:i w:val="0"/>
          <w:smallCaps w:val="0"/>
          <w:strike w:val="0"/>
          <w:sz w:val="16"/>
          <w:u w:val="none"/>
        </w:rPr>
        <w:t xml:space="preserve">. </w:t>
      </w:r>
      <w:r>
        <w:rPr>
          <w:b w:val="0"/>
          <w:i w:val="0"/>
          <w:smallCaps w:val="0"/>
          <w:strike w:val="0"/>
          <w:sz w:val="22"/>
          <w:u w:val="single"/>
        </w:rPr>
        <w:t>She has trailed</w:t>
      </w:r>
      <w:r>
        <w:rPr>
          <w:b w:val="0"/>
          <w:i w:val="0"/>
          <w:smallCaps w:val="0"/>
          <w:strike w:val="0"/>
          <w:sz w:val="16"/>
          <w:u w:val="none"/>
        </w:rPr>
        <w:t xml:space="preserve"> Mr. </w:t>
      </w:r>
      <w:r>
        <w:rPr>
          <w:b w:val="0"/>
          <w:i w:val="0"/>
          <w:smallCaps w:val="0"/>
          <w:strike w:val="0"/>
          <w:sz w:val="22"/>
          <w:u w:val="single"/>
        </w:rPr>
        <w:t>Trump</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nearly </w:t>
      </w:r>
      <w:r>
        <w:rPr>
          <w:b w:val="0"/>
          <w:i w:val="0"/>
          <w:smallCaps w:val="0"/>
          <w:strike w:val="0"/>
          <w:sz w:val="22"/>
          <w:u w:val="single"/>
        </w:rPr>
        <w:t>every</w:t>
      </w:r>
      <w:r>
        <w:rPr>
          <w:b w:val="0"/>
          <w:i w:val="0"/>
          <w:smallCaps w:val="0"/>
          <w:strike w:val="0"/>
          <w:sz w:val="16"/>
          <w:u w:val="none"/>
        </w:rPr>
        <w:t xml:space="preserve"> national and </w:t>
      </w:r>
      <w:r>
        <w:rPr>
          <w:b/>
          <w:i w:val="0"/>
          <w:smallCaps w:val="0"/>
          <w:strike w:val="0"/>
          <w:sz w:val="22"/>
          <w:u w:val="single"/>
        </w:rPr>
        <w:t>battleground</w:t>
      </w:r>
      <w:r>
        <w:rPr>
          <w:b w:val="0"/>
          <w:i w:val="0"/>
          <w:smallCaps w:val="0"/>
          <w:strike w:val="0"/>
          <w:sz w:val="16"/>
          <w:u w:val="none"/>
        </w:rPr>
        <w:t xml:space="preserve"> state </w:t>
      </w:r>
      <w:r>
        <w:rPr>
          <w:b w:val="0"/>
          <w:i w:val="0"/>
          <w:smallCaps w:val="0"/>
          <w:strike w:val="0"/>
          <w:sz w:val="22"/>
          <w:u w:val="single"/>
        </w:rPr>
        <w:t>poll</w:t>
      </w:r>
      <w:r>
        <w:rPr>
          <w:b w:val="0"/>
          <w:i w:val="0"/>
          <w:smallCaps w:val="0"/>
          <w:strike w:val="0"/>
          <w:sz w:val="16"/>
          <w:u w:val="none"/>
        </w:rPr>
        <w:t xml:space="preserve"> conducted so far this year. In the most </w:t>
      </w:r>
      <w:r>
        <w:rPr>
          <w:b w:val="0"/>
          <w:i w:val="0"/>
          <w:smallCaps w:val="0"/>
          <w:strike w:val="0"/>
          <w:sz w:val="22"/>
          <w:u w:val="single"/>
        </w:rPr>
        <w:t>recent</w:t>
      </w:r>
      <w:r>
        <w:rPr>
          <w:b w:val="0"/>
          <w:i w:val="0"/>
          <w:smallCaps w:val="0"/>
          <w:strike w:val="0"/>
          <w:sz w:val="16"/>
          <w:u w:val="none"/>
        </w:rPr>
        <w:t xml:space="preserve"> New York Times/Siena College </w:t>
      </w:r>
      <w:r>
        <w:rPr>
          <w:b w:val="0"/>
          <w:i w:val="0"/>
          <w:smallCaps w:val="0"/>
          <w:strike w:val="0"/>
          <w:sz w:val="22"/>
          <w:u w:val="single"/>
        </w:rPr>
        <w:t xml:space="preserve">poll of Pennsylvania, just 42 percent of likely voters said they viewed Ms. Harris favorably </w:t>
      </w:r>
      <w:r>
        <w:rPr>
          <w:b w:val="0"/>
          <w:i w:val="0"/>
          <w:smallCaps w:val="0"/>
          <w:strike w:val="0"/>
          <w:sz w:val="16"/>
          <w:u w:val="none"/>
        </w:rPr>
        <w:t xml:space="preserve">— well </w:t>
      </w:r>
      <w:r>
        <w:rPr>
          <w:b w:val="0"/>
          <w:i w:val="0"/>
          <w:smallCaps w:val="0"/>
          <w:strike w:val="0"/>
          <w:sz w:val="22"/>
          <w:u w:val="single"/>
        </w:rPr>
        <w:t>short of the 51 percent</w:t>
      </w:r>
      <w:r>
        <w:rPr>
          <w:b w:val="0"/>
          <w:i w:val="0"/>
          <w:smallCaps w:val="0"/>
          <w:strike w:val="0"/>
          <w:sz w:val="16"/>
          <w:u w:val="none"/>
        </w:rPr>
        <w:t xml:space="preserve"> who had a favorable view </w:t>
      </w:r>
      <w:r>
        <w:rPr>
          <w:b w:val="0"/>
          <w:i w:val="0"/>
          <w:smallCaps w:val="0"/>
          <w:strike w:val="0"/>
          <w:sz w:val="22"/>
          <w:u w:val="single"/>
        </w:rPr>
        <w:t>of</w:t>
      </w:r>
      <w:r>
        <w:rPr>
          <w:b w:val="0"/>
          <w:i w:val="0"/>
          <w:smallCaps w:val="0"/>
          <w:strike w:val="0"/>
          <w:sz w:val="16"/>
          <w:u w:val="none"/>
        </w:rPr>
        <w:t xml:space="preserve"> Mr. </w:t>
      </w:r>
      <w:r>
        <w:rPr>
          <w:b w:val="0"/>
          <w:i w:val="0"/>
          <w:smallCaps w:val="0"/>
          <w:strike w:val="0"/>
          <w:sz w:val="22"/>
          <w:u w:val="single"/>
        </w:rPr>
        <w:t>Biden</w:t>
      </w:r>
      <w:r>
        <w:rPr>
          <w:b w:val="0"/>
          <w:i w:val="0"/>
          <w:smallCaps w:val="0"/>
          <w:strike w:val="0"/>
          <w:sz w:val="16"/>
          <w:u w:val="none"/>
        </w:rPr>
        <w:t xml:space="preserve"> in the state ahead of the 2020 election. </w:t>
      </w:r>
      <w:r>
        <w:rPr>
          <w:b w:val="0"/>
          <w:i w:val="0"/>
          <w:smallCaps w:val="0"/>
          <w:strike w:val="0"/>
          <w:sz w:val="22"/>
          <w:u w:val="single"/>
        </w:rPr>
        <w:t>It’s even lower than the 46 percent who said the same for Mr. Trump in the recent poll.</w:t>
      </w:r>
    </w:p>
    <w:p>
      <w:pPr>
        <w:spacing w:after="60"/>
      </w:pPr>
      <w:r>
        <w:rPr>
          <w:b w:val="0"/>
          <w:i w:val="0"/>
          <w:smallCaps w:val="0"/>
          <w:strike w:val="0"/>
          <w:sz w:val="22"/>
          <w:u w:val="single"/>
        </w:rPr>
        <w:t>With numbers like these, a Harris-Trump matchup doesn’t look much like</w:t>
      </w:r>
      <w:r>
        <w:rPr>
          <w:b w:val="0"/>
          <w:i w:val="0"/>
          <w:smallCaps w:val="0"/>
          <w:strike w:val="0"/>
          <w:sz w:val="16"/>
          <w:u w:val="none"/>
        </w:rPr>
        <w:t xml:space="preserve"> the 2020 presidential election, </w:t>
      </w:r>
      <w:r>
        <w:rPr>
          <w:b w:val="0"/>
          <w:i w:val="0"/>
          <w:smallCaps w:val="0"/>
          <w:strike w:val="0"/>
          <w:sz w:val="22"/>
          <w:u w:val="single"/>
        </w:rPr>
        <w:t>when</w:t>
      </w:r>
      <w:r>
        <w:rPr>
          <w:b w:val="0"/>
          <w:i w:val="0"/>
          <w:smallCaps w:val="0"/>
          <w:strike w:val="0"/>
          <w:sz w:val="16"/>
          <w:u w:val="none"/>
        </w:rPr>
        <w:t xml:space="preserve"> Mr. </w:t>
      </w:r>
      <w:r>
        <w:rPr>
          <w:b w:val="0"/>
          <w:i w:val="0"/>
          <w:smallCaps w:val="0"/>
          <w:strike w:val="0"/>
          <w:sz w:val="22"/>
          <w:u w:val="single"/>
        </w:rPr>
        <w:t>Biden prevailed</w:t>
      </w:r>
      <w:r>
        <w:rPr>
          <w:b w:val="0"/>
          <w:i w:val="0"/>
          <w:smallCaps w:val="0"/>
          <w:strike w:val="0"/>
          <w:sz w:val="16"/>
          <w:u w:val="none"/>
        </w:rPr>
        <w:t xml:space="preserve"> as a moderate candidate who was liked by a majority of voters. Instead, it’s more like the Biden-Trump contest of a month ago, before the debate, when Mr. </w:t>
      </w:r>
      <w:r>
        <w:rPr>
          <w:b w:val="0"/>
          <w:i w:val="0"/>
          <w:smallCaps w:val="0"/>
          <w:strike w:val="0"/>
          <w:sz w:val="22"/>
          <w:u w:val="single"/>
        </w:rPr>
        <w:t xml:space="preserve">Trump led </w:t>
      </w:r>
      <w:r>
        <w:rPr>
          <w:b w:val="0"/>
          <w:i w:val="0"/>
          <w:smallCaps w:val="0"/>
          <w:strike w:val="0"/>
          <w:sz w:val="22"/>
          <w:u w:val="single"/>
        </w:rPr>
        <w:t>narrowly</w:t>
      </w:r>
      <w:r>
        <w:rPr>
          <w:b w:val="0"/>
          <w:i w:val="0"/>
          <w:smallCaps w:val="0"/>
          <w:strike w:val="0"/>
          <w:sz w:val="22"/>
          <w:u w:val="single"/>
        </w:rPr>
        <w:t xml:space="preserve"> and the race seemed poised to be decided by the fickle voters</w:t>
      </w:r>
      <w:r>
        <w:rPr>
          <w:b w:val="0"/>
          <w:i w:val="0"/>
          <w:smallCaps w:val="0"/>
          <w:strike w:val="0"/>
          <w:sz w:val="16"/>
          <w:u w:val="none"/>
        </w:rPr>
        <w:t xml:space="preserve"> who dislike both candidates — the so-called double haters.</w:t>
      </w:r>
    </w:p>
    <w:p>
      <w:pPr>
        <w:spacing w:after="60"/>
      </w:pPr>
      <w:r>
        <w:rPr>
          <w:b w:val="0"/>
          <w:i w:val="0"/>
          <w:smallCaps w:val="0"/>
          <w:strike w:val="0"/>
          <w:sz w:val="16"/>
          <w:u w:val="none"/>
        </w:rPr>
        <w:t>A year ago, many Democrats weren’t alarmed by the prospect of running an unpopular candidate like Mr. Biden (or presumably Ms. Harris) against Mr. Trump. Back then, many asserted that America had an anti-MAGA majority; in this view, it was all but impossible for Mr. Trump to win the presidency, despite Mr. Biden’s poor job approval ratings. As late as this spring, Mr. Biden’s team comforted itself with the assumption that the election would ultimately be about democracy and therefore he would prevail, despite his obvious liabilities.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