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bill will pass—</w:t>
      </w:r>
      <w:r>
        <w:rPr>
          <w:b/>
          <w:i w:val="0"/>
          <w:smallCaps w:val="0"/>
          <w:strike w:val="0"/>
          <w:sz w:val="26"/>
          <w:u w:val="single"/>
        </w:rPr>
        <w:t>530 ag organizations</w:t>
      </w:r>
      <w:r>
        <w:rPr>
          <w:b/>
          <w:i w:val="0"/>
          <w:smallCaps w:val="0"/>
          <w:strike w:val="0"/>
          <w:sz w:val="26"/>
          <w:u w:val="none"/>
        </w:rPr>
        <w:t xml:space="preserve"> signed on to a letter to Congress asking them to pass it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Haylie </w:t>
      </w:r>
      <w:r>
        <w:rPr>
          <w:b/>
          <w:i w:val="0"/>
          <w:smallCaps w:val="0"/>
          <w:strike w:val="0"/>
          <w:sz w:val="26"/>
          <w:u w:val="none"/>
        </w:rPr>
        <w:t>Shipp</w:t>
      </w:r>
      <w:r>
        <w:rPr>
          <w:b/>
          <w:i w:val="0"/>
          <w:smallCaps w:val="0"/>
          <w:strike w:val="0"/>
          <w:sz w:val="26"/>
          <w:u w:val="none"/>
        </w:rPr>
        <w:t xml:space="preserve"> 7/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 2010</w:t>
      </w:r>
      <w:r>
        <w:rPr>
          <w:b w:val="0"/>
          <w:i w:val="0"/>
          <w:smallCaps w:val="0"/>
          <w:strike w:val="0"/>
          <w:u w:val="none"/>
        </w:rPr>
        <w:t xml:space="preserve"> recipient of</w:t>
      </w:r>
      <w:r>
        <w:rPr>
          <w:b w:val="0"/>
          <w:i w:val="0"/>
          <w:smallCaps w:val="0"/>
          <w:strike w:val="0"/>
          <w:u w:val="none"/>
        </w:rPr>
        <w:t xml:space="preserve"> the Horizon Award from the National Association of Farm Broadcasting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/>
          <w:smallCaps w:val="0"/>
          <w:strike w:val="0"/>
          <w:u w:val="none"/>
        </w:rPr>
        <w:t>AG INFORMATION NETWORK</w:t>
      </w:r>
      <w:r>
        <w:rPr>
          <w:b w:val="0"/>
          <w:i w:val="0"/>
          <w:smallCaps w:val="0"/>
          <w:strike w:val="0"/>
          <w:u w:val="none"/>
        </w:rPr>
        <w:t xml:space="preserve">; 7/24/24; </w:t>
      </w:r>
      <w:r>
        <w:rPr>
          <w:b w:val="0"/>
          <w:i w:val="0"/>
          <w:smallCaps w:val="0"/>
          <w:strike w:val="0"/>
          <w:u w:val="none"/>
        </w:rPr>
        <w:t>https://www.aginfo.net/report/60245/Southeast-Regional-Ag-News/Collaboration-Defined-Over-500-Orgs-Unite-for-New-Farm-Bill</w:t>
      </w:r>
      <w:r>
        <w:rPr>
          <w:b w:val="0"/>
          <w:i w:val="0"/>
          <w:smallCaps w:val="0"/>
          <w:strike w:val="0"/>
          <w:u w:val="none"/>
        </w:rPr>
        <w:t>; //AR!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A</w:t>
      </w:r>
      <w:r>
        <w:rPr>
          <w:b w:val="0"/>
          <w:i w:val="0"/>
          <w:smallCaps w:val="0"/>
          <w:strike w:val="0"/>
          <w:u w:val="single"/>
        </w:rPr>
        <w:t xml:space="preserve">merican </w:t>
      </w:r>
      <w:r>
        <w:rPr>
          <w:b w:val="0"/>
          <w:i w:val="0"/>
          <w:smallCaps w:val="0"/>
          <w:strike w:val="0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u w:val="single"/>
        </w:rPr>
        <w:t xml:space="preserve">arm </w:t>
      </w:r>
      <w:r>
        <w:rPr>
          <w:b w:val="0"/>
          <w:i w:val="0"/>
          <w:smallCaps w:val="0"/>
          <w:strike w:val="0"/>
          <w:highlight w:val="cyan"/>
          <w:u w:val="single"/>
        </w:rPr>
        <w:t>B</w:t>
      </w:r>
      <w:r>
        <w:rPr>
          <w:b w:val="0"/>
          <w:i w:val="0"/>
          <w:smallCaps w:val="0"/>
          <w:strike w:val="0"/>
          <w:u w:val="single"/>
        </w:rPr>
        <w:t xml:space="preserve">ureau </w:t>
      </w:r>
      <w:r>
        <w:rPr>
          <w:b w:val="0"/>
          <w:i w:val="0"/>
          <w:smallCaps w:val="0"/>
          <w:strike w:val="0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u w:val="single"/>
        </w:rPr>
        <w:t xml:space="preserve">ederation,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529 other organizations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u w:val="single"/>
        </w:rPr>
        <w:t xml:space="preserve"> now joined together to tell lawmakers that programs that benefit every family in American are </w:t>
      </w:r>
      <w:r>
        <w:rPr>
          <w:b/>
          <w:i w:val="0"/>
          <w:smallCaps w:val="0"/>
          <w:strike w:val="0"/>
          <w:sz w:val="22"/>
          <w:u w:val="single"/>
        </w:rPr>
        <w:t>too important</w:t>
      </w:r>
      <w:r>
        <w:rPr>
          <w:b w:val="0"/>
          <w:i w:val="0"/>
          <w:smallCaps w:val="0"/>
          <w:strike w:val="0"/>
          <w:u w:val="single"/>
        </w:rPr>
        <w:t xml:space="preserve"> to put off any longer.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Joe Gilson, director of congressional relations for AFBF says the letter is urging Congress to pass a modernized farm bill…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“If we do not pass a new farm bill and push it to the next Congress there are significant legislative and administrative duties in a new Congress, and it's just going to be pushed down the road even further.”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Gilson says every American is impacted by the farm bill…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“There are so many parts of the farm bill that touch Americans, from growing food to nutrition for </w:t>
      </w:r>
      <w:r>
        <w:rPr>
          <w:b w:val="0"/>
          <w:i w:val="0"/>
          <w:smallCaps w:val="0"/>
          <w:strike w:val="0"/>
          <w:sz w:val="16"/>
          <w:u w:val="none"/>
        </w:rPr>
        <w:t>low income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families, to making sure we have the resources to properly take care of the environment.”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fact that </w:t>
      </w:r>
      <w:r>
        <w:rPr>
          <w:b/>
          <w:i w:val="0"/>
          <w:smallCaps w:val="0"/>
          <w:strike w:val="0"/>
          <w:sz w:val="22"/>
          <w:u w:val="single"/>
        </w:rPr>
        <w:t>more than 500 groups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signed 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the letter should </w:t>
      </w:r>
      <w:r>
        <w:rPr>
          <w:b w:val="0"/>
          <w:i w:val="0"/>
          <w:smallCaps w:val="0"/>
          <w:strike w:val="0"/>
          <w:highlight w:val="cyan"/>
          <w:u w:val="single"/>
        </w:rPr>
        <w:t>tell Congress</w:t>
      </w:r>
      <w:r>
        <w:rPr>
          <w:b w:val="0"/>
          <w:i w:val="0"/>
          <w:smallCaps w:val="0"/>
          <w:strike w:val="0"/>
          <w:u w:val="single"/>
        </w:rPr>
        <w:t xml:space="preserve"> how important this is</w:t>
      </w:r>
      <w:r>
        <w:rPr>
          <w:b w:val="0"/>
          <w:i w:val="0"/>
          <w:smallCaps w:val="0"/>
          <w:strike w:val="0"/>
          <w:sz w:val="16"/>
          <w:u w:val="none"/>
        </w:rPr>
        <w:t>…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 think it tells Congress that there is still a need to pass a bill this year, and I know that this whole Congress, people have been telling them that. </w:t>
      </w:r>
      <w:r>
        <w:rPr>
          <w:b w:val="0"/>
          <w:i w:val="0"/>
          <w:smallCaps w:val="0"/>
          <w:strike w:val="0"/>
          <w:u w:val="single"/>
        </w:rPr>
        <w:t xml:space="preserve">And I think we just wanted to make the point that we haven’t given up yet. We still think, with the right leadership,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they can advance this bill</w:t>
      </w:r>
      <w:r>
        <w:rPr>
          <w:b w:val="0"/>
          <w:i w:val="0"/>
          <w:smallCaps w:val="0"/>
          <w:strike w:val="0"/>
          <w:u w:val="single"/>
        </w:rPr>
        <w:t xml:space="preserve"> and get something done.”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