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Bill must pass—otherwise, we risk </w:t>
      </w:r>
      <w:r>
        <w:rPr>
          <w:b/>
          <w:i w:val="0"/>
          <w:smallCaps w:val="0"/>
          <w:strike w:val="0"/>
          <w:sz w:val="26"/>
          <w:u w:val="none"/>
        </w:rPr>
        <w:t>food</w:t>
      </w:r>
      <w:r>
        <w:rPr>
          <w:b/>
          <w:i w:val="0"/>
          <w:smallCaps w:val="0"/>
          <w:strike w:val="0"/>
          <w:sz w:val="26"/>
          <w:u w:val="none"/>
        </w:rPr>
        <w:t xml:space="preserve"> </w:t>
      </w:r>
      <w:r>
        <w:rPr>
          <w:b/>
          <w:i w:val="0"/>
          <w:smallCaps w:val="0"/>
          <w:strike w:val="0"/>
          <w:sz w:val="26"/>
          <w:u w:val="single"/>
        </w:rPr>
        <w:t>and</w:t>
      </w:r>
      <w:r>
        <w:rPr>
          <w:b/>
          <w:i w:val="0"/>
          <w:smallCaps w:val="0"/>
          <w:strike w:val="0"/>
          <w:sz w:val="26"/>
          <w:u w:val="none"/>
        </w:rPr>
        <w:t xml:space="preserve"> </w:t>
      </w:r>
      <w:r>
        <w:rPr>
          <w:b/>
          <w:i w:val="0"/>
          <w:smallCaps w:val="0"/>
          <w:strike w:val="0"/>
          <w:sz w:val="26"/>
          <w:u w:val="none"/>
        </w:rPr>
        <w:t>national security</w:t>
      </w:r>
    </w:p>
    <w:p>
      <w:pPr>
        <w:spacing w:after="80"/>
      </w:pPr>
      <w:r>
        <w:rPr>
          <w:b w:val="0"/>
          <w:i w:val="0"/>
          <w:smallCaps w:val="0"/>
          <w:strike w:val="0"/>
          <w:u w:val="none"/>
        </w:rPr>
        <w:t xml:space="preserve">John </w:t>
      </w:r>
      <w:r>
        <w:rPr>
          <w:b/>
          <w:i w:val="0"/>
          <w:smallCaps w:val="0"/>
          <w:strike w:val="0"/>
          <w:sz w:val="26"/>
          <w:u w:val="none"/>
        </w:rPr>
        <w:t xml:space="preserve">Rose </w:t>
      </w:r>
      <w:r>
        <w:rPr>
          <w:b/>
          <w:i w:val="0"/>
          <w:smallCaps w:val="0"/>
          <w:strike w:val="0"/>
          <w:sz w:val="26"/>
          <w:u w:val="none"/>
        </w:rPr>
        <w:t>’</w:t>
      </w:r>
      <w:r>
        <w:rPr>
          <w:b/>
          <w:i w:val="0"/>
          <w:smallCaps w:val="0"/>
          <w:strike w:val="0"/>
          <w:sz w:val="26"/>
          <w:u w:val="none"/>
        </w:rPr>
        <w:t>24</w:t>
      </w:r>
      <w:r>
        <w:rPr>
          <w:b w:val="0"/>
          <w:i w:val="0"/>
          <w:smallCaps w:val="0"/>
          <w:strike w:val="0"/>
          <w:u w:val="none"/>
        </w:rPr>
        <w:t xml:space="preserve">; </w:t>
      </w:r>
      <w:r>
        <w:rPr>
          <w:b w:val="0"/>
          <w:i w:val="0"/>
          <w:smallCaps w:val="0"/>
          <w:strike w:val="0"/>
          <w:u w:val="none"/>
        </w:rPr>
        <w:t>Republican House member, currently serving his third term representing Tennessee’s Sixth Congressional District</w:t>
      </w:r>
      <w:r>
        <w:rPr>
          <w:b w:val="0"/>
          <w:i w:val="0"/>
          <w:smallCaps w:val="0"/>
          <w:strike w:val="0"/>
          <w:u w:val="none"/>
        </w:rPr>
        <w:t xml:space="preserve">; </w:t>
      </w:r>
      <w:r>
        <w:rPr>
          <w:b w:val="0"/>
          <w:i/>
          <w:smallCaps w:val="0"/>
          <w:strike w:val="0"/>
          <w:u w:val="none"/>
        </w:rPr>
        <w:t>The Tennessean</w:t>
      </w:r>
      <w:r>
        <w:rPr>
          <w:b w:val="0"/>
          <w:i w:val="0"/>
          <w:smallCaps w:val="0"/>
          <w:strike w:val="0"/>
          <w:u w:val="none"/>
        </w:rPr>
        <w:t>; “</w:t>
      </w:r>
      <w:r>
        <w:rPr>
          <w:b w:val="0"/>
          <w:i w:val="0"/>
          <w:smallCaps w:val="0"/>
          <w:strike w:val="0"/>
          <w:u w:val="none"/>
        </w:rPr>
        <w:t>Stop stalling. Farmers in Tennessee need Congress to pass the bipartisan Farm Bill</w:t>
      </w:r>
      <w:r>
        <w:rPr>
          <w:b w:val="0"/>
          <w:i w:val="0"/>
          <w:smallCaps w:val="0"/>
          <w:strike w:val="0"/>
          <w:u w:val="none"/>
        </w:rPr>
        <w:t xml:space="preserve">”; 7/23/24, </w:t>
      </w:r>
      <w:r>
        <w:rPr>
          <w:b w:val="0"/>
          <w:i w:val="0"/>
          <w:smallCaps w:val="0"/>
          <w:strike w:val="0"/>
          <w:u w:val="none"/>
        </w:rPr>
        <w:t>https://www.tennessean.com/story/opinion/contributors/2024/07/23/tennessee-farmers-congress-pass-bipartisan-farm-bill/74459838007/</w:t>
      </w:r>
      <w:r>
        <w:rPr>
          <w:b w:val="0"/>
          <w:i w:val="0"/>
          <w:smallCaps w:val="0"/>
          <w:strike w:val="0"/>
          <w:u w:val="none"/>
        </w:rPr>
        <w:t>; //AR!</w:t>
      </w:r>
    </w:p>
    <w:p>
      <w:pPr>
        <w:spacing w:after="60"/>
      </w:pPr>
      <w:r>
        <w:rPr>
          <w:b w:val="0"/>
          <w:i w:val="0"/>
          <w:smallCaps w:val="0"/>
          <w:strike w:val="0"/>
          <w:sz w:val="14"/>
          <w:u w:val="none"/>
        </w:rPr>
        <w:t>As a farmer and former Tennessee Agriculture commissioner</w:t>
      </w:r>
      <w:r>
        <w:rPr>
          <w:b w:val="0"/>
          <w:i w:val="0"/>
          <w:smallCaps w:val="0"/>
          <w:strike w:val="0"/>
          <w:u w:val="single"/>
        </w:rPr>
        <w:t xml:space="preserve">, I can attest that </w:t>
      </w:r>
      <w:r>
        <w:rPr>
          <w:b w:val="0"/>
          <w:i w:val="0"/>
          <w:smallCaps w:val="0"/>
          <w:strike w:val="0"/>
          <w:highlight w:val="cyan"/>
          <w:u w:val="single"/>
        </w:rPr>
        <w:t>providing</w:t>
      </w:r>
      <w:r>
        <w:rPr>
          <w:b w:val="0"/>
          <w:i w:val="0"/>
          <w:smallCaps w:val="0"/>
          <w:strike w:val="0"/>
          <w:u w:val="single"/>
        </w:rPr>
        <w:t xml:space="preserve"> the </w:t>
      </w:r>
      <w:r>
        <w:rPr>
          <w:b w:val="0"/>
          <w:i w:val="0"/>
          <w:smallCaps w:val="0"/>
          <w:strike w:val="0"/>
          <w:highlight w:val="cyan"/>
          <w:u w:val="single"/>
        </w:rPr>
        <w:t>food</w:t>
      </w:r>
      <w:r>
        <w:rPr>
          <w:b w:val="0"/>
          <w:i w:val="0"/>
          <w:smallCaps w:val="0"/>
          <w:strike w:val="0"/>
          <w:u w:val="single"/>
        </w:rPr>
        <w:t xml:space="preserve"> and fiber on which Americans depend requires long hours, taking risks, and enduring volatile markets.</w:t>
      </w:r>
    </w:p>
    <w:p>
      <w:pPr>
        <w:spacing w:after="60"/>
      </w:pPr>
      <w:r>
        <w:rPr>
          <w:b w:val="0"/>
          <w:i w:val="0"/>
          <w:smallCaps w:val="0"/>
          <w:strike w:val="0"/>
          <w:u w:val="single"/>
        </w:rPr>
        <w:t xml:space="preserve">It also </w:t>
      </w:r>
      <w:r>
        <w:rPr>
          <w:b/>
          <w:i w:val="0"/>
          <w:smallCaps w:val="0"/>
          <w:strike w:val="0"/>
          <w:sz w:val="22"/>
          <w:highlight w:val="cyan"/>
          <w:u w:val="single"/>
        </w:rPr>
        <w:t>requires support from Congress</w:t>
      </w:r>
      <w:r>
        <w:rPr>
          <w:b w:val="0"/>
          <w:i w:val="0"/>
          <w:smallCaps w:val="0"/>
          <w:strike w:val="0"/>
          <w:sz w:val="14"/>
          <w:u w:val="none"/>
        </w:rPr>
        <w:t xml:space="preserve">. With farmers and agriculture producers at the top of mind, </w:t>
      </w:r>
      <w:r>
        <w:rPr>
          <w:b w:val="0"/>
          <w:i w:val="0"/>
          <w:smallCaps w:val="0"/>
          <w:strike w:val="0"/>
          <w:u w:val="single"/>
        </w:rPr>
        <w:t xml:space="preserve">House Republicans delivered when the House Agriculture Committee (HAC) passed </w:t>
      </w:r>
      <w:r>
        <w:rPr>
          <w:b w:val="0"/>
          <w:i w:val="0"/>
          <w:smallCaps w:val="0"/>
          <w:strike w:val="0"/>
          <w:highlight w:val="cyan"/>
          <w:u w:val="single"/>
        </w:rPr>
        <w:t>the bipartisa</w:t>
      </w:r>
      <w:r>
        <w:rPr>
          <w:b w:val="0"/>
          <w:i w:val="0"/>
          <w:smallCaps w:val="0"/>
          <w:strike w:val="0"/>
          <w:u w:val="single"/>
        </w:rPr>
        <w:t>n “Farm, Food, and National Security Act of 2024,”</w:t>
      </w:r>
      <w:r>
        <w:rPr>
          <w:b w:val="0"/>
          <w:i w:val="0"/>
          <w:smallCaps w:val="0"/>
          <w:strike w:val="0"/>
          <w:sz w:val="14"/>
          <w:u w:val="none"/>
        </w:rPr>
        <w:t xml:space="preserve"> commonly referred to as the Farm Bill.</w:t>
      </w:r>
    </w:p>
    <w:p>
      <w:pPr>
        <w:spacing w:after="60"/>
      </w:pPr>
      <w:r>
        <w:rPr>
          <w:b w:val="0"/>
          <w:i w:val="0"/>
          <w:smallCaps w:val="0"/>
          <w:strike w:val="0"/>
          <w:sz w:val="14"/>
          <w:u w:val="none"/>
        </w:rPr>
        <w:t>Unlike most authorization bills in Congress, this legislation will be in effect for five years. It sets critical agriculture policy and authorizes the funding of farm safety net and nutrition assistance programs. It is one of the last bills in Congress that goes through regular order that touches every American. We knew we had to get it right.</w:t>
      </w:r>
    </w:p>
    <w:p>
      <w:pPr>
        <w:spacing w:after="60"/>
      </w:pPr>
      <w:r>
        <w:rPr>
          <w:b w:val="0"/>
          <w:i w:val="0"/>
          <w:smallCaps w:val="0"/>
          <w:strike w:val="0"/>
          <w:sz w:val="14"/>
          <w:u w:val="none"/>
        </w:rPr>
        <w:t>Farm Bill proposal expands crop insurance</w:t>
      </w:r>
    </w:p>
    <w:p>
      <w:pPr>
        <w:spacing w:after="60"/>
      </w:pPr>
      <w:r>
        <w:rPr>
          <w:b w:val="0"/>
          <w:i w:val="0"/>
          <w:smallCaps w:val="0"/>
          <w:strike w:val="0"/>
          <w:sz w:val="14"/>
          <w:u w:val="none"/>
        </w:rPr>
        <w:t>The Farm Bill passed by HAC Republicans and a block of Democrats is the product of a process spanning years of listening to stakeholders, including in Tennessee’s 6th Congressional District.</w:t>
      </w:r>
    </w:p>
    <w:p>
      <w:pPr>
        <w:spacing w:after="60"/>
      </w:pPr>
      <w:r>
        <w:rPr>
          <w:b w:val="0"/>
          <w:i w:val="0"/>
          <w:smallCaps w:val="0"/>
          <w:strike w:val="0"/>
          <w:sz w:val="14"/>
          <w:u w:val="none"/>
        </w:rPr>
        <w:t>Around 1,000 jammed the Farm Bureau Expo Center in Lebanon to attend the Future Farmers Association annual Ham Breakfast as part of the Wilson County Fair – Tennessee State Fair.</w:t>
      </w:r>
    </w:p>
    <w:p>
      <w:pPr>
        <w:spacing w:after="60"/>
      </w:pPr>
      <w:r>
        <w:rPr>
          <w:b w:val="0"/>
          <w:i w:val="0"/>
          <w:smallCaps w:val="0"/>
          <w:strike w:val="0"/>
          <w:sz w:val="14"/>
          <w:u w:val="none"/>
        </w:rPr>
        <w:t>In Lebanon last year, HAC Chairman G.T. Thompson and other committee members on both sides of the aisle attended a Farm Bill listening session. I want to thank every Tennessean who spoke about the needs of producers and Tennesseans. Your input was impactful.</w:t>
      </w:r>
    </w:p>
    <w:p>
      <w:pPr>
        <w:spacing w:after="60"/>
      </w:pPr>
      <w:r>
        <w:rPr>
          <w:b w:val="0"/>
          <w:i w:val="0"/>
          <w:smallCaps w:val="0"/>
          <w:strike w:val="0"/>
          <w:u w:val="single"/>
        </w:rPr>
        <w:t xml:space="preserve">Programs in the </w:t>
      </w:r>
      <w:r>
        <w:rPr>
          <w:b w:val="0"/>
          <w:i w:val="0"/>
          <w:smallCaps w:val="0"/>
          <w:strike w:val="0"/>
          <w:highlight w:val="cyan"/>
          <w:u w:val="single"/>
        </w:rPr>
        <w:t>Farm Bill</w:t>
      </w:r>
      <w:r>
        <w:rPr>
          <w:b w:val="0"/>
          <w:i w:val="0"/>
          <w:smallCaps w:val="0"/>
          <w:strike w:val="0"/>
          <w:u w:val="single"/>
        </w:rPr>
        <w:t xml:space="preserve">, like the Federal Crop Insurance Program, which </w:t>
      </w:r>
      <w:r>
        <w:rPr>
          <w:b w:val="0"/>
          <w:i w:val="0"/>
          <w:smallCaps w:val="0"/>
          <w:strike w:val="0"/>
          <w:highlight w:val="cyan"/>
          <w:u w:val="single"/>
        </w:rPr>
        <w:t>is</w:t>
      </w:r>
      <w:r>
        <w:rPr>
          <w:b w:val="0"/>
          <w:i w:val="0"/>
          <w:smallCaps w:val="0"/>
          <w:strike w:val="0"/>
          <w:u w:val="single"/>
        </w:rPr>
        <w:t xml:space="preserve"> the No. 1 risk-mitigating instrument producers have, are </w:t>
      </w:r>
      <w:r>
        <w:rPr>
          <w:b w:val="0"/>
          <w:i w:val="0"/>
          <w:smallCaps w:val="0"/>
          <w:strike w:val="0"/>
          <w:highlight w:val="cyan"/>
          <w:u w:val="single"/>
        </w:rPr>
        <w:t>critical to protecting</w:t>
      </w:r>
      <w:r>
        <w:rPr>
          <w:b w:val="0"/>
          <w:i w:val="0"/>
          <w:smallCaps w:val="0"/>
          <w:strike w:val="0"/>
          <w:u w:val="single"/>
        </w:rPr>
        <w:t xml:space="preserve"> </w:t>
      </w:r>
      <w:r>
        <w:rPr>
          <w:b w:val="0"/>
          <w:i w:val="0"/>
          <w:smallCaps w:val="0"/>
          <w:strike w:val="0"/>
          <w:highlight w:val="cyan"/>
          <w:u w:val="single"/>
        </w:rPr>
        <w:t xml:space="preserve">our </w:t>
      </w:r>
      <w:r>
        <w:rPr>
          <w:b/>
          <w:i w:val="0"/>
          <w:smallCaps w:val="0"/>
          <w:strike w:val="0"/>
          <w:sz w:val="22"/>
          <w:highlight w:val="cyan"/>
          <w:u w:val="single"/>
        </w:rPr>
        <w:t>nation’s food supply</w:t>
      </w:r>
      <w:r>
        <w:rPr>
          <w:b w:val="0"/>
          <w:i w:val="0"/>
          <w:smallCaps w:val="0"/>
          <w:strike w:val="0"/>
          <w:u w:val="single"/>
        </w:rPr>
        <w:t xml:space="preserve">. They provide risk protection </w:t>
      </w:r>
      <w:r>
        <w:rPr>
          <w:b w:val="0"/>
          <w:i w:val="0"/>
          <w:smallCaps w:val="0"/>
          <w:strike w:val="0"/>
          <w:highlight w:val="cyan"/>
          <w:u w:val="single"/>
        </w:rPr>
        <w:t>and</w:t>
      </w:r>
      <w:r>
        <w:rPr>
          <w:b w:val="0"/>
          <w:i w:val="0"/>
          <w:smallCaps w:val="0"/>
          <w:strike w:val="0"/>
          <w:u w:val="single"/>
        </w:rPr>
        <w:t xml:space="preserve"> other </w:t>
      </w:r>
      <w:r>
        <w:rPr>
          <w:b/>
          <w:i w:val="0"/>
          <w:smallCaps w:val="0"/>
          <w:strike w:val="0"/>
          <w:sz w:val="22"/>
          <w:highlight w:val="cyan"/>
          <w:u w:val="single"/>
        </w:rPr>
        <w:t>support for farmers</w:t>
      </w:r>
      <w:r>
        <w:rPr>
          <w:b w:val="0"/>
          <w:i w:val="0"/>
          <w:smallCaps w:val="0"/>
          <w:strike w:val="0"/>
          <w:u w:val="single"/>
        </w:rPr>
        <w:t xml:space="preserve"> </w:t>
      </w:r>
      <w:r>
        <w:rPr>
          <w:b w:val="0"/>
          <w:i w:val="0"/>
          <w:smallCaps w:val="0"/>
          <w:strike w:val="0"/>
          <w:highlight w:val="cyan"/>
          <w:u w:val="single"/>
        </w:rPr>
        <w:t>who experience natural disasters</w:t>
      </w:r>
      <w:r>
        <w:rPr>
          <w:b w:val="0"/>
          <w:i w:val="0"/>
          <w:smallCaps w:val="0"/>
          <w:strike w:val="0"/>
          <w:u w:val="single"/>
        </w:rPr>
        <w:t xml:space="preserve">, </w:t>
      </w:r>
      <w:r>
        <w:rPr>
          <w:b w:val="0"/>
          <w:i w:val="0"/>
          <w:smallCaps w:val="0"/>
          <w:strike w:val="0"/>
          <w:highlight w:val="cyan"/>
          <w:u w:val="single"/>
        </w:rPr>
        <w:t>adverse</w:t>
      </w:r>
      <w:r>
        <w:rPr>
          <w:b w:val="0"/>
          <w:i w:val="0"/>
          <w:smallCaps w:val="0"/>
          <w:strike w:val="0"/>
          <w:u w:val="single"/>
        </w:rPr>
        <w:t xml:space="preserve"> growing </w:t>
      </w:r>
      <w:r>
        <w:rPr>
          <w:b w:val="0"/>
          <w:i w:val="0"/>
          <w:smallCaps w:val="0"/>
          <w:strike w:val="0"/>
          <w:highlight w:val="cyan"/>
          <w:u w:val="single"/>
        </w:rPr>
        <w:t>conditions</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/or </w:t>
      </w:r>
      <w:r>
        <w:rPr>
          <w:b w:val="0"/>
          <w:i w:val="0"/>
          <w:smallCaps w:val="0"/>
          <w:strike w:val="0"/>
          <w:highlight w:val="cyan"/>
          <w:u w:val="single"/>
        </w:rPr>
        <w:t>fluctuations</w:t>
      </w:r>
      <w:r>
        <w:rPr>
          <w:b w:val="0"/>
          <w:i w:val="0"/>
          <w:smallCaps w:val="0"/>
          <w:strike w:val="0"/>
          <w:u w:val="single"/>
        </w:rPr>
        <w:t xml:space="preserve"> </w:t>
      </w:r>
      <w:r>
        <w:rPr>
          <w:b w:val="0"/>
          <w:i w:val="0"/>
          <w:smallCaps w:val="0"/>
          <w:strike w:val="0"/>
          <w:highlight w:val="cyan"/>
          <w:u w:val="single"/>
        </w:rPr>
        <w:t>in</w:t>
      </w:r>
      <w:r>
        <w:rPr>
          <w:b w:val="0"/>
          <w:i w:val="0"/>
          <w:smallCaps w:val="0"/>
          <w:strike w:val="0"/>
          <w:u w:val="single"/>
        </w:rPr>
        <w:t xml:space="preserve"> </w:t>
      </w:r>
      <w:r>
        <w:rPr>
          <w:b w:val="0"/>
          <w:i w:val="0"/>
          <w:smallCaps w:val="0"/>
          <w:strike w:val="0"/>
          <w:highlight w:val="cyan"/>
          <w:u w:val="single"/>
        </w:rPr>
        <w:t>market prices</w:t>
      </w:r>
      <w:r>
        <w:rPr>
          <w:b w:val="0"/>
          <w:i w:val="0"/>
          <w:smallCaps w:val="0"/>
          <w:strike w:val="0"/>
          <w:u w:val="single"/>
        </w:rPr>
        <w:t xml:space="preserve">. In their current form, the coverage options are far from meeting the </w:t>
      </w:r>
      <w:r>
        <w:rPr>
          <w:b/>
          <w:i w:val="0"/>
          <w:smallCaps w:val="0"/>
          <w:strike w:val="0"/>
          <w:sz w:val="22"/>
          <w:u w:val="single"/>
        </w:rPr>
        <w:t>growing needs</w:t>
      </w:r>
      <w:r>
        <w:rPr>
          <w:b w:val="0"/>
          <w:i w:val="0"/>
          <w:smallCaps w:val="0"/>
          <w:strike w:val="0"/>
          <w:u w:val="single"/>
        </w:rPr>
        <w:t xml:space="preserve"> of our nation’s producers. </w:t>
      </w:r>
      <w:r>
        <w:rPr>
          <w:b w:val="0"/>
          <w:i w:val="0"/>
          <w:smallCaps w:val="0"/>
          <w:strike w:val="0"/>
          <w:sz w:val="14"/>
          <w:u w:val="none"/>
        </w:rPr>
        <w:t>That’s why this Farm Bill expands the supplemental coverage option of crop insurance to provide up to 90% coverage.</w:t>
      </w:r>
    </w:p>
    <w:p>
      <w:pPr>
        <w:spacing w:after="60"/>
      </w:pPr>
      <w:r>
        <w:rPr>
          <w:b w:val="0"/>
          <w:i w:val="0"/>
          <w:smallCaps w:val="0"/>
          <w:strike w:val="0"/>
          <w:u w:val="single"/>
        </w:rPr>
        <w:t xml:space="preserve">Nationally, </w:t>
      </w:r>
      <w:r>
        <w:rPr>
          <w:b w:val="0"/>
          <w:i w:val="0"/>
          <w:smallCaps w:val="0"/>
          <w:strike w:val="0"/>
          <w:highlight w:val="cyan"/>
          <w:u w:val="single"/>
        </w:rPr>
        <w:t>farmers</w:t>
      </w:r>
      <w:r>
        <w:rPr>
          <w:b w:val="0"/>
          <w:i w:val="0"/>
          <w:smallCaps w:val="0"/>
          <w:strike w:val="0"/>
          <w:u w:val="single"/>
        </w:rPr>
        <w:t xml:space="preserve"> </w:t>
      </w:r>
      <w:r>
        <w:rPr>
          <w:b w:val="0"/>
          <w:i w:val="0"/>
          <w:smallCaps w:val="0"/>
          <w:strike w:val="0"/>
          <w:highlight w:val="cyan"/>
          <w:u w:val="single"/>
        </w:rPr>
        <w:t>expect the largest ever recorded</w:t>
      </w:r>
      <w:r>
        <w:rPr>
          <w:b w:val="0"/>
          <w:i w:val="0"/>
          <w:smallCaps w:val="0"/>
          <w:strike w:val="0"/>
          <w:u w:val="single"/>
        </w:rPr>
        <w:t xml:space="preserve"> year-to-year dollar </w:t>
      </w:r>
      <w:r>
        <w:rPr>
          <w:b w:val="0"/>
          <w:i w:val="0"/>
          <w:smallCaps w:val="0"/>
          <w:strike w:val="0"/>
          <w:highlight w:val="cyan"/>
          <w:u w:val="single"/>
        </w:rPr>
        <w:t>drop in net farm income this</w:t>
      </w:r>
      <w:r>
        <w:rPr>
          <w:b w:val="0"/>
          <w:i w:val="0"/>
          <w:smallCaps w:val="0"/>
          <w:strike w:val="0"/>
          <w:u w:val="single"/>
        </w:rPr>
        <w:t xml:space="preserve"> </w:t>
      </w:r>
      <w:r>
        <w:rPr>
          <w:b w:val="0"/>
          <w:i w:val="0"/>
          <w:smallCaps w:val="0"/>
          <w:strike w:val="0"/>
          <w:highlight w:val="cyan"/>
          <w:u w:val="single"/>
        </w:rPr>
        <w:t>year</w:t>
      </w:r>
      <w:r>
        <w:rPr>
          <w:b w:val="0"/>
          <w:i w:val="0"/>
          <w:smallCaps w:val="0"/>
          <w:strike w:val="0"/>
          <w:u w:val="single"/>
        </w:rPr>
        <w:t xml:space="preserve">, which is estimated to decrease </w:t>
      </w:r>
      <w:r>
        <w:rPr>
          <w:b w:val="0"/>
          <w:i w:val="0"/>
          <w:smallCaps w:val="0"/>
          <w:strike w:val="0"/>
          <w:highlight w:val="cyan"/>
          <w:u w:val="single"/>
        </w:rPr>
        <w:t>by $40 billion</w:t>
      </w:r>
      <w:r>
        <w:rPr>
          <w:b w:val="0"/>
          <w:i w:val="0"/>
          <w:smallCaps w:val="0"/>
          <w:strike w:val="0"/>
          <w:u w:val="single"/>
        </w:rPr>
        <w:t xml:space="preserve"> from 2023.</w:t>
      </w:r>
      <w:r>
        <w:rPr>
          <w:b w:val="0"/>
          <w:i w:val="0"/>
          <w:smallCaps w:val="0"/>
          <w:strike w:val="0"/>
          <w:sz w:val="14"/>
          <w:u w:val="none"/>
        </w:rPr>
        <w:t xml:space="preserve"> </w:t>
      </w:r>
      <w:r>
        <w:rPr>
          <w:b w:val="0"/>
          <w:i w:val="0"/>
          <w:smallCaps w:val="0"/>
          <w:strike w:val="0"/>
          <w:u w:val="single"/>
        </w:rPr>
        <w:t xml:space="preserve">Given the predicaments, </w:t>
      </w:r>
      <w:r>
        <w:rPr>
          <w:b/>
          <w:i w:val="0"/>
          <w:smallCaps w:val="0"/>
          <w:strike w:val="0"/>
          <w:sz w:val="22"/>
          <w:highlight w:val="cyan"/>
          <w:u w:val="single"/>
        </w:rPr>
        <w:t>farmers cannot</w:t>
      </w:r>
      <w:r>
        <w:rPr>
          <w:b/>
          <w:i w:val="0"/>
          <w:smallCaps w:val="0"/>
          <w:strike w:val="0"/>
          <w:sz w:val="22"/>
          <w:u w:val="single"/>
        </w:rPr>
        <w:t xml:space="preserve"> </w:t>
      </w:r>
      <w:r>
        <w:rPr>
          <w:b/>
          <w:i w:val="0"/>
          <w:smallCaps w:val="0"/>
          <w:strike w:val="0"/>
          <w:sz w:val="22"/>
          <w:highlight w:val="cyan"/>
          <w:u w:val="single"/>
        </w:rPr>
        <w:t>wait</w:t>
      </w:r>
      <w:r>
        <w:rPr>
          <w:b w:val="0"/>
          <w:i w:val="0"/>
          <w:smallCaps w:val="0"/>
          <w:strike w:val="0"/>
          <w:highlight w:val="cyan"/>
          <w:u w:val="single"/>
        </w:rPr>
        <w:t xml:space="preserve"> any longer</w:t>
      </w:r>
      <w:r>
        <w:rPr>
          <w:b w:val="0"/>
          <w:i w:val="0"/>
          <w:smallCaps w:val="0"/>
          <w:strike w:val="0"/>
          <w:u w:val="single"/>
        </w:rPr>
        <w:t xml:space="preserve"> for relief.</w:t>
      </w:r>
      <w:r>
        <w:rPr>
          <w:b w:val="0"/>
          <w:i w:val="0"/>
          <w:smallCaps w:val="0"/>
          <w:strike w:val="0"/>
          <w:sz w:val="14"/>
          <w:u w:val="none"/>
        </w:rPr>
        <w:t xml:space="preserve"> That’s why we must provide an adequate safety net to protect against production and market hardships, which is what we did when we increased reference prices for all covered commodities by 10-20%, which producers have desperately requested for years. These new price levels will allow the payment trigger to take effect and support farmers.</w:t>
      </w:r>
    </w:p>
    <w:p>
      <w:pPr>
        <w:spacing w:after="60"/>
      </w:pPr>
      <w:r>
        <w:rPr>
          <w:b w:val="0"/>
          <w:i w:val="0"/>
          <w:smallCaps w:val="0"/>
          <w:strike w:val="0"/>
          <w:u w:val="single"/>
        </w:rPr>
        <w:t xml:space="preserve">Contrary to what some Democrats have said, </w:t>
      </w:r>
      <w:r>
        <w:rPr>
          <w:b w:val="0"/>
          <w:i w:val="0"/>
          <w:smallCaps w:val="0"/>
          <w:strike w:val="0"/>
          <w:highlight w:val="cyan"/>
          <w:u w:val="single"/>
        </w:rPr>
        <w:t xml:space="preserve">the Farm Bill </w:t>
      </w:r>
      <w:r>
        <w:rPr>
          <w:b/>
          <w:i w:val="0"/>
          <w:smallCaps w:val="0"/>
          <w:strike w:val="0"/>
          <w:sz w:val="22"/>
          <w:highlight w:val="cyan"/>
          <w:u w:val="single"/>
        </w:rPr>
        <w:t>does not cut benefits</w:t>
      </w:r>
      <w:r>
        <w:rPr>
          <w:b w:val="0"/>
          <w:i w:val="0"/>
          <w:smallCaps w:val="0"/>
          <w:strike w:val="0"/>
          <w:u w:val="single"/>
        </w:rPr>
        <w:t xml:space="preserve"> to those in need.</w:t>
      </w:r>
      <w:r>
        <w:rPr>
          <w:b w:val="0"/>
          <w:i w:val="0"/>
          <w:smallCaps w:val="0"/>
          <w:strike w:val="0"/>
          <w:sz w:val="14"/>
          <w:u w:val="none"/>
        </w:rPr>
        <w:t xml:space="preserve"> Make no mistake: the Farm Bill passed by the Agriculture Committee protects SNAP by preventing future unelected bureaucrats in the executive branch from unilaterally changing benefits, unless cost-neutral, without congressional approval.</w:t>
      </w:r>
    </w:p>
    <w:p>
      <w:pPr>
        <w:spacing w:after="60"/>
      </w:pPr>
      <w:r>
        <w:rPr>
          <w:b w:val="0"/>
          <w:i w:val="0"/>
          <w:smallCaps w:val="0"/>
          <w:strike w:val="0"/>
          <w:u w:val="single"/>
        </w:rPr>
        <w:t xml:space="preserve">This </w:t>
      </w:r>
      <w:r>
        <w:rPr>
          <w:b/>
          <w:i w:val="0"/>
          <w:smallCaps w:val="0"/>
          <w:strike w:val="0"/>
          <w:sz w:val="22"/>
          <w:highlight w:val="cyan"/>
          <w:u w:val="single"/>
        </w:rPr>
        <w:t>frees up $27 billion</w:t>
      </w:r>
      <w:r>
        <w:rPr>
          <w:b/>
          <w:i w:val="0"/>
          <w:smallCaps w:val="0"/>
          <w:strike w:val="0"/>
          <w:sz w:val="22"/>
          <w:u w:val="single"/>
        </w:rPr>
        <w:t xml:space="preserve"> </w:t>
      </w:r>
      <w:r>
        <w:rPr>
          <w:b w:val="0"/>
          <w:i w:val="0"/>
          <w:smallCaps w:val="0"/>
          <w:strike w:val="0"/>
          <w:u w:val="single"/>
        </w:rPr>
        <w:t xml:space="preserve">in savings </w:t>
      </w:r>
      <w:r>
        <w:rPr>
          <w:b w:val="0"/>
          <w:i w:val="0"/>
          <w:smallCaps w:val="0"/>
          <w:strike w:val="0"/>
          <w:highlight w:val="cyan"/>
          <w:u w:val="single"/>
        </w:rPr>
        <w:t>over 10 years</w:t>
      </w:r>
      <w:r>
        <w:rPr>
          <w:b w:val="0"/>
          <w:i w:val="0"/>
          <w:smallCaps w:val="0"/>
          <w:strike w:val="0"/>
          <w:sz w:val="14"/>
          <w:u w:val="none"/>
        </w:rPr>
        <w:t>. Let me be clear: saving and cutting are not the same—despite politically charged messaging attempts.</w:t>
      </w:r>
    </w:p>
    <w:p>
      <w:pPr>
        <w:spacing w:after="60"/>
      </w:pPr>
      <w:r>
        <w:rPr>
          <w:b w:val="0"/>
          <w:i w:val="0"/>
          <w:smallCaps w:val="0"/>
          <w:strike w:val="0"/>
          <w:sz w:val="14"/>
          <w:u w:val="none"/>
        </w:rPr>
        <w:t>According to the Congressional Budget Office February 2024 baseline, nutrition assistance will account for nearly 80% of spending in the Farm Bill or $1.148 trillion. Congress must safeguard taxpayer dollars to ensure they are being used frugally and appropriately, especially as inflation and budget deficits continue to run rampant.</w:t>
      </w:r>
    </w:p>
    <w:p>
      <w:pPr>
        <w:spacing w:after="60"/>
      </w:pPr>
      <w:r>
        <w:rPr>
          <w:b w:val="0"/>
          <w:i w:val="0"/>
          <w:smallCaps w:val="0"/>
          <w:strike w:val="0"/>
          <w:u w:val="single"/>
        </w:rPr>
        <w:t xml:space="preserve">In all, </w:t>
      </w:r>
      <w:r>
        <w:rPr>
          <w:b w:val="0"/>
          <w:i w:val="0"/>
          <w:smallCaps w:val="0"/>
          <w:strike w:val="0"/>
          <w:highlight w:val="cyan"/>
          <w:u w:val="single"/>
        </w:rPr>
        <w:t>this is a</w:t>
      </w:r>
      <w:r>
        <w:rPr>
          <w:b w:val="0"/>
          <w:i w:val="0"/>
          <w:smallCaps w:val="0"/>
          <w:strike w:val="0"/>
          <w:u w:val="single"/>
        </w:rPr>
        <w:t xml:space="preserve">n </w:t>
      </w:r>
      <w:r>
        <w:rPr>
          <w:b/>
          <w:i w:val="0"/>
          <w:smallCaps w:val="0"/>
          <w:strike w:val="0"/>
          <w:sz w:val="22"/>
          <w:u w:val="single"/>
        </w:rPr>
        <w:t xml:space="preserve">undeniably </w:t>
      </w:r>
      <w:r>
        <w:rPr>
          <w:b/>
          <w:i w:val="0"/>
          <w:smallCaps w:val="0"/>
          <w:strike w:val="0"/>
          <w:sz w:val="22"/>
          <w:highlight w:val="cyan"/>
          <w:u w:val="single"/>
        </w:rPr>
        <w:t>bipartisan bill</w:t>
      </w:r>
      <w:r>
        <w:rPr>
          <w:b w:val="0"/>
          <w:i w:val="0"/>
          <w:smallCaps w:val="0"/>
          <w:strike w:val="0"/>
          <w:u w:val="single"/>
        </w:rPr>
        <w:t xml:space="preserve"> that gained the support of </w:t>
      </w:r>
      <w:r>
        <w:rPr>
          <w:b w:val="0"/>
          <w:i w:val="0"/>
          <w:smallCaps w:val="0"/>
          <w:strike w:val="0"/>
          <w:u w:val="single"/>
        </w:rPr>
        <w:t>a number of</w:t>
      </w:r>
      <w:r>
        <w:rPr>
          <w:b w:val="0"/>
          <w:i w:val="0"/>
          <w:smallCaps w:val="0"/>
          <w:strike w:val="0"/>
          <w:u w:val="single"/>
        </w:rPr>
        <w:t xml:space="preserve"> House Democrats on the Agriculture Committee. Chairman Thompson, all of us on the Agriculture Committee, and agriculture stakeholders from around the nation all know that </w:t>
      </w:r>
      <w:r>
        <w:rPr>
          <w:b w:val="0"/>
          <w:i w:val="0"/>
          <w:smallCaps w:val="0"/>
          <w:strike w:val="0"/>
          <w:highlight w:val="cyan"/>
          <w:u w:val="single"/>
        </w:rPr>
        <w:t>this</w:t>
      </w:r>
      <w:r>
        <w:rPr>
          <w:b w:val="0"/>
          <w:i w:val="0"/>
          <w:smallCaps w:val="0"/>
          <w:strike w:val="0"/>
          <w:u w:val="single"/>
        </w:rPr>
        <w:t xml:space="preserve"> Farm </w:t>
      </w:r>
      <w:r>
        <w:rPr>
          <w:b w:val="0"/>
          <w:i w:val="0"/>
          <w:smallCaps w:val="0"/>
          <w:strike w:val="0"/>
          <w:highlight w:val="cyan"/>
          <w:u w:val="single"/>
        </w:rPr>
        <w:t>Bill</w:t>
      </w:r>
      <w:r>
        <w:rPr>
          <w:b w:val="0"/>
          <w:i w:val="0"/>
          <w:smallCaps w:val="0"/>
          <w:strike w:val="0"/>
          <w:u w:val="single"/>
        </w:rPr>
        <w:t xml:space="preserve"> </w:t>
      </w:r>
      <w:r>
        <w:rPr>
          <w:b w:val="0"/>
          <w:i w:val="0"/>
          <w:smallCaps w:val="0"/>
          <w:strike w:val="0"/>
          <w:highlight w:val="cyan"/>
          <w:u w:val="single"/>
        </w:rPr>
        <w:t>must be bipartisan</w:t>
      </w:r>
      <w:r>
        <w:rPr>
          <w:b w:val="0"/>
          <w:i w:val="0"/>
          <w:smallCaps w:val="0"/>
          <w:strike w:val="0"/>
          <w:u w:val="single"/>
        </w:rPr>
        <w:t xml:space="preserve"> if it stands a chance </w:t>
      </w:r>
      <w:r>
        <w:rPr>
          <w:b w:val="0"/>
          <w:i w:val="0"/>
          <w:smallCaps w:val="0"/>
          <w:strike w:val="0"/>
          <w:highlight w:val="cyan"/>
          <w:u w:val="single"/>
        </w:rPr>
        <w:t>to</w:t>
      </w:r>
      <w:r>
        <w:rPr>
          <w:b w:val="0"/>
          <w:i w:val="0"/>
          <w:smallCaps w:val="0"/>
          <w:strike w:val="0"/>
          <w:u w:val="single"/>
        </w:rPr>
        <w:t xml:space="preserve"> </w:t>
      </w:r>
      <w:r>
        <w:rPr>
          <w:b w:val="0"/>
          <w:i w:val="0"/>
          <w:smallCaps w:val="0"/>
          <w:strike w:val="0"/>
          <w:highlight w:val="cyan"/>
          <w:u w:val="single"/>
        </w:rPr>
        <w:t>be passed</w:t>
      </w:r>
      <w:r>
        <w:rPr>
          <w:b w:val="0"/>
          <w:i w:val="0"/>
          <w:smallCaps w:val="0"/>
          <w:strike w:val="0"/>
          <w:u w:val="single"/>
        </w:rPr>
        <w:t xml:space="preserve"> into law — </w:t>
      </w:r>
      <w:r>
        <w:rPr>
          <w:b w:val="0"/>
          <w:i w:val="0"/>
          <w:smallCaps w:val="0"/>
          <w:strike w:val="0"/>
          <w:highlight w:val="cyan"/>
          <w:u w:val="single"/>
        </w:rPr>
        <w:t>and it is</w:t>
      </w:r>
      <w:r>
        <w:rPr>
          <w:b w:val="0"/>
          <w:i w:val="0"/>
          <w:smallCaps w:val="0"/>
          <w:strike w:val="0"/>
          <w:u w:val="single"/>
        </w:rPr>
        <w:t xml:space="preserve"> bipartisan.</w:t>
      </w:r>
    </w:p>
    <w:p>
      <w:pPr>
        <w:spacing w:after="60"/>
      </w:pPr>
      <w:r>
        <w:rPr>
          <w:b w:val="0"/>
          <w:i w:val="0"/>
          <w:smallCaps w:val="0"/>
          <w:strike w:val="0"/>
          <w:sz w:val="14"/>
          <w:u w:val="none"/>
        </w:rPr>
        <w:t>With Tennessee losing nearly 7,000 farms since 2017, a fact that should concern all of us</w:t>
      </w:r>
      <w:r>
        <w:rPr>
          <w:b w:val="0"/>
          <w:i w:val="0"/>
          <w:smallCaps w:val="0"/>
          <w:strike w:val="0"/>
          <w:u w:val="single"/>
        </w:rPr>
        <w:t xml:space="preserve">, it </w:t>
      </w:r>
      <w:r>
        <w:rPr>
          <w:b w:val="0"/>
          <w:i w:val="0"/>
          <w:smallCaps w:val="0"/>
          <w:strike w:val="0"/>
          <w:highlight w:val="cyan"/>
          <w:u w:val="single"/>
        </w:rPr>
        <w:t xml:space="preserve">has </w:t>
      </w:r>
      <w:r>
        <w:rPr>
          <w:b/>
          <w:i w:val="0"/>
          <w:smallCaps w:val="0"/>
          <w:strike w:val="0"/>
          <w:sz w:val="22"/>
          <w:highlight w:val="cyan"/>
          <w:u w:val="single"/>
        </w:rPr>
        <w:t>never been more paramount</w:t>
      </w:r>
      <w:r>
        <w:rPr>
          <w:b w:val="0"/>
          <w:i w:val="0"/>
          <w:smallCaps w:val="0"/>
          <w:strike w:val="0"/>
          <w:u w:val="single"/>
        </w:rPr>
        <w:t xml:space="preserve"> for Congress </w:t>
      </w:r>
      <w:r>
        <w:rPr>
          <w:b w:val="0"/>
          <w:i w:val="0"/>
          <w:smallCaps w:val="0"/>
          <w:strike w:val="0"/>
          <w:highlight w:val="cyan"/>
          <w:u w:val="single"/>
        </w:rPr>
        <w:t>to pass this</w:t>
      </w:r>
      <w:r>
        <w:rPr>
          <w:b w:val="0"/>
          <w:i w:val="0"/>
          <w:smallCaps w:val="0"/>
          <w:strike w:val="0"/>
          <w:u w:val="single"/>
        </w:rPr>
        <w:t xml:space="preserve"> critical </w:t>
      </w:r>
      <w:r>
        <w:rPr>
          <w:b w:val="0"/>
          <w:i w:val="0"/>
          <w:smallCaps w:val="0"/>
          <w:strike w:val="0"/>
          <w:highlight w:val="cyan"/>
          <w:u w:val="single"/>
        </w:rPr>
        <w:t>bill</w:t>
      </w:r>
      <w:r>
        <w:rPr>
          <w:b w:val="0"/>
          <w:i w:val="0"/>
          <w:smallCaps w:val="0"/>
          <w:strike w:val="0"/>
          <w:u w:val="single"/>
        </w:rPr>
        <w:t xml:space="preserve"> </w:t>
      </w:r>
      <w:r>
        <w:rPr>
          <w:b w:val="0"/>
          <w:i w:val="0"/>
          <w:smallCaps w:val="0"/>
          <w:strike w:val="0"/>
          <w:highlight w:val="cyan"/>
          <w:u w:val="single"/>
        </w:rPr>
        <w:t>to guarantee</w:t>
      </w:r>
      <w:r>
        <w:rPr>
          <w:b w:val="0"/>
          <w:i w:val="0"/>
          <w:smallCaps w:val="0"/>
          <w:strike w:val="0"/>
          <w:u w:val="single"/>
        </w:rPr>
        <w:t xml:space="preserve"> our </w:t>
      </w:r>
      <w:r>
        <w:rPr>
          <w:b w:val="0"/>
          <w:i w:val="0"/>
          <w:smallCaps w:val="0"/>
          <w:strike w:val="0"/>
          <w:highlight w:val="cyan"/>
          <w:u w:val="single"/>
        </w:rPr>
        <w:t xml:space="preserve">food </w:t>
      </w:r>
      <w:r>
        <w:rPr>
          <w:b w:val="0"/>
          <w:i w:val="0"/>
          <w:smallCaps w:val="0"/>
          <w:strike w:val="0"/>
          <w:u w:val="single"/>
        </w:rPr>
        <w:t>security</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in turn, our </w:t>
      </w:r>
      <w:r>
        <w:rPr>
          <w:b/>
          <w:i w:val="0"/>
          <w:smallCaps w:val="0"/>
          <w:strike w:val="0"/>
          <w:sz w:val="22"/>
          <w:highlight w:val="cyan"/>
          <w:u w:val="single"/>
        </w:rPr>
        <w:t>national security</w:t>
      </w:r>
      <w:r>
        <w:rPr>
          <w:b w:val="0"/>
          <w:i w:val="0"/>
          <w:smallCaps w:val="0"/>
          <w:strike w:val="0"/>
          <w:u w:val="single"/>
        </w:rPr>
        <w:t xml:space="preserve">. </w:t>
      </w:r>
      <w:r>
        <w:rPr>
          <w:b w:val="0"/>
          <w:i w:val="0"/>
          <w:smallCaps w:val="0"/>
          <w:strike w:val="0"/>
          <w:sz w:val="14"/>
          <w:u w:val="none"/>
        </w:rPr>
        <w:t>Not only do our farmers depend on it, but you do, too.</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