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Patents Guarantee the Rights to Innovations that Inventors Need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Gyanchandani</w:t>
      </w:r>
      <w:r>
        <w:rPr>
          <w:b/>
          <w:i w:val="0"/>
          <w:smallCaps w:val="0"/>
          <w:strike w:val="0"/>
          <w:sz w:val="26"/>
          <w:u w:val="none"/>
        </w:rPr>
        <w:t xml:space="preserve"> 24</w:t>
      </w:r>
      <w:r>
        <w:rPr>
          <w:b w:val="0"/>
          <w:i w:val="0"/>
          <w:smallCaps w:val="0"/>
          <w:strike w:val="0"/>
          <w:u w:val="none"/>
        </w:rPr>
        <w:t xml:space="preserve"> [</w:t>
      </w:r>
      <w:r>
        <w:rPr>
          <w:b w:val="0"/>
          <w:i w:val="0"/>
          <w:smallCaps w:val="0"/>
          <w:strike w:val="0"/>
          <w:u w:val="none"/>
        </w:rPr>
        <w:t xml:space="preserve">Vinod </w:t>
      </w:r>
      <w:r>
        <w:rPr>
          <w:b w:val="0"/>
          <w:i w:val="0"/>
          <w:smallCaps w:val="0"/>
          <w:strike w:val="0"/>
          <w:u w:val="none"/>
        </w:rPr>
        <w:t>Gyanchandani</w:t>
      </w:r>
      <w:r>
        <w:rPr>
          <w:b w:val="0"/>
          <w:i w:val="0"/>
          <w:smallCaps w:val="0"/>
          <w:strike w:val="0"/>
          <w:u w:val="none"/>
        </w:rPr>
        <w:t xml:space="preserve">; Jan 31 2024; Writer at TT consultants; Unlocking Innovation: How Patents Drive Economic Growth and Benefit Society;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Fosters Innovation: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Patents give inventors the peace to expose their inventions to the world without fear of theft or duplication.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has assured an environment where creativity and innovations can thrive in plenty.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Fueling Economic Growth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: Patents safeguard new inventions and therefore land as fuel for economic growth.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They increase the investment of research and development money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resulting in new products and services that fuel economic progress.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Promote Knowledge Sharing: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Patents require complete disclosure of inventions by inventors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they serve to promote the pool of public knowledge.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makes others learn from existing inventions to develop more upon the same, thus promoting further innovation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