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PPPs allow for innovation in the private sector while also providing LMICs sustainable vaccine access and market growth</w:t>
      </w:r>
    </w:p>
    <w:p>
      <w:pPr>
        <w:spacing w:after="80"/>
      </w:pPr>
      <w:r>
        <w:rPr>
          <w:b/>
          <w:i w:val="0"/>
          <w:smallCaps w:val="0"/>
          <w:strike w:val="0"/>
          <w:u w:val="none"/>
        </w:rPr>
        <w:t>Rubin and Saidel ’21</w:t>
      </w:r>
      <w:r>
        <w:rPr>
          <w:b w:val="0"/>
          <w:i w:val="0"/>
          <w:smallCaps w:val="0"/>
          <w:strike w:val="0"/>
          <w:u w:val="none"/>
        </w:rPr>
        <w:t xml:space="preserve"> [Harvey and Nicholas; August 21; professor of medicine at University of Pennsylvania, BS State University Of New York, Stony Brook, Ph.D. University of Pennsylvania, 1974. M.D. Columbia University; licensed attorney in international human rights law, ethics, and national security, Bachelor of Arts (B.A.) Political Science and Government, Doctor of Law (J.D.) Law A; Brookings, “Innovation beyond patent waivers: Achieving global vaccination goals through public-private partnerships,” https://www.brookings.edu/articles/innovation-beyond-patent-waivers-achieving-global-vaccination-goals-through-public-private-partnerships/]//sas</w:t>
      </w:r>
    </w:p>
    <w:p>
      <w:pPr>
        <w:spacing w:after="60"/>
      </w:pPr>
      <w:r>
        <w:rPr>
          <w:b w:val="0"/>
          <w:i w:val="0"/>
          <w:smallCaps w:val="0"/>
          <w:strike w:val="0"/>
          <w:sz w:val="22"/>
          <w:u w:val="single"/>
        </w:rPr>
        <w:t>T</w:t>
      </w:r>
      <w:r>
        <w:rPr>
          <w:b w:val="0"/>
          <w:i w:val="0"/>
          <w:smallCaps w:val="0"/>
          <w:strike w:val="0"/>
          <w:sz w:val="22"/>
          <w:u w:val="single"/>
        </w:rPr>
        <w:t xml:space="preserve">he international </w:t>
      </w:r>
      <w:r>
        <w:rPr>
          <w:b/>
          <w:i w:val="0"/>
          <w:smallCaps w:val="0"/>
          <w:strike w:val="0"/>
          <w:sz w:val="22"/>
          <w:highlight w:val="cyan"/>
          <w:u w:val="single"/>
        </w:rPr>
        <w:t>effort to achieve global</w:t>
      </w:r>
      <w:r>
        <w:rPr>
          <w:b/>
          <w:i w:val="0"/>
          <w:smallCaps w:val="0"/>
          <w:strike w:val="0"/>
          <w:sz w:val="22"/>
          <w:u w:val="single"/>
        </w:rPr>
        <w:t xml:space="preserve"> </w:t>
      </w:r>
      <w:r>
        <w:rPr>
          <w:b w:val="0"/>
          <w:i w:val="0"/>
          <w:smallCaps w:val="0"/>
          <w:strike w:val="0"/>
          <w:u w:val="none"/>
        </w:rPr>
        <w:t>COVID-19</w:t>
      </w:r>
      <w:r>
        <w:rPr>
          <w:b/>
          <w:i w:val="0"/>
          <w:smallCaps w:val="0"/>
          <w:strike w:val="0"/>
          <w:sz w:val="22"/>
          <w:u w:val="single"/>
        </w:rPr>
        <w:t xml:space="preserve"> </w:t>
      </w:r>
      <w:r>
        <w:rPr>
          <w:b/>
          <w:i w:val="0"/>
          <w:smallCaps w:val="0"/>
          <w:strike w:val="0"/>
          <w:sz w:val="22"/>
          <w:highlight w:val="cyan"/>
          <w:u w:val="single"/>
        </w:rPr>
        <w:t>vacc</w:t>
      </w:r>
      <w:r>
        <w:rPr>
          <w:b/>
          <w:i w:val="0"/>
          <w:smallCaps w:val="0"/>
          <w:strike w:val="0"/>
          <w:sz w:val="22"/>
          <w:u w:val="single"/>
        </w:rPr>
        <w:t xml:space="preserve">ination </w:t>
      </w:r>
      <w:r>
        <w:rPr>
          <w:b/>
          <w:i w:val="0"/>
          <w:smallCaps w:val="0"/>
          <w:strike w:val="0"/>
          <w:sz w:val="22"/>
          <w:highlight w:val="cyan"/>
          <w:u w:val="single"/>
        </w:rPr>
        <w:t>goals</w:t>
      </w:r>
      <w:r>
        <w:rPr>
          <w:b/>
          <w:i w:val="0"/>
          <w:smallCaps w:val="0"/>
          <w:strike w:val="0"/>
          <w:sz w:val="22"/>
          <w:u w:val="single"/>
        </w:rPr>
        <w:t xml:space="preserve"> </w:t>
      </w:r>
      <w:r>
        <w:rPr>
          <w:b/>
          <w:i w:val="0"/>
          <w:smallCaps w:val="0"/>
          <w:strike w:val="0"/>
          <w:sz w:val="22"/>
          <w:highlight w:val="cyan"/>
          <w:u w:val="single"/>
        </w:rPr>
        <w:t>faces</w:t>
      </w:r>
      <w:r>
        <w:rPr>
          <w:b/>
          <w:i w:val="0"/>
          <w:smallCaps w:val="0"/>
          <w:strike w:val="0"/>
          <w:sz w:val="22"/>
          <w:u w:val="single"/>
        </w:rPr>
        <w:t xml:space="preserve"> a </w:t>
      </w:r>
      <w:r>
        <w:rPr>
          <w:b/>
          <w:i w:val="0"/>
          <w:smallCaps w:val="0"/>
          <w:strike w:val="0"/>
          <w:sz w:val="22"/>
          <w:highlight w:val="cyan"/>
          <w:u w:val="single"/>
        </w:rPr>
        <w:t>dilemma</w:t>
      </w:r>
      <w:r>
        <w:rPr>
          <w:b w:val="0"/>
          <w:i w:val="0"/>
          <w:smallCaps w:val="0"/>
          <w:strike w:val="0"/>
          <w:sz w:val="22"/>
          <w:u w:val="single"/>
        </w:rPr>
        <w:t>. Stakeholders in this space are at odds over how to treat intellectual property (IP) rights now that viable vaccines are on the market but are inaccessible to vulnerable populations in low- and middle-income countries (LMICS).</w:t>
      </w:r>
      <w:r>
        <w:rPr>
          <w:b w:val="0"/>
          <w:i w:val="0"/>
          <w:smallCaps w:val="0"/>
          <w:strike w:val="0"/>
          <w:u w:val="none"/>
        </w:rPr>
        <w:t xml:space="preserve"> A key aspect of this debate is whether to grant patent waivers for COVID-19 vaccines and therapeutics. </w:t>
      </w:r>
      <w:r>
        <w:rPr>
          <w:b w:val="0"/>
          <w:i w:val="0"/>
          <w:smallCaps w:val="0"/>
          <w:strike w:val="0"/>
          <w:sz w:val="22"/>
          <w:u w:val="single"/>
        </w:rPr>
        <w:t xml:space="preserve">We suggest looking beyond patent waivers with an </w:t>
      </w:r>
      <w:r>
        <w:rPr>
          <w:b/>
          <w:i w:val="0"/>
          <w:smallCaps w:val="0"/>
          <w:strike w:val="0"/>
          <w:sz w:val="22"/>
          <w:highlight w:val="cyan"/>
          <w:u w:val="single"/>
        </w:rPr>
        <w:t>innovative solution</w:t>
      </w:r>
      <w:r>
        <w:rPr>
          <w:b/>
          <w:i w:val="0"/>
          <w:smallCaps w:val="0"/>
          <w:strike w:val="0"/>
          <w:sz w:val="22"/>
          <w:u w:val="single"/>
        </w:rPr>
        <w:t xml:space="preserve"> based on</w:t>
      </w:r>
      <w:r>
        <w:rPr>
          <w:b/>
          <w:i w:val="0"/>
          <w:smallCaps w:val="0"/>
          <w:strike w:val="0"/>
          <w:sz w:val="22"/>
          <w:highlight w:val="cyan"/>
          <w:u w:val="single"/>
        </w:rPr>
        <w:t xml:space="preserve"> public-private partnerships</w:t>
      </w:r>
      <w:r>
        <w:rPr>
          <w:b/>
          <w:i w:val="0"/>
          <w:smallCaps w:val="0"/>
          <w:strike w:val="0"/>
          <w:sz w:val="22"/>
          <w:u w:val="single"/>
        </w:rPr>
        <w:t xml:space="preserve"> (PPPs),</w:t>
      </w:r>
      <w:r>
        <w:rPr>
          <w:b w:val="0"/>
          <w:i w:val="0"/>
          <w:smallCaps w:val="0"/>
          <w:strike w:val="0"/>
          <w:sz w:val="22"/>
          <w:u w:val="single"/>
        </w:rPr>
        <w:t xml:space="preserve"> an approach that could </w:t>
      </w:r>
      <w:r>
        <w:rPr>
          <w:b w:val="0"/>
          <w:i w:val="0"/>
          <w:smallCaps w:val="0"/>
          <w:strike w:val="0"/>
          <w:sz w:val="22"/>
          <w:highlight w:val="cyan"/>
          <w:u w:val="single"/>
        </w:rPr>
        <w:t xml:space="preserve">be </w:t>
      </w:r>
      <w:r>
        <w:rPr>
          <w:b/>
          <w:i w:val="0"/>
          <w:smallCaps w:val="0"/>
          <w:strike w:val="0"/>
          <w:sz w:val="22"/>
          <w:highlight w:val="cyan"/>
          <w:u w:val="single"/>
        </w:rPr>
        <w:t>more effective in combating</w:t>
      </w:r>
      <w:r>
        <w:rPr>
          <w:b w:val="0"/>
          <w:i w:val="0"/>
          <w:smallCaps w:val="0"/>
          <w:strike w:val="0"/>
          <w:sz w:val="22"/>
          <w:u w:val="single"/>
        </w:rPr>
        <w:t xml:space="preserve"> the on-going COVID-19 </w:t>
      </w:r>
      <w:r>
        <w:rPr>
          <w:b/>
          <w:i w:val="0"/>
          <w:smallCaps w:val="0"/>
          <w:strike w:val="0"/>
          <w:sz w:val="22"/>
          <w:highlight w:val="cyan"/>
          <w:u w:val="single"/>
        </w:rPr>
        <w:t>pandemic</w:t>
      </w:r>
      <w:r>
        <w:rPr>
          <w:b/>
          <w:i w:val="0"/>
          <w:smallCaps w:val="0"/>
          <w:strike w:val="0"/>
          <w:sz w:val="22"/>
          <w:u w:val="single"/>
        </w:rPr>
        <w:t xml:space="preserve"> </w:t>
      </w:r>
      <w:r>
        <w:rPr>
          <w:b/>
          <w:i w:val="0"/>
          <w:smallCaps w:val="0"/>
          <w:strike w:val="0"/>
          <w:sz w:val="22"/>
          <w:highlight w:val="cyan"/>
          <w:u w:val="single"/>
        </w:rPr>
        <w:t>and</w:t>
      </w:r>
      <w:r>
        <w:rPr>
          <w:b w:val="0"/>
          <w:i w:val="0"/>
          <w:smallCaps w:val="0"/>
          <w:strike w:val="0"/>
          <w:sz w:val="22"/>
          <w:u w:val="single"/>
        </w:rPr>
        <w:t xml:space="preserve"> simultaneously </w:t>
      </w:r>
      <w:r>
        <w:rPr>
          <w:b/>
          <w:i w:val="0"/>
          <w:smallCaps w:val="0"/>
          <w:strike w:val="0"/>
          <w:sz w:val="22"/>
          <w:u w:val="single"/>
        </w:rPr>
        <w:t xml:space="preserve">help </w:t>
      </w:r>
      <w:r>
        <w:rPr>
          <w:b/>
          <w:i w:val="0"/>
          <w:smallCaps w:val="0"/>
          <w:strike w:val="0"/>
          <w:sz w:val="22"/>
          <w:highlight w:val="cyan"/>
          <w:u w:val="single"/>
        </w:rPr>
        <w:t>prepare LMICS</w:t>
      </w:r>
      <w:r>
        <w:rPr>
          <w:b w:val="0"/>
          <w:i w:val="0"/>
          <w:smallCaps w:val="0"/>
          <w:strike w:val="0"/>
          <w:sz w:val="22"/>
          <w:u w:val="single"/>
        </w:rPr>
        <w:t xml:space="preserve"> for future health crises.</w:t>
      </w:r>
    </w:p>
    <w:p>
      <w:pPr>
        <w:spacing w:after="60"/>
      </w:pPr>
      <w:r>
        <w:rPr>
          <w:b w:val="0"/>
          <w:i w:val="0"/>
          <w:smallCaps w:val="0"/>
          <w:strike w:val="0"/>
          <w:sz w:val="12"/>
          <w:u w:val="none"/>
        </w:rPr>
        <w:t>Background</w:t>
      </w:r>
    </w:p>
    <w:p>
      <w:pPr>
        <w:spacing w:after="60"/>
      </w:pPr>
      <w:r>
        <w:rPr>
          <w:b w:val="0"/>
          <w:i w:val="0"/>
          <w:smallCaps w:val="0"/>
          <w:strike w:val="0"/>
          <w:sz w:val="12"/>
          <w:u w:val="none"/>
        </w:rPr>
        <w:t xml:space="preserve">Created in 1995, the World Trade Organization (WTO) provides a </w:t>
      </w:r>
      <w:r>
        <w:rPr>
          <w:b w:val="0"/>
          <w:i w:val="0"/>
          <w:smallCaps w:val="0"/>
          <w:strike w:val="0"/>
          <w:sz w:val="12"/>
          <w:u w:val="none"/>
        </w:rPr>
        <w:t xml:space="preserve"> for member states to lower barriers to international trade. The WTO also </w:t>
      </w:r>
      <w:r>
        <w:rPr>
          <w:b w:val="0"/>
          <w:i w:val="0"/>
          <w:smallCaps w:val="0"/>
          <w:strike w:val="0"/>
          <w:sz w:val="12"/>
          <w:u w:val="none"/>
        </w:rPr>
        <w:t xml:space="preserve"> as a legal and institutional framework for executing multilateral agreements related to the global trading system. One of these agreements is known as Trade-Related Aspects of Intellectual Property Rights (TRIPS). TRIPS governs the protection of IP rights, such as patents and trademarks. Technologies that prevent, contain, and treat COVID-19—the death toll from which exceeds </w:t>
      </w:r>
      <w:r>
        <w:rPr>
          <w:b w:val="0"/>
          <w:i w:val="0"/>
          <w:smallCaps w:val="0"/>
          <w:strike w:val="0"/>
          <w:sz w:val="12"/>
          <w:u w:val="none"/>
        </w:rPr>
        <w:t xml:space="preserve"> with </w:t>
      </w:r>
      <w:r>
        <w:rPr>
          <w:b w:val="0"/>
          <w:i w:val="0"/>
          <w:smallCaps w:val="0"/>
          <w:strike w:val="0"/>
          <w:sz w:val="12"/>
          <w:u w:val="none"/>
        </w:rPr>
        <w:t xml:space="preserve"> infected—are protected under TRIPS. This intersection of global public health and international trade regulations has spurred a debate as to whether an exception to TRIPS for COVID treatments is warranted. The two schools of thought on the patent waiver issue can be roughly characterized as follows:</w:t>
      </w:r>
    </w:p>
    <w:p>
      <w:pPr>
        <w:spacing w:after="60"/>
      </w:pPr>
      <w:r>
        <w:rPr>
          <w:b w:val="0"/>
          <w:i w:val="0"/>
          <w:smallCaps w:val="0"/>
          <w:strike w:val="0"/>
          <w:sz w:val="12"/>
          <w:u w:val="none"/>
        </w:rPr>
        <w:t>Pro-patent protection: The first school that patent protections on COVID-19 vaccines are necessary because pharmaceutical companies will otherwise be disincentivized to innovate and invest in vaccine research and development, and they will unfairly lose market share to competitors and adversarial nations such as China. This theory also that removing IP protections will not serve the intended objective of increasing vaccination rates as the developing world lacks the infrastructure and expertise to roll out effective domestic production. Advocates of patent protection argue that the WTO already allows countries to apply for “compulsory licensing,” which waives IP during emergencies such as the COVID-19 pandemic. Proponents of continued patent protection see voluntary commitments from industry, developed world governments, and large NGOs as a more effective means of addressing the problem.</w:t>
      </w:r>
    </w:p>
    <w:p>
      <w:pPr>
        <w:spacing w:after="60"/>
      </w:pPr>
      <w:r>
        <w:rPr>
          <w:b w:val="0"/>
          <w:i w:val="0"/>
          <w:smallCaps w:val="0"/>
          <w:strike w:val="0"/>
          <w:sz w:val="12"/>
          <w:u w:val="none"/>
        </w:rPr>
        <w:t>Pro-patent waiver: Conversely, others removing IP protections is a necessity as companies located in high-income countries hold most, if not all, of the COVID-19 vaccine IP and sell the vaccines to governments mostly in the developed world. According to this view, the price of these vaccines, combined with export restrictions and the inability of LMICs to manufacture their own vaccines at a lower price and without fear of litigation from patent holders, are among the main reason why vaccines are not reaching the world’s most vulnerable communities. They further that the compulsory license process is both time consuming and cumbersome and that providing basic medical services for these vulnerable communities should be prioritized over industry profits. Finally, a more diffuse global vaccine manufacturing architecture would be more effective and in line with health as a human right.</w:t>
      </w:r>
    </w:p>
    <w:p>
      <w:pPr>
        <w:spacing w:after="60"/>
      </w:pPr>
      <w:r>
        <w:rPr>
          <w:b w:val="0"/>
          <w:i w:val="0"/>
          <w:smallCaps w:val="0"/>
          <w:strike w:val="0"/>
          <w:sz w:val="12"/>
          <w:u w:val="none"/>
        </w:rPr>
        <w:t xml:space="preserve">The patent waiver issue gained traction in response to the stark disparity in global health outcomes as COVID-19 vaccines and therapeutics were brought to market. Data from May 2021 </w:t>
      </w:r>
      <w:r>
        <w:rPr>
          <w:b w:val="0"/>
          <w:i w:val="0"/>
          <w:smallCaps w:val="0"/>
          <w:strike w:val="0"/>
          <w:sz w:val="12"/>
          <w:u w:val="none"/>
        </w:rPr>
        <w:t xml:space="preserve"> that “people living in G7 countries were 77 times more likely to be offered a vaccine than those living in the world’s poorest countries.” Data from the end of June 2021 </w:t>
      </w:r>
      <w:r>
        <w:rPr>
          <w:b w:val="0"/>
          <w:i w:val="0"/>
          <w:smallCaps w:val="0"/>
          <w:strike w:val="0"/>
          <w:sz w:val="12"/>
          <w:u w:val="none"/>
        </w:rPr>
        <w:t xml:space="preserve"> that “46% of people in high-income countries had received at least one dose of the COVID-19 vaccine compared with 20% in middle-income countries and only 0.9% in low-income countries.”</w:t>
      </w:r>
    </w:p>
    <w:p>
      <w:pPr>
        <w:spacing w:after="60"/>
      </w:pPr>
      <w:r>
        <w:rPr>
          <w:b w:val="0"/>
          <w:i w:val="0"/>
          <w:smallCaps w:val="0"/>
          <w:strike w:val="0"/>
          <w:sz w:val="10"/>
          <w:u w:val="none"/>
        </w:rPr>
        <w:t xml:space="preserve">This global health inequity is in part due to high-income countries purchasing more vaccines than they need. For example, Canada has </w:t>
      </w:r>
      <w:r>
        <w:rPr>
          <w:b w:val="0"/>
          <w:i w:val="0"/>
          <w:smallCaps w:val="0"/>
          <w:strike w:val="0"/>
          <w:sz w:val="10"/>
          <w:u w:val="none"/>
        </w:rPr>
        <w:t xml:space="preserve"> vaccine doses for 434% of its population. Another issue is vaccine price in relation to cost and LMIC’s purchasing power: One report </w:t>
      </w:r>
      <w:r>
        <w:rPr>
          <w:b w:val="0"/>
          <w:i w:val="0"/>
          <w:smallCaps w:val="0"/>
          <w:strike w:val="0"/>
          <w:sz w:val="10"/>
          <w:u w:val="none"/>
        </w:rPr>
        <w:t xml:space="preserve"> that Pfizer/BioNTech and Moderna have been charging governments up to 24 times the potential cost of production. Furthermore, Pfizer/ BioNTech are charging their lowest reported price of $6.75 to the African Union, yet </w:t>
      </w:r>
      <w:r>
        <w:rPr>
          <w:b w:val="0"/>
          <w:i w:val="0"/>
          <w:smallCaps w:val="0"/>
          <w:strike w:val="0"/>
          <w:sz w:val="10"/>
          <w:u w:val="none"/>
        </w:rPr>
        <w:t xml:space="preserve"> as Uganda spends per citizen on health annually. These incongruities represent an injustice to the world’s underserved populations, and they demand the development of innovative ideas regarding how to overcome price and access obstacles.</w:t>
      </w:r>
    </w:p>
    <w:p>
      <w:pPr>
        <w:spacing w:after="60"/>
      </w:pPr>
      <w:r>
        <w:rPr>
          <w:b w:val="0"/>
          <w:i w:val="0"/>
          <w:smallCaps w:val="0"/>
          <w:strike w:val="0"/>
          <w:sz w:val="12"/>
          <w:u w:val="none"/>
        </w:rPr>
        <w:t xml:space="preserve">In October 2020, India and South Africa led a group of LMIC’s request to the WTO to waive certain TRIPS provisions. The </w:t>
      </w:r>
      <w:r>
        <w:rPr>
          <w:b w:val="0"/>
          <w:i w:val="0"/>
          <w:smallCaps w:val="0"/>
          <w:strike w:val="0"/>
          <w:sz w:val="12"/>
          <w:u w:val="none"/>
        </w:rPr>
        <w:t xml:space="preserve">, modified as of May 25, 2021, asks for a three-year waiver of IP protection for products and technologies related to COVID-19 prevention, treatment, and containment. Normally, WTO protections for IP last around 20 years. The Biden administration is </w:t>
      </w:r>
      <w:r>
        <w:rPr>
          <w:b w:val="0"/>
          <w:i w:val="0"/>
          <w:smallCaps w:val="0"/>
          <w:strike w:val="0"/>
          <w:sz w:val="12"/>
          <w:u w:val="none"/>
        </w:rPr>
        <w:t xml:space="preserve">, and the EU is open to negotiations.  However, some EU member states like Germany remain steadfast in rejecting this idea, and the EU has </w:t>
      </w:r>
      <w:r>
        <w:rPr>
          <w:b w:val="0"/>
          <w:i w:val="0"/>
          <w:smallCaps w:val="0"/>
          <w:strike w:val="0"/>
          <w:sz w:val="12"/>
          <w:u w:val="none"/>
        </w:rPr>
        <w:t xml:space="preserve"> its own non-waiver plan. The WTO will likely take months </w:t>
      </w:r>
      <w:r>
        <w:rPr>
          <w:b w:val="0"/>
          <w:i w:val="0"/>
          <w:smallCaps w:val="0"/>
          <w:strike w:val="0"/>
          <w:sz w:val="12"/>
          <w:u w:val="none"/>
        </w:rPr>
        <w:t xml:space="preserve"> this matter, and it usually renders decisions unanimously, though a TRIPS waiver would technically only require a three-quarters majority to pass. As it stands now, </w:t>
      </w:r>
      <w:r>
        <w:rPr>
          <w:b w:val="0"/>
          <w:i w:val="0"/>
          <w:smallCaps w:val="0"/>
          <w:strike w:val="0"/>
          <w:sz w:val="12"/>
          <w:u w:val="none"/>
        </w:rPr>
        <w:t xml:space="preserve"> at the WTO stalled in late July with little progress and are now on hold for the summer holiday.</w:t>
      </w:r>
    </w:p>
    <w:p>
      <w:pPr>
        <w:spacing w:after="60"/>
      </w:pPr>
      <w:r>
        <w:rPr>
          <w:b w:val="0"/>
          <w:i w:val="0"/>
          <w:smallCaps w:val="0"/>
          <w:strike w:val="0"/>
          <w:sz w:val="12"/>
          <w:u w:val="none"/>
        </w:rPr>
        <w:t>Solution</w:t>
      </w:r>
    </w:p>
    <w:p>
      <w:pPr>
        <w:spacing w:after="60"/>
      </w:pPr>
      <w:r>
        <w:rPr>
          <w:b w:val="0"/>
          <w:i w:val="0"/>
          <w:smallCaps w:val="0"/>
          <w:strike w:val="0"/>
          <w:sz w:val="22"/>
          <w:u w:val="single"/>
        </w:rPr>
        <w:t xml:space="preserve">An optimal solution to the currently inequitable global distribution of COVID-19 vaccines requires more innovation than a temporary waiver of patents. </w:t>
      </w:r>
      <w:r>
        <w:rPr>
          <w:b w:val="0"/>
          <w:i w:val="0"/>
          <w:smallCaps w:val="0"/>
          <w:strike w:val="0"/>
          <w:u w:val="none"/>
        </w:rPr>
        <w:t xml:space="preserve">A </w:t>
      </w:r>
      <w:r>
        <w:rPr>
          <w:b/>
          <w:i w:val="0"/>
          <w:smallCaps w:val="0"/>
          <w:strike w:val="0"/>
          <w:sz w:val="22"/>
          <w:highlight w:val="cyan"/>
          <w:u w:val="single"/>
        </w:rPr>
        <w:t>process</w:t>
      </w:r>
      <w:r>
        <w:rPr>
          <w:b/>
          <w:i w:val="0"/>
          <w:smallCaps w:val="0"/>
          <w:strike w:val="0"/>
          <w:sz w:val="22"/>
          <w:u w:val="single"/>
        </w:rPr>
        <w:t xml:space="preserve"> is </w:t>
      </w:r>
      <w:r>
        <w:rPr>
          <w:b/>
          <w:i w:val="0"/>
          <w:smallCaps w:val="0"/>
          <w:strike w:val="0"/>
          <w:sz w:val="22"/>
          <w:highlight w:val="cyan"/>
          <w:u w:val="single"/>
        </w:rPr>
        <w:t>needed</w:t>
      </w:r>
      <w:r>
        <w:rPr>
          <w:b/>
          <w:i w:val="0"/>
          <w:smallCaps w:val="0"/>
          <w:strike w:val="0"/>
          <w:sz w:val="22"/>
          <w:u w:val="single"/>
        </w:rPr>
        <w:t xml:space="preserve"> </w:t>
      </w:r>
      <w:r>
        <w:rPr>
          <w:b/>
          <w:i w:val="0"/>
          <w:smallCaps w:val="0"/>
          <w:strike w:val="0"/>
          <w:sz w:val="22"/>
          <w:highlight w:val="cyan"/>
          <w:u w:val="single"/>
        </w:rPr>
        <w:t>where</w:t>
      </w:r>
      <w:r>
        <w:rPr>
          <w:b/>
          <w:i w:val="0"/>
          <w:smallCaps w:val="0"/>
          <w:strike w:val="0"/>
          <w:sz w:val="22"/>
          <w:u w:val="single"/>
        </w:rPr>
        <w:t xml:space="preserve">by </w:t>
      </w:r>
      <w:r>
        <w:rPr>
          <w:b/>
          <w:i w:val="0"/>
          <w:smallCaps w:val="0"/>
          <w:strike w:val="0"/>
          <w:sz w:val="22"/>
          <w:highlight w:val="cyan"/>
          <w:u w:val="single"/>
        </w:rPr>
        <w:t>LMICs</w:t>
      </w:r>
      <w:r>
        <w:rPr>
          <w:b/>
          <w:i w:val="0"/>
          <w:smallCaps w:val="0"/>
          <w:strike w:val="0"/>
          <w:sz w:val="22"/>
          <w:u w:val="single"/>
        </w:rPr>
        <w:t xml:space="preserve"> can </w:t>
      </w:r>
      <w:r>
        <w:rPr>
          <w:b/>
          <w:i w:val="0"/>
          <w:smallCaps w:val="0"/>
          <w:strike w:val="0"/>
          <w:sz w:val="22"/>
          <w:highlight w:val="cyan"/>
          <w:u w:val="single"/>
        </w:rPr>
        <w:t>take</w:t>
      </w:r>
      <w:r>
        <w:rPr>
          <w:b/>
          <w:i w:val="0"/>
          <w:smallCaps w:val="0"/>
          <w:strike w:val="0"/>
          <w:sz w:val="22"/>
          <w:u w:val="single"/>
        </w:rPr>
        <w:t xml:space="preserve"> </w:t>
      </w:r>
      <w:r>
        <w:rPr>
          <w:b/>
          <w:i w:val="0"/>
          <w:smallCaps w:val="0"/>
          <w:strike w:val="0"/>
          <w:sz w:val="22"/>
          <w:highlight w:val="cyan"/>
          <w:u w:val="single"/>
        </w:rPr>
        <w:t>some</w:t>
      </w:r>
      <w:r>
        <w:rPr>
          <w:b/>
          <w:i w:val="0"/>
          <w:smallCaps w:val="0"/>
          <w:strike w:val="0"/>
          <w:sz w:val="22"/>
          <w:u w:val="single"/>
        </w:rPr>
        <w:t xml:space="preserve"> level of </w:t>
      </w:r>
      <w:r>
        <w:rPr>
          <w:b/>
          <w:i w:val="0"/>
          <w:smallCaps w:val="0"/>
          <w:strike w:val="0"/>
          <w:sz w:val="22"/>
          <w:highlight w:val="cyan"/>
          <w:u w:val="single"/>
        </w:rPr>
        <w:t>ownership</w:t>
      </w:r>
      <w:r>
        <w:rPr>
          <w:b/>
          <w:i w:val="0"/>
          <w:smallCaps w:val="0"/>
          <w:strike w:val="0"/>
          <w:sz w:val="22"/>
          <w:u w:val="single"/>
        </w:rPr>
        <w:t xml:space="preserve"> </w:t>
      </w:r>
      <w:r>
        <w:rPr>
          <w:b/>
          <w:i w:val="0"/>
          <w:smallCaps w:val="0"/>
          <w:strike w:val="0"/>
          <w:sz w:val="22"/>
          <w:highlight w:val="cyan"/>
          <w:u w:val="single"/>
        </w:rPr>
        <w:t>over</w:t>
      </w:r>
      <w:r>
        <w:rPr>
          <w:b/>
          <w:i w:val="0"/>
          <w:smallCaps w:val="0"/>
          <w:strike w:val="0"/>
          <w:sz w:val="22"/>
          <w:u w:val="single"/>
        </w:rPr>
        <w:t xml:space="preserve"> the </w:t>
      </w:r>
      <w:r>
        <w:rPr>
          <w:b/>
          <w:i w:val="0"/>
          <w:smallCaps w:val="0"/>
          <w:strike w:val="0"/>
          <w:sz w:val="22"/>
          <w:highlight w:val="cyan"/>
          <w:u w:val="single"/>
        </w:rPr>
        <w:t>manufacturing</w:t>
      </w:r>
      <w:r>
        <w:rPr>
          <w:b/>
          <w:i w:val="0"/>
          <w:smallCaps w:val="0"/>
          <w:strike w:val="0"/>
          <w:sz w:val="22"/>
          <w:u w:val="single"/>
        </w:rPr>
        <w:t xml:space="preserve"> and </w:t>
      </w:r>
      <w:r>
        <w:rPr>
          <w:b/>
          <w:i w:val="0"/>
          <w:smallCaps w:val="0"/>
          <w:strike w:val="0"/>
          <w:sz w:val="22"/>
          <w:highlight w:val="cyan"/>
          <w:u w:val="single"/>
        </w:rPr>
        <w:t>distribution</w:t>
      </w:r>
      <w:r>
        <w:rPr>
          <w:b w:val="0"/>
          <w:i w:val="0"/>
          <w:smallCaps w:val="0"/>
          <w:strike w:val="0"/>
          <w:u w:val="none"/>
        </w:rPr>
        <w:t xml:space="preserve"> of critical vaccines and medicines </w:t>
      </w:r>
      <w:r>
        <w:rPr>
          <w:b/>
          <w:i w:val="0"/>
          <w:smallCaps w:val="0"/>
          <w:strike w:val="0"/>
          <w:sz w:val="22"/>
          <w:highlight w:val="cyan"/>
          <w:u w:val="single"/>
        </w:rPr>
        <w:t>without</w:t>
      </w:r>
      <w:r>
        <w:rPr>
          <w:b/>
          <w:i w:val="0"/>
          <w:smallCaps w:val="0"/>
          <w:strike w:val="0"/>
          <w:sz w:val="22"/>
          <w:u w:val="single"/>
        </w:rPr>
        <w:t xml:space="preserve"> the </w:t>
      </w:r>
      <w:r>
        <w:rPr>
          <w:b/>
          <w:i w:val="0"/>
          <w:smallCaps w:val="0"/>
          <w:strike w:val="0"/>
          <w:sz w:val="22"/>
          <w:highlight w:val="cyan"/>
          <w:u w:val="single"/>
        </w:rPr>
        <w:t>bureaucratic</w:t>
      </w:r>
      <w:r>
        <w:rPr>
          <w:b/>
          <w:i w:val="0"/>
          <w:smallCaps w:val="0"/>
          <w:strike w:val="0"/>
          <w:sz w:val="22"/>
          <w:u w:val="single"/>
        </w:rPr>
        <w:t xml:space="preserve"> </w:t>
      </w:r>
      <w:r>
        <w:rPr>
          <w:b/>
          <w:i w:val="0"/>
          <w:smallCaps w:val="0"/>
          <w:strike w:val="0"/>
          <w:sz w:val="22"/>
          <w:highlight w:val="cyan"/>
          <w:u w:val="single"/>
        </w:rPr>
        <w:t>red</w:t>
      </w:r>
      <w:r>
        <w:rPr>
          <w:b/>
          <w:i w:val="0"/>
          <w:smallCaps w:val="0"/>
          <w:strike w:val="0"/>
          <w:sz w:val="22"/>
          <w:u w:val="single"/>
        </w:rPr>
        <w:t xml:space="preserve"> </w:t>
      </w:r>
      <w:r>
        <w:rPr>
          <w:b/>
          <w:i w:val="0"/>
          <w:smallCaps w:val="0"/>
          <w:strike w:val="0"/>
          <w:sz w:val="22"/>
          <w:highlight w:val="cyan"/>
          <w:u w:val="single"/>
        </w:rPr>
        <w:t>tape</w:t>
      </w:r>
      <w:r>
        <w:rPr>
          <w:b w:val="0"/>
          <w:i w:val="0"/>
          <w:smallCaps w:val="0"/>
          <w:strike w:val="0"/>
          <w:sz w:val="22"/>
          <w:u w:val="single"/>
        </w:rPr>
        <w:t xml:space="preserve"> associated with compulsory licensing</w:t>
      </w:r>
      <w:r>
        <w:rPr>
          <w:b w:val="0"/>
          <w:i w:val="0"/>
          <w:smallCaps w:val="0"/>
          <w:strike w:val="0"/>
          <w:u w:val="none"/>
        </w:rPr>
        <w:t xml:space="preserve">. We suggest that </w:t>
      </w:r>
      <w:r>
        <w:rPr>
          <w:b/>
          <w:i w:val="0"/>
          <w:smallCaps w:val="0"/>
          <w:strike w:val="0"/>
          <w:sz w:val="22"/>
          <w:highlight w:val="cyan"/>
          <w:u w:val="single"/>
        </w:rPr>
        <w:t>PPPs between</w:t>
      </w:r>
      <w:r>
        <w:rPr>
          <w:b/>
          <w:i w:val="0"/>
          <w:smallCaps w:val="0"/>
          <w:strike w:val="0"/>
          <w:sz w:val="22"/>
          <w:u w:val="single"/>
        </w:rPr>
        <w:t xml:space="preserve"> </w:t>
      </w:r>
      <w:r>
        <w:rPr>
          <w:b/>
          <w:i w:val="0"/>
          <w:smallCaps w:val="0"/>
          <w:strike w:val="0"/>
          <w:sz w:val="22"/>
          <w:highlight w:val="cyan"/>
          <w:u w:val="single"/>
        </w:rPr>
        <w:t>pharma</w:t>
      </w:r>
      <w:r>
        <w:rPr>
          <w:b/>
          <w:i w:val="0"/>
          <w:smallCaps w:val="0"/>
          <w:strike w:val="0"/>
          <w:sz w:val="22"/>
          <w:u w:val="single"/>
        </w:rPr>
        <w:t xml:space="preserve">ceutical companies </w:t>
      </w:r>
      <w:r>
        <w:rPr>
          <w:b/>
          <w:i w:val="0"/>
          <w:smallCaps w:val="0"/>
          <w:strike w:val="0"/>
          <w:sz w:val="22"/>
          <w:highlight w:val="cyan"/>
          <w:u w:val="single"/>
        </w:rPr>
        <w:t>and</w:t>
      </w:r>
      <w:r>
        <w:rPr>
          <w:b/>
          <w:i w:val="0"/>
          <w:smallCaps w:val="0"/>
          <w:strike w:val="0"/>
          <w:sz w:val="22"/>
          <w:u w:val="single"/>
        </w:rPr>
        <w:t xml:space="preserve"> relevant </w:t>
      </w:r>
      <w:r>
        <w:rPr>
          <w:b/>
          <w:i w:val="0"/>
          <w:smallCaps w:val="0"/>
          <w:strike w:val="0"/>
          <w:sz w:val="22"/>
          <w:highlight w:val="cyan"/>
          <w:u w:val="single"/>
        </w:rPr>
        <w:t>gov</w:t>
      </w:r>
      <w:r>
        <w:rPr>
          <w:b/>
          <w:i w:val="0"/>
          <w:smallCaps w:val="0"/>
          <w:strike w:val="0"/>
          <w:sz w:val="22"/>
          <w:u w:val="single"/>
        </w:rPr>
        <w:t>ernmental ministries that are well-</w:t>
      </w:r>
      <w:r>
        <w:rPr>
          <w:b/>
          <w:i w:val="0"/>
          <w:smallCaps w:val="0"/>
          <w:strike w:val="0"/>
          <w:sz w:val="22"/>
          <w:highlight w:val="cyan"/>
          <w:u w:val="single"/>
        </w:rPr>
        <w:t>funded</w:t>
      </w:r>
      <w:r>
        <w:rPr>
          <w:b/>
          <w:i w:val="0"/>
          <w:smallCaps w:val="0"/>
          <w:strike w:val="0"/>
          <w:sz w:val="22"/>
          <w:u w:val="single"/>
        </w:rPr>
        <w:t xml:space="preserve"> by access to the capital markets </w:t>
      </w:r>
      <w:r>
        <w:rPr>
          <w:b/>
          <w:i w:val="0"/>
          <w:smallCaps w:val="0"/>
          <w:strike w:val="0"/>
          <w:sz w:val="22"/>
          <w:highlight w:val="cyan"/>
          <w:u w:val="single"/>
        </w:rPr>
        <w:t>through</w:t>
      </w:r>
      <w:r>
        <w:rPr>
          <w:b/>
          <w:i w:val="0"/>
          <w:smallCaps w:val="0"/>
          <w:strike w:val="0"/>
          <w:sz w:val="22"/>
          <w:u w:val="single"/>
        </w:rPr>
        <w:t xml:space="preserve"> </w:t>
      </w:r>
      <w:r>
        <w:rPr>
          <w:b/>
          <w:i w:val="0"/>
          <w:smallCaps w:val="0"/>
          <w:strike w:val="0"/>
          <w:sz w:val="22"/>
          <w:highlight w:val="cyan"/>
          <w:u w:val="single"/>
        </w:rPr>
        <w:t>impact</w:t>
      </w:r>
      <w:r>
        <w:rPr>
          <w:b/>
          <w:i w:val="0"/>
          <w:smallCaps w:val="0"/>
          <w:strike w:val="0"/>
          <w:sz w:val="22"/>
          <w:u w:val="single"/>
        </w:rPr>
        <w:t xml:space="preserve"> </w:t>
      </w:r>
      <w:r>
        <w:rPr>
          <w:b/>
          <w:i w:val="0"/>
          <w:smallCaps w:val="0"/>
          <w:strike w:val="0"/>
          <w:sz w:val="22"/>
          <w:highlight w:val="cyan"/>
          <w:u w:val="single"/>
        </w:rPr>
        <w:t>bonds</w:t>
      </w:r>
      <w:r>
        <w:rPr>
          <w:b w:val="0"/>
          <w:i w:val="0"/>
          <w:smallCaps w:val="0"/>
          <w:strike w:val="0"/>
          <w:u w:val="none"/>
        </w:rPr>
        <w:t xml:space="preserve"> </w:t>
      </w:r>
      <w:r>
        <w:rPr>
          <w:b w:val="0"/>
          <w:i w:val="0"/>
          <w:smallCaps w:val="0"/>
          <w:strike w:val="0"/>
          <w:sz w:val="22"/>
          <w:u w:val="single"/>
        </w:rPr>
        <w:t xml:space="preserve">is a comprehensive, </w:t>
      </w:r>
      <w:r>
        <w:rPr>
          <w:b w:val="0"/>
          <w:i w:val="0"/>
          <w:smallCaps w:val="0"/>
          <w:strike w:val="0"/>
          <w:sz w:val="22"/>
          <w:highlight w:val="cyan"/>
          <w:u w:val="single"/>
        </w:rPr>
        <w:t>sustainable</w:t>
      </w:r>
      <w:r>
        <w:rPr>
          <w:b w:val="0"/>
          <w:i w:val="0"/>
          <w:smallCaps w:val="0"/>
          <w:strike w:val="0"/>
          <w:sz w:val="22"/>
          <w:u w:val="single"/>
        </w:rPr>
        <w:t xml:space="preserve"> </w:t>
      </w:r>
      <w:r>
        <w:rPr>
          <w:b w:val="0"/>
          <w:i w:val="0"/>
          <w:smallCaps w:val="0"/>
          <w:strike w:val="0"/>
          <w:sz w:val="22"/>
          <w:highlight w:val="cyan"/>
          <w:u w:val="single"/>
        </w:rPr>
        <w:t>solution</w:t>
      </w:r>
      <w:r>
        <w:rPr>
          <w:b w:val="0"/>
          <w:i w:val="0"/>
          <w:smallCaps w:val="0"/>
          <w:strike w:val="0"/>
          <w:sz w:val="22"/>
          <w:u w:val="single"/>
        </w:rPr>
        <w:t xml:space="preserve"> to the problem of achieving global vaccination goals.</w:t>
      </w:r>
    </w:p>
    <w:p>
      <w:pPr>
        <w:spacing w:after="60"/>
      </w:pPr>
      <w:r>
        <w:rPr>
          <w:b w:val="0"/>
          <w:i w:val="0"/>
          <w:smallCaps w:val="0"/>
          <w:strike w:val="0"/>
          <w:u w:val="none"/>
        </w:rPr>
        <w:t xml:space="preserve">A PPP can be </w:t>
      </w:r>
      <w:r>
        <w:rPr>
          <w:b w:val="0"/>
          <w:i w:val="0"/>
          <w:smallCaps w:val="0"/>
          <w:strike w:val="0"/>
          <w:u w:val="none"/>
        </w:rPr>
        <w:t xml:space="preserve"> as:</w:t>
      </w:r>
    </w:p>
    <w:p>
      <w:pPr>
        <w:spacing w:after="60"/>
      </w:pPr>
      <w:r>
        <w:rPr>
          <w:b/>
          <w:i w:val="0"/>
          <w:smallCaps w:val="0"/>
          <w:strike w:val="0"/>
          <w:sz w:val="22"/>
          <w:u w:val="single"/>
        </w:rPr>
        <w:t>Co-operation</w:t>
      </w:r>
      <w:r>
        <w:rPr>
          <w:b w:val="0"/>
          <w:i w:val="0"/>
          <w:smallCaps w:val="0"/>
          <w:strike w:val="0"/>
          <w:sz w:val="22"/>
          <w:u w:val="single"/>
        </w:rPr>
        <w:t xml:space="preserve"> of some sort of durability </w:t>
      </w:r>
      <w:r>
        <w:rPr>
          <w:b/>
          <w:i w:val="0"/>
          <w:smallCaps w:val="0"/>
          <w:strike w:val="0"/>
          <w:sz w:val="22"/>
          <w:u w:val="single"/>
        </w:rPr>
        <w:t>between specific public and private actors</w:t>
      </w:r>
      <w:r>
        <w:rPr>
          <w:b w:val="0"/>
          <w:i w:val="0"/>
          <w:smallCaps w:val="0"/>
          <w:strike w:val="0"/>
          <w:sz w:val="22"/>
          <w:u w:val="single"/>
        </w:rPr>
        <w:t xml:space="preserve"> in which they jointly develop infrastructure, products, and services </w:t>
      </w:r>
      <w:r>
        <w:rPr>
          <w:b w:val="0"/>
          <w:i w:val="0"/>
          <w:smallCaps w:val="0"/>
          <w:strike w:val="0"/>
          <w:u w:val="none"/>
        </w:rPr>
        <w:t>(including knowledge and dissemination of information)</w:t>
      </w:r>
      <w:r>
        <w:rPr>
          <w:b w:val="0"/>
          <w:i w:val="0"/>
          <w:smallCaps w:val="0"/>
          <w:strike w:val="0"/>
          <w:sz w:val="22"/>
          <w:u w:val="single"/>
        </w:rPr>
        <w:t xml:space="preserve"> and </w:t>
      </w:r>
      <w:r>
        <w:rPr>
          <w:b/>
          <w:i w:val="0"/>
          <w:smallCaps w:val="0"/>
          <w:strike w:val="0"/>
          <w:sz w:val="22"/>
          <w:u w:val="single"/>
        </w:rPr>
        <w:t>share risks</w:t>
      </w:r>
      <w:r>
        <w:rPr>
          <w:b w:val="0"/>
          <w:i w:val="0"/>
          <w:smallCaps w:val="0"/>
          <w:strike w:val="0"/>
          <w:sz w:val="22"/>
          <w:u w:val="single"/>
        </w:rPr>
        <w:t xml:space="preserve"> </w:t>
      </w:r>
      <w:r>
        <w:rPr>
          <w:b w:val="0"/>
          <w:i w:val="0"/>
          <w:smallCaps w:val="0"/>
          <w:strike w:val="0"/>
          <w:u w:val="none"/>
        </w:rPr>
        <w:t>(financial and/or prestige),</w:t>
      </w:r>
      <w:r>
        <w:rPr>
          <w:b w:val="0"/>
          <w:i w:val="0"/>
          <w:smallCaps w:val="0"/>
          <w:strike w:val="0"/>
          <w:sz w:val="22"/>
          <w:u w:val="single"/>
        </w:rPr>
        <w:t xml:space="preserve"> </w:t>
      </w:r>
      <w:r>
        <w:rPr>
          <w:b/>
          <w:i w:val="0"/>
          <w:smallCaps w:val="0"/>
          <w:strike w:val="0"/>
          <w:sz w:val="22"/>
          <w:u w:val="single"/>
        </w:rPr>
        <w:t>cost and resources</w:t>
      </w:r>
      <w:r>
        <w:rPr>
          <w:b w:val="0"/>
          <w:i w:val="0"/>
          <w:smallCaps w:val="0"/>
          <w:strike w:val="0"/>
          <w:sz w:val="22"/>
          <w:u w:val="single"/>
        </w:rPr>
        <w:t xml:space="preserve">, which are </w:t>
      </w:r>
      <w:r>
        <w:rPr>
          <w:b/>
          <w:i w:val="0"/>
          <w:smallCaps w:val="0"/>
          <w:strike w:val="0"/>
          <w:sz w:val="22"/>
          <w:u w:val="single"/>
        </w:rPr>
        <w:t>applied in the development and delivery process</w:t>
      </w:r>
      <w:r>
        <w:rPr>
          <w:b w:val="0"/>
          <w:i w:val="0"/>
          <w:smallCaps w:val="0"/>
          <w:strike w:val="0"/>
          <w:sz w:val="22"/>
          <w:u w:val="single"/>
        </w:rPr>
        <w:t>.</w:t>
      </w:r>
    </w:p>
    <w:p>
      <w:pPr>
        <w:spacing w:after="60"/>
      </w:pPr>
      <w:r>
        <w:rPr>
          <w:b w:val="0"/>
          <w:i w:val="0"/>
          <w:smallCaps w:val="0"/>
          <w:strike w:val="0"/>
          <w:u w:val="none"/>
        </w:rPr>
        <w:t xml:space="preserve">This solution has </w:t>
      </w:r>
      <w:r>
        <w:rPr>
          <w:b/>
          <w:i w:val="0"/>
          <w:smallCaps w:val="0"/>
          <w:strike w:val="0"/>
          <w:sz w:val="22"/>
          <w:highlight w:val="cyan"/>
          <w:u w:val="single"/>
        </w:rPr>
        <w:t>three</w:t>
      </w:r>
      <w:r>
        <w:rPr>
          <w:b/>
          <w:i w:val="0"/>
          <w:smallCaps w:val="0"/>
          <w:strike w:val="0"/>
          <w:sz w:val="22"/>
          <w:u w:val="single"/>
        </w:rPr>
        <w:t xml:space="preserve"> essential </w:t>
      </w:r>
      <w:r>
        <w:rPr>
          <w:b/>
          <w:i w:val="0"/>
          <w:smallCaps w:val="0"/>
          <w:strike w:val="0"/>
          <w:sz w:val="22"/>
          <w:highlight w:val="cyan"/>
          <w:u w:val="single"/>
        </w:rPr>
        <w:t>components</w:t>
      </w:r>
      <w:r>
        <w:rPr>
          <w:b/>
          <w:i w:val="0"/>
          <w:smallCaps w:val="0"/>
          <w:strike w:val="0"/>
          <w:sz w:val="22"/>
          <w:u w:val="single"/>
        </w:rPr>
        <w:t xml:space="preserve">: first, </w:t>
      </w:r>
      <w:r>
        <w:rPr>
          <w:b/>
          <w:i w:val="0"/>
          <w:smallCaps w:val="0"/>
          <w:strike w:val="0"/>
          <w:sz w:val="22"/>
          <w:highlight w:val="cyan"/>
          <w:u w:val="single"/>
        </w:rPr>
        <w:t>identifying</w:t>
      </w:r>
      <w:r>
        <w:rPr>
          <w:b/>
          <w:i w:val="0"/>
          <w:smallCaps w:val="0"/>
          <w:strike w:val="0"/>
          <w:sz w:val="22"/>
          <w:u w:val="single"/>
        </w:rPr>
        <w:t xml:space="preserve"> the </w:t>
      </w:r>
      <w:r>
        <w:rPr>
          <w:b/>
          <w:i w:val="0"/>
          <w:smallCaps w:val="0"/>
          <w:strike w:val="0"/>
          <w:sz w:val="22"/>
          <w:highlight w:val="cyan"/>
          <w:u w:val="single"/>
        </w:rPr>
        <w:t>incentives</w:t>
      </w:r>
      <w:r>
        <w:rPr>
          <w:b/>
          <w:i w:val="0"/>
          <w:smallCaps w:val="0"/>
          <w:strike w:val="0"/>
          <w:sz w:val="22"/>
          <w:u w:val="single"/>
        </w:rPr>
        <w:t xml:space="preserve"> </w:t>
      </w:r>
      <w:r>
        <w:rPr>
          <w:b/>
          <w:i w:val="0"/>
          <w:smallCaps w:val="0"/>
          <w:strike w:val="0"/>
          <w:sz w:val="22"/>
          <w:highlight w:val="cyan"/>
          <w:u w:val="single"/>
        </w:rPr>
        <w:t>for</w:t>
      </w:r>
      <w:r>
        <w:rPr>
          <w:b/>
          <w:i w:val="0"/>
          <w:smallCaps w:val="0"/>
          <w:strike w:val="0"/>
          <w:sz w:val="22"/>
          <w:u w:val="single"/>
        </w:rPr>
        <w:t xml:space="preserve"> the </w:t>
      </w:r>
      <w:r>
        <w:rPr>
          <w:b/>
          <w:i w:val="0"/>
          <w:smallCaps w:val="0"/>
          <w:strike w:val="0"/>
          <w:sz w:val="22"/>
          <w:highlight w:val="cyan"/>
          <w:u w:val="single"/>
        </w:rPr>
        <w:t>private</w:t>
      </w:r>
      <w:r>
        <w:rPr>
          <w:b/>
          <w:i w:val="0"/>
          <w:smallCaps w:val="0"/>
          <w:strike w:val="0"/>
          <w:sz w:val="22"/>
          <w:u w:val="single"/>
        </w:rPr>
        <w:t xml:space="preserve"> </w:t>
      </w:r>
      <w:r>
        <w:rPr>
          <w:b/>
          <w:i w:val="0"/>
          <w:smallCaps w:val="0"/>
          <w:strike w:val="0"/>
          <w:sz w:val="22"/>
          <w:highlight w:val="cyan"/>
          <w:u w:val="single"/>
        </w:rPr>
        <w:t>sector</w:t>
      </w:r>
      <w:r>
        <w:rPr>
          <w:b w:val="0"/>
          <w:i w:val="0"/>
          <w:smallCaps w:val="0"/>
          <w:strike w:val="0"/>
          <w:sz w:val="22"/>
          <w:u w:val="single"/>
        </w:rPr>
        <w:t xml:space="preserve"> to participate in the partnership; </w:t>
      </w:r>
      <w:r>
        <w:rPr>
          <w:b w:val="0"/>
          <w:i w:val="0"/>
          <w:smallCaps w:val="0"/>
          <w:strike w:val="0"/>
          <w:sz w:val="22"/>
          <w:highlight w:val="cyan"/>
          <w:u w:val="single"/>
        </w:rPr>
        <w:t>second</w:t>
      </w:r>
      <w:r>
        <w:rPr>
          <w:b w:val="0"/>
          <w:i w:val="0"/>
          <w:smallCaps w:val="0"/>
          <w:strike w:val="0"/>
          <w:sz w:val="22"/>
          <w:u w:val="single"/>
        </w:rPr>
        <w:t xml:space="preserve">, </w:t>
      </w:r>
      <w:r>
        <w:rPr>
          <w:b/>
          <w:i w:val="0"/>
          <w:smallCaps w:val="0"/>
          <w:strike w:val="0"/>
          <w:sz w:val="22"/>
          <w:highlight w:val="cyan"/>
          <w:u w:val="single"/>
        </w:rPr>
        <w:t>inducing</w:t>
      </w:r>
      <w:r>
        <w:rPr>
          <w:b/>
          <w:i w:val="0"/>
          <w:smallCaps w:val="0"/>
          <w:strike w:val="0"/>
          <w:sz w:val="22"/>
          <w:u w:val="single"/>
        </w:rPr>
        <w:t xml:space="preserve"> the </w:t>
      </w:r>
      <w:r>
        <w:rPr>
          <w:b/>
          <w:i w:val="0"/>
          <w:smallCaps w:val="0"/>
          <w:strike w:val="0"/>
          <w:sz w:val="22"/>
          <w:highlight w:val="cyan"/>
          <w:u w:val="single"/>
        </w:rPr>
        <w:t>public</w:t>
      </w:r>
      <w:r>
        <w:rPr>
          <w:b/>
          <w:i w:val="0"/>
          <w:smallCaps w:val="0"/>
          <w:strike w:val="0"/>
          <w:sz w:val="22"/>
          <w:u w:val="single"/>
        </w:rPr>
        <w:t xml:space="preserve"> </w:t>
      </w:r>
      <w:r>
        <w:rPr>
          <w:b/>
          <w:i w:val="0"/>
          <w:smallCaps w:val="0"/>
          <w:strike w:val="0"/>
          <w:sz w:val="22"/>
          <w:highlight w:val="cyan"/>
          <w:u w:val="single"/>
        </w:rPr>
        <w:t>sector</w:t>
      </w:r>
      <w:r>
        <w:rPr>
          <w:b/>
          <w:i w:val="0"/>
          <w:smallCaps w:val="0"/>
          <w:strike w:val="0"/>
          <w:sz w:val="22"/>
          <w:u w:val="single"/>
        </w:rPr>
        <w:t xml:space="preserve"> </w:t>
      </w:r>
      <w:r>
        <w:rPr>
          <w:b/>
          <w:i w:val="0"/>
          <w:smallCaps w:val="0"/>
          <w:strike w:val="0"/>
          <w:sz w:val="22"/>
          <w:highlight w:val="cyan"/>
          <w:u w:val="single"/>
        </w:rPr>
        <w:t>to</w:t>
      </w:r>
      <w:r>
        <w:rPr>
          <w:b/>
          <w:i w:val="0"/>
          <w:smallCaps w:val="0"/>
          <w:strike w:val="0"/>
          <w:sz w:val="22"/>
          <w:u w:val="single"/>
        </w:rPr>
        <w:t xml:space="preserve"> </w:t>
      </w:r>
      <w:r>
        <w:rPr>
          <w:b/>
          <w:i w:val="0"/>
          <w:smallCaps w:val="0"/>
          <w:strike w:val="0"/>
          <w:sz w:val="22"/>
          <w:highlight w:val="cyan"/>
          <w:u w:val="single"/>
        </w:rPr>
        <w:t>transfer</w:t>
      </w:r>
      <w:r>
        <w:rPr>
          <w:b/>
          <w:i w:val="0"/>
          <w:smallCaps w:val="0"/>
          <w:strike w:val="0"/>
          <w:sz w:val="22"/>
          <w:u w:val="single"/>
        </w:rPr>
        <w:t xml:space="preserve"> </w:t>
      </w:r>
      <w:r>
        <w:rPr>
          <w:b/>
          <w:i w:val="0"/>
          <w:smallCaps w:val="0"/>
          <w:strike w:val="0"/>
          <w:sz w:val="22"/>
          <w:highlight w:val="cyan"/>
          <w:u w:val="single"/>
        </w:rPr>
        <w:t>some</w:t>
      </w:r>
      <w:r>
        <w:rPr>
          <w:b w:val="0"/>
          <w:i w:val="0"/>
          <w:smallCaps w:val="0"/>
          <w:strike w:val="0"/>
          <w:sz w:val="22"/>
          <w:u w:val="single"/>
        </w:rPr>
        <w:t xml:space="preserve"> of its </w:t>
      </w:r>
      <w:r>
        <w:rPr>
          <w:b/>
          <w:i w:val="0"/>
          <w:smallCaps w:val="0"/>
          <w:strike w:val="0"/>
          <w:sz w:val="22"/>
          <w:u w:val="single"/>
        </w:rPr>
        <w:t xml:space="preserve">mission and </w:t>
      </w:r>
      <w:r>
        <w:rPr>
          <w:b/>
          <w:i w:val="0"/>
          <w:smallCaps w:val="0"/>
          <w:strike w:val="0"/>
          <w:sz w:val="22"/>
          <w:highlight w:val="cyan"/>
          <w:u w:val="single"/>
        </w:rPr>
        <w:t>responsibilities</w:t>
      </w:r>
      <w:r>
        <w:rPr>
          <w:b/>
          <w:i w:val="0"/>
          <w:smallCaps w:val="0"/>
          <w:strike w:val="0"/>
          <w:sz w:val="22"/>
          <w:u w:val="single"/>
        </w:rPr>
        <w:t xml:space="preserve"> </w:t>
      </w:r>
      <w:r>
        <w:rPr>
          <w:b/>
          <w:i w:val="0"/>
          <w:smallCaps w:val="0"/>
          <w:strike w:val="0"/>
          <w:sz w:val="22"/>
          <w:highlight w:val="cyan"/>
          <w:u w:val="single"/>
        </w:rPr>
        <w:t>to</w:t>
      </w:r>
      <w:r>
        <w:rPr>
          <w:b/>
          <w:i w:val="0"/>
          <w:smallCaps w:val="0"/>
          <w:strike w:val="0"/>
          <w:sz w:val="22"/>
          <w:u w:val="single"/>
        </w:rPr>
        <w:t xml:space="preserve"> the </w:t>
      </w:r>
      <w:r>
        <w:rPr>
          <w:b/>
          <w:i w:val="0"/>
          <w:smallCaps w:val="0"/>
          <w:strike w:val="0"/>
          <w:sz w:val="22"/>
          <w:highlight w:val="cyan"/>
          <w:u w:val="single"/>
        </w:rPr>
        <w:t>partnership</w:t>
      </w:r>
      <w:r>
        <w:rPr>
          <w:b w:val="0"/>
          <w:i w:val="0"/>
          <w:smallCaps w:val="0"/>
          <w:strike w:val="0"/>
          <w:sz w:val="22"/>
          <w:u w:val="single"/>
        </w:rPr>
        <w:t xml:space="preserve">; and </w:t>
      </w:r>
      <w:r>
        <w:rPr>
          <w:b/>
          <w:i w:val="0"/>
          <w:smallCaps w:val="0"/>
          <w:strike w:val="0"/>
          <w:sz w:val="22"/>
          <w:highlight w:val="cyan"/>
          <w:u w:val="single"/>
        </w:rPr>
        <w:t>third</w:t>
      </w:r>
      <w:r>
        <w:rPr>
          <w:b/>
          <w:i w:val="0"/>
          <w:smallCaps w:val="0"/>
          <w:strike w:val="0"/>
          <w:sz w:val="22"/>
          <w:u w:val="single"/>
        </w:rPr>
        <w:t xml:space="preserve">, access to </w:t>
      </w:r>
      <w:r>
        <w:rPr>
          <w:b/>
          <w:i w:val="0"/>
          <w:smallCaps w:val="0"/>
          <w:strike w:val="0"/>
          <w:sz w:val="22"/>
          <w:highlight w:val="cyan"/>
          <w:u w:val="single"/>
        </w:rPr>
        <w:t>capital</w:t>
      </w:r>
      <w:r>
        <w:rPr>
          <w:b/>
          <w:i w:val="0"/>
          <w:smallCaps w:val="0"/>
          <w:strike w:val="0"/>
          <w:sz w:val="22"/>
          <w:u w:val="single"/>
        </w:rPr>
        <w:t xml:space="preserve"> </w:t>
      </w:r>
      <w:r>
        <w:rPr>
          <w:b/>
          <w:i w:val="0"/>
          <w:smallCaps w:val="0"/>
          <w:strike w:val="0"/>
          <w:sz w:val="22"/>
          <w:highlight w:val="cyan"/>
          <w:u w:val="single"/>
        </w:rPr>
        <w:t>markets</w:t>
      </w:r>
      <w:r>
        <w:rPr>
          <w:b w:val="0"/>
          <w:i w:val="0"/>
          <w:smallCaps w:val="0"/>
          <w:strike w:val="0"/>
          <w:sz w:val="22"/>
          <w:u w:val="single"/>
        </w:rPr>
        <w:t>.</w:t>
      </w:r>
    </w:p>
    <w:p>
      <w:pPr>
        <w:spacing w:after="60"/>
      </w:pPr>
      <w:r>
        <w:rPr>
          <w:b w:val="0"/>
          <w:i w:val="0"/>
          <w:smallCaps w:val="0"/>
          <w:strike w:val="0"/>
          <w:u w:val="none"/>
        </w:rPr>
        <w:t xml:space="preserve">As the current authors </w:t>
      </w:r>
      <w:r>
        <w:rPr>
          <w:b w:val="0"/>
          <w:i w:val="0"/>
          <w:smallCaps w:val="0"/>
          <w:strike w:val="0"/>
          <w:u w:val="none"/>
        </w:rPr>
        <w:t xml:space="preserve"> in 2016: </w:t>
      </w:r>
      <w:r>
        <w:rPr>
          <w:b/>
          <w:i w:val="0"/>
          <w:smallCaps w:val="0"/>
          <w:strike w:val="0"/>
          <w:sz w:val="22"/>
          <w:highlight w:val="cyan"/>
          <w:u w:val="single"/>
        </w:rPr>
        <w:t>Private</w:t>
      </w:r>
      <w:r>
        <w:rPr>
          <w:b/>
          <w:i w:val="0"/>
          <w:smallCaps w:val="0"/>
          <w:strike w:val="0"/>
          <w:sz w:val="22"/>
          <w:u w:val="single"/>
        </w:rPr>
        <w:t xml:space="preserve"> </w:t>
      </w:r>
      <w:r>
        <w:rPr>
          <w:b/>
          <w:i w:val="0"/>
          <w:smallCaps w:val="0"/>
          <w:strike w:val="0"/>
          <w:sz w:val="22"/>
          <w:highlight w:val="cyan"/>
          <w:u w:val="single"/>
        </w:rPr>
        <w:t>sector</w:t>
      </w:r>
      <w:r>
        <w:rPr>
          <w:b/>
          <w:i w:val="0"/>
          <w:smallCaps w:val="0"/>
          <w:strike w:val="0"/>
          <w:sz w:val="22"/>
          <w:u w:val="single"/>
        </w:rPr>
        <w:t xml:space="preserve"> entities can </w:t>
      </w:r>
      <w:r>
        <w:rPr>
          <w:b/>
          <w:i w:val="0"/>
          <w:smallCaps w:val="0"/>
          <w:strike w:val="0"/>
          <w:sz w:val="22"/>
          <w:highlight w:val="cyan"/>
          <w:u w:val="single"/>
        </w:rPr>
        <w:t>profit</w:t>
      </w:r>
      <w:r>
        <w:rPr>
          <w:b/>
          <w:i w:val="0"/>
          <w:smallCaps w:val="0"/>
          <w:strike w:val="0"/>
          <w:sz w:val="22"/>
          <w:u w:val="single"/>
        </w:rPr>
        <w:t xml:space="preserve"> </w:t>
      </w:r>
      <w:r>
        <w:rPr>
          <w:b/>
          <w:i w:val="0"/>
          <w:smallCaps w:val="0"/>
          <w:strike w:val="0"/>
          <w:sz w:val="22"/>
          <w:highlight w:val="cyan"/>
          <w:u w:val="single"/>
        </w:rPr>
        <w:t>from</w:t>
      </w:r>
      <w:r>
        <w:rPr>
          <w:b/>
          <w:i w:val="0"/>
          <w:smallCaps w:val="0"/>
          <w:strike w:val="0"/>
          <w:sz w:val="22"/>
          <w:u w:val="single"/>
        </w:rPr>
        <w:t xml:space="preserve"> </w:t>
      </w:r>
      <w:r>
        <w:rPr>
          <w:b/>
          <w:i w:val="0"/>
          <w:smallCaps w:val="0"/>
          <w:strike w:val="0"/>
          <w:sz w:val="22"/>
          <w:highlight w:val="cyan"/>
          <w:u w:val="single"/>
        </w:rPr>
        <w:t>PPPs</w:t>
      </w:r>
      <w:r>
        <w:rPr>
          <w:b/>
          <w:i w:val="0"/>
          <w:smallCaps w:val="0"/>
          <w:strike w:val="0"/>
          <w:sz w:val="22"/>
          <w:u w:val="single"/>
        </w:rPr>
        <w:t>—</w:t>
      </w:r>
      <w:r>
        <w:rPr>
          <w:b/>
          <w:i w:val="0"/>
          <w:smallCaps w:val="0"/>
          <w:strike w:val="0"/>
          <w:sz w:val="22"/>
          <w:highlight w:val="cyan"/>
          <w:u w:val="single"/>
        </w:rPr>
        <w:t>especially</w:t>
      </w:r>
      <w:r>
        <w:rPr>
          <w:b/>
          <w:i w:val="0"/>
          <w:smallCaps w:val="0"/>
          <w:strike w:val="0"/>
          <w:sz w:val="22"/>
          <w:u w:val="single"/>
        </w:rPr>
        <w:t xml:space="preserve"> </w:t>
      </w:r>
      <w:r>
        <w:rPr>
          <w:b/>
          <w:i w:val="0"/>
          <w:smallCaps w:val="0"/>
          <w:strike w:val="0"/>
          <w:sz w:val="22"/>
          <w:highlight w:val="cyan"/>
          <w:u w:val="single"/>
        </w:rPr>
        <w:t>with</w:t>
      </w:r>
      <w:r>
        <w:rPr>
          <w:b/>
          <w:i w:val="0"/>
          <w:smallCaps w:val="0"/>
          <w:strike w:val="0"/>
          <w:sz w:val="22"/>
          <w:u w:val="single"/>
        </w:rPr>
        <w:t xml:space="preserve"> </w:t>
      </w:r>
      <w:r>
        <w:rPr>
          <w:b/>
          <w:i w:val="0"/>
          <w:smallCaps w:val="0"/>
          <w:strike w:val="0"/>
          <w:sz w:val="22"/>
          <w:highlight w:val="cyan"/>
          <w:u w:val="single"/>
        </w:rPr>
        <w:t>LMICs</w:t>
      </w:r>
      <w:r>
        <w:rPr>
          <w:b/>
          <w:i w:val="0"/>
          <w:smallCaps w:val="0"/>
          <w:strike w:val="0"/>
          <w:sz w:val="22"/>
          <w:u w:val="single"/>
        </w:rPr>
        <w:t xml:space="preserve"> that present a new or unsaturated market</w:t>
      </w:r>
      <w:r>
        <w:rPr>
          <w:b w:val="0"/>
          <w:i w:val="0"/>
          <w:smallCaps w:val="0"/>
          <w:strike w:val="0"/>
          <w:u w:val="none"/>
        </w:rPr>
        <w:t xml:space="preserve"> for a wide range of a pharmaceutical company’s products. </w:t>
      </w:r>
      <w:r>
        <w:rPr>
          <w:b w:val="0"/>
          <w:i w:val="0"/>
          <w:smallCaps w:val="0"/>
          <w:strike w:val="0"/>
          <w:sz w:val="22"/>
          <w:u w:val="single"/>
        </w:rPr>
        <w:t>Increased brand recognition, increased market penetration</w:t>
      </w:r>
      <w:r>
        <w:rPr>
          <w:b/>
          <w:i w:val="0"/>
          <w:smallCaps w:val="0"/>
          <w:strike w:val="0"/>
          <w:sz w:val="22"/>
          <w:u w:val="single"/>
        </w:rPr>
        <w:t xml:space="preserve">, entry into </w:t>
      </w:r>
      <w:r>
        <w:rPr>
          <w:b/>
          <w:i w:val="0"/>
          <w:smallCaps w:val="0"/>
          <w:strike w:val="0"/>
          <w:sz w:val="22"/>
          <w:highlight w:val="cyan"/>
          <w:u w:val="single"/>
        </w:rPr>
        <w:t>new</w:t>
      </w:r>
      <w:r>
        <w:rPr>
          <w:b/>
          <w:i w:val="0"/>
          <w:smallCaps w:val="0"/>
          <w:strike w:val="0"/>
          <w:sz w:val="22"/>
          <w:u w:val="single"/>
        </w:rPr>
        <w:t xml:space="preserve"> </w:t>
      </w:r>
      <w:r>
        <w:rPr>
          <w:b/>
          <w:i w:val="0"/>
          <w:smallCaps w:val="0"/>
          <w:strike w:val="0"/>
          <w:sz w:val="22"/>
          <w:highlight w:val="cyan"/>
          <w:u w:val="single"/>
        </w:rPr>
        <w:t>markets</w:t>
      </w:r>
      <w:r>
        <w:rPr>
          <w:b w:val="0"/>
          <w:i w:val="0"/>
          <w:smallCaps w:val="0"/>
          <w:strike w:val="0"/>
          <w:sz w:val="22"/>
          <w:u w:val="single"/>
        </w:rPr>
        <w:t xml:space="preserve">, preserving the existing customer base, </w:t>
      </w:r>
      <w:r>
        <w:rPr>
          <w:b/>
          <w:i w:val="0"/>
          <w:smallCaps w:val="0"/>
          <w:strike w:val="0"/>
          <w:sz w:val="22"/>
          <w:u w:val="single"/>
        </w:rPr>
        <w:t xml:space="preserve">gaining </w:t>
      </w:r>
      <w:r>
        <w:rPr>
          <w:b/>
          <w:i w:val="0"/>
          <w:smallCaps w:val="0"/>
          <w:strike w:val="0"/>
          <w:sz w:val="22"/>
          <w:highlight w:val="cyan"/>
          <w:u w:val="single"/>
        </w:rPr>
        <w:t>new</w:t>
      </w:r>
      <w:r>
        <w:rPr>
          <w:b/>
          <w:i w:val="0"/>
          <w:smallCaps w:val="0"/>
          <w:strike w:val="0"/>
          <w:sz w:val="22"/>
          <w:u w:val="single"/>
        </w:rPr>
        <w:t xml:space="preserve"> </w:t>
      </w:r>
      <w:r>
        <w:rPr>
          <w:b/>
          <w:i w:val="0"/>
          <w:smallCaps w:val="0"/>
          <w:strike w:val="0"/>
          <w:sz w:val="22"/>
          <w:highlight w:val="cyan"/>
          <w:u w:val="single"/>
        </w:rPr>
        <w:t>customers</w:t>
      </w:r>
      <w:r>
        <w:rPr>
          <w:b w:val="0"/>
          <w:i w:val="0"/>
          <w:smallCaps w:val="0"/>
          <w:strike w:val="0"/>
          <w:sz w:val="22"/>
          <w:u w:val="single"/>
        </w:rPr>
        <w:t xml:space="preserve">, and </w:t>
      </w:r>
      <w:r>
        <w:rPr>
          <w:b/>
          <w:i w:val="0"/>
          <w:smallCaps w:val="0"/>
          <w:strike w:val="0"/>
          <w:sz w:val="22"/>
          <w:u w:val="single"/>
        </w:rPr>
        <w:t xml:space="preserve">garnering </w:t>
      </w:r>
      <w:r>
        <w:rPr>
          <w:b/>
          <w:i w:val="0"/>
          <w:smallCaps w:val="0"/>
          <w:strike w:val="0"/>
          <w:sz w:val="22"/>
          <w:highlight w:val="cyan"/>
          <w:u w:val="single"/>
        </w:rPr>
        <w:t>favorable</w:t>
      </w:r>
      <w:r>
        <w:rPr>
          <w:b/>
          <w:i w:val="0"/>
          <w:smallCaps w:val="0"/>
          <w:strike w:val="0"/>
          <w:sz w:val="22"/>
          <w:u w:val="single"/>
        </w:rPr>
        <w:t xml:space="preserve"> </w:t>
      </w:r>
      <w:r>
        <w:rPr>
          <w:b/>
          <w:i w:val="0"/>
          <w:smallCaps w:val="0"/>
          <w:strike w:val="0"/>
          <w:sz w:val="22"/>
          <w:highlight w:val="cyan"/>
          <w:u w:val="single"/>
        </w:rPr>
        <w:t>status</w:t>
      </w:r>
      <w:r>
        <w:rPr>
          <w:b w:val="0"/>
          <w:i w:val="0"/>
          <w:smallCaps w:val="0"/>
          <w:strike w:val="0"/>
          <w:sz w:val="22"/>
          <w:u w:val="single"/>
        </w:rPr>
        <w:t xml:space="preserve"> </w:t>
      </w:r>
      <w:r>
        <w:rPr>
          <w:b/>
          <w:i w:val="0"/>
          <w:smallCaps w:val="0"/>
          <w:strike w:val="0"/>
          <w:sz w:val="22"/>
          <w:u w:val="single"/>
        </w:rPr>
        <w:t>for introduction of new products</w:t>
      </w:r>
      <w:r>
        <w:rPr>
          <w:b w:val="0"/>
          <w:i w:val="0"/>
          <w:smallCaps w:val="0"/>
          <w:strike w:val="0"/>
          <w:sz w:val="22"/>
          <w:u w:val="single"/>
        </w:rPr>
        <w:t xml:space="preserve"> </w:t>
      </w:r>
      <w:r>
        <w:rPr>
          <w:b w:val="0"/>
          <w:i w:val="0"/>
          <w:smallCaps w:val="0"/>
          <w:strike w:val="0"/>
          <w:u w:val="none"/>
        </w:rPr>
        <w:t xml:space="preserve">are all </w:t>
      </w:r>
      <w:r>
        <w:rPr>
          <w:b/>
          <w:i w:val="0"/>
          <w:smallCaps w:val="0"/>
          <w:strike w:val="0"/>
          <w:sz w:val="22"/>
          <w:highlight w:val="cyan"/>
          <w:u w:val="single"/>
        </w:rPr>
        <w:t>attractive</w:t>
      </w:r>
      <w:r>
        <w:rPr>
          <w:b/>
          <w:i w:val="0"/>
          <w:smallCaps w:val="0"/>
          <w:strike w:val="0"/>
          <w:sz w:val="22"/>
          <w:u w:val="single"/>
        </w:rPr>
        <w:t xml:space="preserve"> </w:t>
      </w:r>
      <w:r>
        <w:rPr>
          <w:b w:val="0"/>
          <w:i w:val="0"/>
          <w:smallCaps w:val="0"/>
          <w:strike w:val="0"/>
          <w:sz w:val="22"/>
          <w:u w:val="single"/>
        </w:rPr>
        <w:t xml:space="preserve">concepts </w:t>
      </w:r>
      <w:r>
        <w:rPr>
          <w:b/>
          <w:i w:val="0"/>
          <w:smallCaps w:val="0"/>
          <w:strike w:val="0"/>
          <w:sz w:val="22"/>
          <w:highlight w:val="cyan"/>
          <w:u w:val="single"/>
        </w:rPr>
        <w:t>for</w:t>
      </w:r>
      <w:r>
        <w:rPr>
          <w:b/>
          <w:i w:val="0"/>
          <w:smallCaps w:val="0"/>
          <w:strike w:val="0"/>
          <w:sz w:val="22"/>
          <w:u w:val="single"/>
        </w:rPr>
        <w:t xml:space="preserve"> </w:t>
      </w:r>
      <w:r>
        <w:rPr>
          <w:b/>
          <w:i w:val="0"/>
          <w:smallCaps w:val="0"/>
          <w:strike w:val="0"/>
          <w:sz w:val="22"/>
          <w:highlight w:val="cyan"/>
          <w:u w:val="single"/>
        </w:rPr>
        <w:t>private</w:t>
      </w:r>
      <w:r>
        <w:rPr>
          <w:b/>
          <w:i w:val="0"/>
          <w:smallCaps w:val="0"/>
          <w:strike w:val="0"/>
          <w:sz w:val="22"/>
          <w:u w:val="single"/>
        </w:rPr>
        <w:t xml:space="preserve"> </w:t>
      </w:r>
      <w:r>
        <w:rPr>
          <w:b/>
          <w:i w:val="0"/>
          <w:smallCaps w:val="0"/>
          <w:strike w:val="0"/>
          <w:sz w:val="22"/>
          <w:highlight w:val="cyan"/>
          <w:u w:val="single"/>
        </w:rPr>
        <w:t>sector</w:t>
      </w:r>
      <w:r>
        <w:rPr>
          <w:b w:val="0"/>
          <w:i w:val="0"/>
          <w:smallCaps w:val="0"/>
          <w:strike w:val="0"/>
          <w:sz w:val="22"/>
          <w:u w:val="single"/>
        </w:rPr>
        <w:t xml:space="preserve"> partners</w:t>
      </w:r>
      <w:r>
        <w:rPr>
          <w:b w:val="0"/>
          <w:i w:val="0"/>
          <w:smallCaps w:val="0"/>
          <w:strike w:val="0"/>
          <w:u w:val="none"/>
        </w:rPr>
        <w:t xml:space="preserve">. </w:t>
      </w:r>
      <w:r>
        <w:rPr>
          <w:b w:val="0"/>
          <w:i w:val="0"/>
          <w:smallCaps w:val="0"/>
          <w:strike w:val="0"/>
          <w:sz w:val="22"/>
          <w:u w:val="single"/>
        </w:rPr>
        <w:t xml:space="preserve">Relaxed barriers to market entry (e.g., tariffs and taxes) and access to </w:t>
      </w:r>
      <w:r>
        <w:rPr>
          <w:b/>
          <w:i w:val="0"/>
          <w:smallCaps w:val="0"/>
          <w:strike w:val="0"/>
          <w:sz w:val="22"/>
          <w:highlight w:val="cyan"/>
          <w:u w:val="single"/>
        </w:rPr>
        <w:t>LMIC</w:t>
      </w:r>
      <w:r>
        <w:rPr>
          <w:b/>
          <w:i w:val="0"/>
          <w:smallCaps w:val="0"/>
          <w:strike w:val="0"/>
          <w:sz w:val="22"/>
          <w:u w:val="single"/>
        </w:rPr>
        <w:t xml:space="preserve"> </w:t>
      </w:r>
      <w:r>
        <w:rPr>
          <w:b/>
          <w:i w:val="0"/>
          <w:smallCaps w:val="0"/>
          <w:strike w:val="0"/>
          <w:sz w:val="22"/>
          <w:highlight w:val="cyan"/>
          <w:u w:val="single"/>
        </w:rPr>
        <w:t>raw</w:t>
      </w:r>
      <w:r>
        <w:rPr>
          <w:b/>
          <w:i w:val="0"/>
          <w:smallCaps w:val="0"/>
          <w:strike w:val="0"/>
          <w:sz w:val="22"/>
          <w:u w:val="single"/>
        </w:rPr>
        <w:t xml:space="preserve"> </w:t>
      </w:r>
      <w:r>
        <w:rPr>
          <w:b/>
          <w:i w:val="0"/>
          <w:smallCaps w:val="0"/>
          <w:strike w:val="0"/>
          <w:sz w:val="22"/>
          <w:highlight w:val="cyan"/>
          <w:u w:val="single"/>
        </w:rPr>
        <w:t>data</w:t>
      </w:r>
      <w:r>
        <w:rPr>
          <w:b/>
          <w:i w:val="0"/>
          <w:smallCaps w:val="0"/>
          <w:strike w:val="0"/>
          <w:sz w:val="22"/>
          <w:u w:val="single"/>
        </w:rPr>
        <w:t xml:space="preserve"> would also </w:t>
      </w:r>
      <w:r>
        <w:rPr>
          <w:b/>
          <w:i w:val="0"/>
          <w:smallCaps w:val="0"/>
          <w:strike w:val="0"/>
          <w:sz w:val="22"/>
          <w:highlight w:val="cyan"/>
          <w:u w:val="single"/>
        </w:rPr>
        <w:t>motivate</w:t>
      </w:r>
      <w:r>
        <w:rPr>
          <w:b w:val="0"/>
          <w:i w:val="0"/>
          <w:smallCaps w:val="0"/>
          <w:strike w:val="0"/>
          <w:sz w:val="22"/>
          <w:u w:val="single"/>
        </w:rPr>
        <w:t xml:space="preserve"> a private</w:t>
      </w:r>
      <w:r>
        <w:rPr>
          <w:b w:val="0"/>
          <w:i w:val="0"/>
          <w:smallCaps w:val="0"/>
          <w:strike w:val="0"/>
          <w:u w:val="none"/>
        </w:rPr>
        <w:t xml:space="preserve"> sector entity to forge a relationship with public entities.</w:t>
      </w:r>
    </w:p>
    <w:p>
      <w:pPr>
        <w:spacing w:after="60"/>
      </w:pPr>
      <w:r>
        <w:rPr>
          <w:b w:val="0"/>
          <w:i w:val="0"/>
          <w:smallCaps w:val="0"/>
          <w:strike w:val="0"/>
          <w:sz w:val="22"/>
          <w:u w:val="single"/>
        </w:rPr>
        <w:t xml:space="preserve">The </w:t>
      </w:r>
      <w:r>
        <w:rPr>
          <w:b/>
          <w:i w:val="0"/>
          <w:smallCaps w:val="0"/>
          <w:strike w:val="0"/>
          <w:sz w:val="22"/>
          <w:highlight w:val="cyan"/>
          <w:u w:val="single"/>
        </w:rPr>
        <w:t>public</w:t>
      </w:r>
      <w:r>
        <w:rPr>
          <w:b/>
          <w:i w:val="0"/>
          <w:smallCaps w:val="0"/>
          <w:strike w:val="0"/>
          <w:sz w:val="22"/>
          <w:u w:val="single"/>
        </w:rPr>
        <w:t xml:space="preserve"> </w:t>
      </w:r>
      <w:r>
        <w:rPr>
          <w:b/>
          <w:i w:val="0"/>
          <w:smallCaps w:val="0"/>
          <w:strike w:val="0"/>
          <w:sz w:val="22"/>
          <w:highlight w:val="cyan"/>
          <w:u w:val="single"/>
        </w:rPr>
        <w:t>sector</w:t>
      </w:r>
      <w:r>
        <w:rPr>
          <w:b/>
          <w:i w:val="0"/>
          <w:smallCaps w:val="0"/>
          <w:strike w:val="0"/>
          <w:sz w:val="22"/>
          <w:u w:val="single"/>
        </w:rPr>
        <w:t xml:space="preserve"> </w:t>
      </w:r>
      <w:r>
        <w:rPr>
          <w:b w:val="0"/>
          <w:i w:val="0"/>
          <w:smallCaps w:val="0"/>
          <w:strike w:val="0"/>
          <w:sz w:val="22"/>
          <w:u w:val="single"/>
        </w:rPr>
        <w:t xml:space="preserve">can be </w:t>
      </w:r>
      <w:r>
        <w:rPr>
          <w:b/>
          <w:i w:val="0"/>
          <w:smallCaps w:val="0"/>
          <w:strike w:val="0"/>
          <w:sz w:val="22"/>
          <w:highlight w:val="cyan"/>
          <w:u w:val="single"/>
        </w:rPr>
        <w:t>incentivized</w:t>
      </w:r>
      <w:r>
        <w:rPr>
          <w:b w:val="0"/>
          <w:i w:val="0"/>
          <w:smallCaps w:val="0"/>
          <w:strike w:val="0"/>
          <w:sz w:val="22"/>
          <w:u w:val="single"/>
        </w:rPr>
        <w:t xml:space="preserve"> </w:t>
      </w:r>
      <w:r>
        <w:rPr>
          <w:b/>
          <w:i w:val="0"/>
          <w:smallCaps w:val="0"/>
          <w:strike w:val="0"/>
          <w:sz w:val="22"/>
          <w:u w:val="single"/>
        </w:rPr>
        <w:t xml:space="preserve">to formalize a PPP </w:t>
      </w:r>
      <w:r>
        <w:rPr>
          <w:b/>
          <w:i w:val="0"/>
          <w:smallCaps w:val="0"/>
          <w:strike w:val="0"/>
          <w:sz w:val="22"/>
          <w:highlight w:val="cyan"/>
          <w:u w:val="single"/>
        </w:rPr>
        <w:t>for</w:t>
      </w:r>
      <w:r>
        <w:rPr>
          <w:b/>
          <w:i w:val="0"/>
          <w:smallCaps w:val="0"/>
          <w:strike w:val="0"/>
          <w:sz w:val="22"/>
          <w:u w:val="single"/>
        </w:rPr>
        <w:t xml:space="preserve"> </w:t>
      </w:r>
      <w:r>
        <w:rPr>
          <w:b/>
          <w:i w:val="0"/>
          <w:smallCaps w:val="0"/>
          <w:strike w:val="0"/>
          <w:sz w:val="22"/>
          <w:highlight w:val="cyan"/>
          <w:u w:val="single"/>
        </w:rPr>
        <w:t>pharma</w:t>
      </w:r>
      <w:r>
        <w:rPr>
          <w:b/>
          <w:i w:val="0"/>
          <w:smallCaps w:val="0"/>
          <w:strike w:val="0"/>
          <w:sz w:val="22"/>
          <w:u w:val="single"/>
        </w:rPr>
        <w:t xml:space="preserve">ceutical and </w:t>
      </w:r>
      <w:r>
        <w:rPr>
          <w:b/>
          <w:i w:val="0"/>
          <w:smallCaps w:val="0"/>
          <w:strike w:val="0"/>
          <w:sz w:val="22"/>
          <w:highlight w:val="cyan"/>
          <w:u w:val="single"/>
        </w:rPr>
        <w:t>vaccine</w:t>
      </w:r>
      <w:r>
        <w:rPr>
          <w:b/>
          <w:i w:val="0"/>
          <w:smallCaps w:val="0"/>
          <w:strike w:val="0"/>
          <w:sz w:val="22"/>
          <w:u w:val="single"/>
        </w:rPr>
        <w:t xml:space="preserve">-related </w:t>
      </w:r>
      <w:r>
        <w:rPr>
          <w:b/>
          <w:i w:val="0"/>
          <w:smallCaps w:val="0"/>
          <w:strike w:val="0"/>
          <w:sz w:val="22"/>
          <w:highlight w:val="cyan"/>
          <w:u w:val="single"/>
        </w:rPr>
        <w:t>issues</w:t>
      </w:r>
      <w:r>
        <w:rPr>
          <w:b w:val="0"/>
          <w:i w:val="0"/>
          <w:smallCaps w:val="0"/>
          <w:strike w:val="0"/>
          <w:sz w:val="22"/>
          <w:u w:val="single"/>
        </w:rPr>
        <w:t xml:space="preserve"> like supply chain management, data capture and analysis, quality control, and inventory optimization</w:t>
      </w:r>
      <w:r>
        <w:rPr>
          <w:b w:val="0"/>
          <w:i w:val="0"/>
          <w:smallCaps w:val="0"/>
          <w:strike w:val="0"/>
          <w:u w:val="none"/>
        </w:rPr>
        <w:t xml:space="preserve">. </w:t>
      </w:r>
      <w:r>
        <w:rPr>
          <w:b/>
          <w:i w:val="0"/>
          <w:smallCaps w:val="0"/>
          <w:strike w:val="0"/>
          <w:sz w:val="22"/>
          <w:u w:val="single"/>
        </w:rPr>
        <w:t>PPPs</w:t>
      </w:r>
      <w:r>
        <w:rPr>
          <w:b w:val="0"/>
          <w:i w:val="0"/>
          <w:smallCaps w:val="0"/>
          <w:strike w:val="0"/>
          <w:u w:val="none"/>
        </w:rPr>
        <w:t xml:space="preserve"> would assist in </w:t>
      </w:r>
      <w:r>
        <w:rPr>
          <w:b w:val="0"/>
          <w:i w:val="0"/>
          <w:smallCaps w:val="0"/>
          <w:strike w:val="0"/>
          <w:sz w:val="22"/>
          <w:u w:val="single"/>
        </w:rPr>
        <w:t xml:space="preserve">speeding up the scaling </w:t>
      </w:r>
      <w:r>
        <w:rPr>
          <w:b/>
          <w:i w:val="0"/>
          <w:smallCaps w:val="0"/>
          <w:strike w:val="0"/>
          <w:sz w:val="22"/>
          <w:u w:val="single"/>
        </w:rPr>
        <w:t>required to</w:t>
      </w:r>
      <w:r>
        <w:rPr>
          <w:b w:val="0"/>
          <w:i w:val="0"/>
          <w:smallCaps w:val="0"/>
          <w:strike w:val="0"/>
          <w:sz w:val="22"/>
          <w:u w:val="single"/>
        </w:rPr>
        <w:t xml:space="preserve"> </w:t>
      </w:r>
      <w:r>
        <w:rPr>
          <w:b/>
          <w:i w:val="0"/>
          <w:smallCaps w:val="0"/>
          <w:strike w:val="0"/>
          <w:sz w:val="22"/>
          <w:u w:val="single"/>
        </w:rPr>
        <w:t xml:space="preserve">develop </w:t>
      </w:r>
      <w:r>
        <w:rPr>
          <w:b/>
          <w:i w:val="0"/>
          <w:smallCaps w:val="0"/>
          <w:strike w:val="0"/>
          <w:sz w:val="22"/>
          <w:u w:val="single"/>
        </w:rPr>
        <w:t>sufficient quantities</w:t>
      </w:r>
      <w:r>
        <w:rPr>
          <w:b w:val="0"/>
          <w:i w:val="0"/>
          <w:smallCaps w:val="0"/>
          <w:strike w:val="0"/>
          <w:sz w:val="22"/>
          <w:u w:val="single"/>
        </w:rPr>
        <w:t xml:space="preserve"> of</w:t>
      </w:r>
      <w:r>
        <w:rPr>
          <w:b w:val="0"/>
          <w:i w:val="0"/>
          <w:smallCaps w:val="0"/>
          <w:strike w:val="0"/>
          <w:sz w:val="22"/>
          <w:u w:val="single"/>
        </w:rPr>
        <w:t xml:space="preserve"> COVID-19 </w:t>
      </w:r>
      <w:r>
        <w:rPr>
          <w:b/>
          <w:i w:val="0"/>
          <w:smallCaps w:val="0"/>
          <w:strike w:val="0"/>
          <w:sz w:val="22"/>
          <w:u w:val="single"/>
        </w:rPr>
        <w:t>vaccines and medicines</w:t>
      </w:r>
      <w:r>
        <w:rPr>
          <w:b w:val="0"/>
          <w:i w:val="0"/>
          <w:smallCaps w:val="0"/>
          <w:strike w:val="0"/>
          <w:sz w:val="22"/>
          <w:u w:val="single"/>
        </w:rPr>
        <w:t xml:space="preserve">, and </w:t>
      </w:r>
      <w:r>
        <w:rPr>
          <w:b/>
          <w:i w:val="0"/>
          <w:smallCaps w:val="0"/>
          <w:strike w:val="0"/>
          <w:sz w:val="22"/>
          <w:highlight w:val="cyan"/>
          <w:u w:val="single"/>
        </w:rPr>
        <w:t>LMICs</w:t>
      </w:r>
      <w:r>
        <w:rPr>
          <w:b/>
          <w:i w:val="0"/>
          <w:smallCaps w:val="0"/>
          <w:strike w:val="0"/>
          <w:sz w:val="22"/>
          <w:u w:val="single"/>
        </w:rPr>
        <w:t xml:space="preserve"> would be </w:t>
      </w:r>
      <w:r>
        <w:rPr>
          <w:b/>
          <w:i w:val="0"/>
          <w:smallCaps w:val="0"/>
          <w:strike w:val="0"/>
          <w:sz w:val="22"/>
          <w:highlight w:val="cyan"/>
          <w:u w:val="single"/>
        </w:rPr>
        <w:t>better</w:t>
      </w:r>
      <w:r>
        <w:rPr>
          <w:b/>
          <w:i w:val="0"/>
          <w:smallCaps w:val="0"/>
          <w:strike w:val="0"/>
          <w:sz w:val="22"/>
          <w:u w:val="single"/>
        </w:rPr>
        <w:t xml:space="preserve"> </w:t>
      </w:r>
      <w:r>
        <w:rPr>
          <w:b/>
          <w:i w:val="0"/>
          <w:smallCaps w:val="0"/>
          <w:strike w:val="0"/>
          <w:sz w:val="22"/>
          <w:highlight w:val="cyan"/>
          <w:u w:val="single"/>
        </w:rPr>
        <w:t>prepared</w:t>
      </w:r>
      <w:r>
        <w:rPr>
          <w:b/>
          <w:i w:val="0"/>
          <w:smallCaps w:val="0"/>
          <w:strike w:val="0"/>
          <w:sz w:val="22"/>
          <w:u w:val="single"/>
        </w:rPr>
        <w:t xml:space="preserve"> </w:t>
      </w:r>
      <w:r>
        <w:rPr>
          <w:b/>
          <w:i w:val="0"/>
          <w:smallCaps w:val="0"/>
          <w:strike w:val="0"/>
          <w:sz w:val="22"/>
          <w:highlight w:val="cyan"/>
          <w:u w:val="single"/>
        </w:rPr>
        <w:t>for</w:t>
      </w:r>
      <w:r>
        <w:rPr>
          <w:b/>
          <w:i w:val="0"/>
          <w:smallCaps w:val="0"/>
          <w:strike w:val="0"/>
          <w:sz w:val="22"/>
          <w:u w:val="single"/>
        </w:rPr>
        <w:t xml:space="preserve"> future </w:t>
      </w:r>
      <w:r>
        <w:rPr>
          <w:b/>
          <w:i w:val="0"/>
          <w:smallCaps w:val="0"/>
          <w:strike w:val="0"/>
          <w:sz w:val="22"/>
          <w:highlight w:val="cyan"/>
          <w:u w:val="single"/>
        </w:rPr>
        <w:t>pandemics</w:t>
      </w:r>
      <w:r>
        <w:rPr>
          <w:b/>
          <w:i w:val="0"/>
          <w:smallCaps w:val="0"/>
          <w:strike w:val="0"/>
          <w:sz w:val="22"/>
          <w:u w:val="single"/>
        </w:rPr>
        <w:t>.</w:t>
      </w:r>
    </w:p>
    <w:p>
      <w:pPr>
        <w:spacing w:after="60"/>
      </w:pPr>
      <w:r>
        <w:rPr>
          <w:b w:val="0"/>
          <w:i w:val="0"/>
          <w:smallCaps w:val="0"/>
          <w:strike w:val="0"/>
          <w:sz w:val="22"/>
          <w:u w:val="single"/>
        </w:rPr>
        <w:t>Access to the capital markets through “</w:t>
      </w:r>
      <w:r>
        <w:rPr>
          <w:b/>
          <w:i w:val="0"/>
          <w:smallCaps w:val="0"/>
          <w:strike w:val="0"/>
          <w:sz w:val="22"/>
          <w:highlight w:val="cyan"/>
          <w:u w:val="single"/>
        </w:rPr>
        <w:t>impact bonds</w:t>
      </w:r>
      <w:r>
        <w:rPr>
          <w:b/>
          <w:i w:val="0"/>
          <w:smallCaps w:val="0"/>
          <w:strike w:val="0"/>
          <w:sz w:val="22"/>
          <w:u w:val="single"/>
        </w:rPr>
        <w:t xml:space="preserve">” can </w:t>
      </w:r>
      <w:r>
        <w:rPr>
          <w:b/>
          <w:i w:val="0"/>
          <w:smallCaps w:val="0"/>
          <w:strike w:val="0"/>
          <w:sz w:val="22"/>
          <w:highlight w:val="cyan"/>
          <w:u w:val="single"/>
        </w:rPr>
        <w:t>provide</w:t>
      </w:r>
      <w:r>
        <w:rPr>
          <w:b/>
          <w:i w:val="0"/>
          <w:smallCaps w:val="0"/>
          <w:strike w:val="0"/>
          <w:sz w:val="22"/>
          <w:u w:val="single"/>
        </w:rPr>
        <w:t xml:space="preserve"> a source of sustainable </w:t>
      </w:r>
      <w:r>
        <w:rPr>
          <w:b/>
          <w:i w:val="0"/>
          <w:smallCaps w:val="0"/>
          <w:strike w:val="0"/>
          <w:sz w:val="22"/>
          <w:highlight w:val="cyan"/>
          <w:u w:val="single"/>
        </w:rPr>
        <w:t>funds</w:t>
      </w:r>
      <w:r>
        <w:rPr>
          <w:b w:val="0"/>
          <w:i w:val="0"/>
          <w:smallCaps w:val="0"/>
          <w:strike w:val="0"/>
          <w:u w:val="none"/>
        </w:rPr>
        <w:t xml:space="preserve">.  Impact bonds work in a series of steps (see Figure 1. below): </w:t>
      </w:r>
      <w:r>
        <w:rPr>
          <w:b w:val="0"/>
          <w:i w:val="0"/>
          <w:smallCaps w:val="0"/>
          <w:strike w:val="0"/>
          <w:sz w:val="22"/>
          <w:u w:val="single"/>
        </w:rPr>
        <w:t>Investors purchase bonds and provide up-front risk capital to finance the program(</w:t>
      </w:r>
      <w:r>
        <w:rPr>
          <w:b w:val="0"/>
          <w:i w:val="0"/>
          <w:smallCaps w:val="0"/>
          <w:strike w:val="0"/>
          <w:u w:val="none"/>
        </w:rPr>
        <w:t xml:space="preserve">s). Prior to issuance of the bonds, </w:t>
      </w:r>
      <w:r>
        <w:rPr>
          <w:b w:val="0"/>
          <w:i w:val="0"/>
          <w:smallCaps w:val="0"/>
          <w:strike w:val="0"/>
          <w:sz w:val="22"/>
          <w:u w:val="single"/>
        </w:rPr>
        <w:t>well-defined metrics leading to specific sets of outcomes for success of the partnership need to be negotiated</w:t>
      </w:r>
      <w:r>
        <w:rPr>
          <w:b w:val="0"/>
          <w:i w:val="0"/>
          <w:smallCaps w:val="0"/>
          <w:strike w:val="0"/>
          <w:u w:val="none"/>
        </w:rPr>
        <w:t xml:space="preserve">. The </w:t>
      </w:r>
      <w:r>
        <w:rPr>
          <w:b w:val="0"/>
          <w:i w:val="0"/>
          <w:smallCaps w:val="0"/>
          <w:strike w:val="0"/>
          <w:sz w:val="22"/>
          <w:u w:val="single"/>
        </w:rPr>
        <w:t>progress toward fulfilling these outcomes will be monitored</w:t>
      </w:r>
      <w:r>
        <w:rPr>
          <w:b w:val="0"/>
          <w:i w:val="0"/>
          <w:smallCaps w:val="0"/>
          <w:strike w:val="0"/>
          <w:u w:val="none"/>
        </w:rPr>
        <w:t xml:space="preserve"> and rigorously measured by an independent organization at every stage.</w:t>
      </w:r>
    </w:p>
    <w:p>
      <w:pPr>
        <w:spacing w:after="60"/>
      </w:pPr>
      <w:r>
        <w:rPr>
          <w:b/>
          <w:i w:val="0"/>
          <w:smallCaps w:val="0"/>
          <w:strike w:val="0"/>
          <w:sz w:val="22"/>
          <w:u w:val="single"/>
        </w:rPr>
        <w:t>When</w:t>
      </w:r>
      <w:r>
        <w:rPr>
          <w:b w:val="0"/>
          <w:i w:val="0"/>
          <w:smallCaps w:val="0"/>
          <w:strike w:val="0"/>
          <w:sz w:val="22"/>
          <w:u w:val="single"/>
        </w:rPr>
        <w:t xml:space="preserve"> the </w:t>
      </w:r>
      <w:r>
        <w:rPr>
          <w:b/>
          <w:i w:val="0"/>
          <w:smallCaps w:val="0"/>
          <w:strike w:val="0"/>
          <w:sz w:val="22"/>
          <w:u w:val="single"/>
        </w:rPr>
        <w:t>partnership</w:t>
      </w:r>
      <w:r>
        <w:rPr>
          <w:b w:val="0"/>
          <w:i w:val="0"/>
          <w:smallCaps w:val="0"/>
          <w:strike w:val="0"/>
          <w:sz w:val="22"/>
          <w:u w:val="single"/>
        </w:rPr>
        <w:t xml:space="preserve"> demonstrates that it has </w:t>
      </w:r>
      <w:r>
        <w:rPr>
          <w:b/>
          <w:i w:val="0"/>
          <w:smallCaps w:val="0"/>
          <w:strike w:val="0"/>
          <w:sz w:val="22"/>
          <w:u w:val="single"/>
        </w:rPr>
        <w:t>met</w:t>
      </w:r>
      <w:r>
        <w:rPr>
          <w:b w:val="0"/>
          <w:i w:val="0"/>
          <w:smallCaps w:val="0"/>
          <w:strike w:val="0"/>
          <w:sz w:val="22"/>
          <w:u w:val="single"/>
        </w:rPr>
        <w:t xml:space="preserve"> its </w:t>
      </w:r>
      <w:r>
        <w:rPr>
          <w:b/>
          <w:i w:val="0"/>
          <w:smallCaps w:val="0"/>
          <w:strike w:val="0"/>
          <w:sz w:val="22"/>
          <w:u w:val="single"/>
        </w:rPr>
        <w:t>goals</w:t>
      </w:r>
      <w:r>
        <w:rPr>
          <w:b w:val="0"/>
          <w:i w:val="0"/>
          <w:smallCaps w:val="0"/>
          <w:strike w:val="0"/>
          <w:sz w:val="22"/>
          <w:u w:val="single"/>
        </w:rPr>
        <w:t xml:space="preserve">, </w:t>
      </w:r>
      <w:r>
        <w:rPr>
          <w:b/>
          <w:i w:val="0"/>
          <w:smallCaps w:val="0"/>
          <w:strike w:val="0"/>
          <w:sz w:val="22"/>
          <w:u w:val="single"/>
        </w:rPr>
        <w:t xml:space="preserve">the </w:t>
      </w:r>
      <w:r>
        <w:rPr>
          <w:b/>
          <w:i w:val="0"/>
          <w:smallCaps w:val="0"/>
          <w:strike w:val="0"/>
          <w:sz w:val="22"/>
          <w:highlight w:val="cyan"/>
          <w:u w:val="single"/>
        </w:rPr>
        <w:t>outcome</w:t>
      </w:r>
      <w:r>
        <w:rPr>
          <w:b/>
          <w:i w:val="0"/>
          <w:smallCaps w:val="0"/>
          <w:strike w:val="0"/>
          <w:sz w:val="22"/>
          <w:u w:val="single"/>
        </w:rPr>
        <w:t xml:space="preserve"> </w:t>
      </w:r>
      <w:r>
        <w:rPr>
          <w:b/>
          <w:i w:val="0"/>
          <w:smallCaps w:val="0"/>
          <w:strike w:val="0"/>
          <w:sz w:val="22"/>
          <w:highlight w:val="cyan"/>
          <w:u w:val="single"/>
        </w:rPr>
        <w:t>payers</w:t>
      </w:r>
      <w:r>
        <w:rPr>
          <w:b w:val="0"/>
          <w:i w:val="0"/>
          <w:smallCaps w:val="0"/>
          <w:strike w:val="0"/>
          <w:u w:val="none"/>
        </w:rPr>
        <w:t xml:space="preserve">—who can be public sector entities (i.e., Ministries of Health or Finance), </w:t>
      </w:r>
      <w:r>
        <w:rPr>
          <w:b w:val="0"/>
          <w:i w:val="0"/>
          <w:smallCaps w:val="0"/>
          <w:strike w:val="0"/>
          <w:sz w:val="22"/>
          <w:u w:val="single"/>
        </w:rPr>
        <w:t xml:space="preserve">the private sector, development banks, or combinations of all three—are contractually and </w:t>
      </w:r>
      <w:r>
        <w:rPr>
          <w:b/>
          <w:i w:val="0"/>
          <w:smallCaps w:val="0"/>
          <w:strike w:val="0"/>
          <w:sz w:val="22"/>
          <w:u w:val="single"/>
        </w:rPr>
        <w:t xml:space="preserve">legally required to </w:t>
      </w:r>
      <w:r>
        <w:rPr>
          <w:b/>
          <w:i w:val="0"/>
          <w:smallCaps w:val="0"/>
          <w:strike w:val="0"/>
          <w:sz w:val="22"/>
          <w:highlight w:val="cyan"/>
          <w:u w:val="single"/>
        </w:rPr>
        <w:t>repay</w:t>
      </w:r>
      <w:r>
        <w:rPr>
          <w:b/>
          <w:i w:val="0"/>
          <w:smallCaps w:val="0"/>
          <w:strike w:val="0"/>
          <w:sz w:val="22"/>
          <w:u w:val="single"/>
        </w:rPr>
        <w:t xml:space="preserve"> the </w:t>
      </w:r>
      <w:r>
        <w:rPr>
          <w:b/>
          <w:i w:val="0"/>
          <w:smallCaps w:val="0"/>
          <w:strike w:val="0"/>
          <w:sz w:val="22"/>
          <w:highlight w:val="cyan"/>
          <w:u w:val="single"/>
        </w:rPr>
        <w:t>investors</w:t>
      </w:r>
      <w:r>
        <w:rPr>
          <w:b w:val="0"/>
          <w:i w:val="0"/>
          <w:smallCaps w:val="0"/>
          <w:strike w:val="0"/>
          <w:u w:val="none"/>
        </w:rPr>
        <w:t xml:space="preserve">. </w:t>
      </w:r>
      <w:r>
        <w:rPr>
          <w:b w:val="0"/>
          <w:i w:val="0"/>
          <w:smallCaps w:val="0"/>
          <w:strike w:val="0"/>
          <w:sz w:val="22"/>
          <w:u w:val="single"/>
        </w:rPr>
        <w:t xml:space="preserve">The </w:t>
      </w:r>
      <w:r>
        <w:rPr>
          <w:b/>
          <w:i w:val="0"/>
          <w:smallCaps w:val="0"/>
          <w:strike w:val="0"/>
          <w:sz w:val="22"/>
          <w:highlight w:val="cyan"/>
          <w:u w:val="single"/>
        </w:rPr>
        <w:t>key</w:t>
      </w:r>
      <w:r>
        <w:rPr>
          <w:b/>
          <w:i w:val="0"/>
          <w:smallCaps w:val="0"/>
          <w:strike w:val="0"/>
          <w:sz w:val="22"/>
          <w:u w:val="single"/>
        </w:rPr>
        <w:t xml:space="preserve"> </w:t>
      </w:r>
      <w:r>
        <w:rPr>
          <w:b/>
          <w:i w:val="0"/>
          <w:smallCaps w:val="0"/>
          <w:strike w:val="0"/>
          <w:sz w:val="22"/>
          <w:highlight w:val="cyan"/>
          <w:u w:val="single"/>
        </w:rPr>
        <w:t>advantage</w:t>
      </w:r>
      <w:r>
        <w:rPr>
          <w:b w:val="0"/>
          <w:i w:val="0"/>
          <w:smallCaps w:val="0"/>
          <w:strike w:val="0"/>
          <w:sz w:val="22"/>
          <w:u w:val="single"/>
        </w:rPr>
        <w:t xml:space="preserve"> of this approach is the </w:t>
      </w:r>
      <w:r>
        <w:rPr>
          <w:b/>
          <w:i w:val="0"/>
          <w:smallCaps w:val="0"/>
          <w:strike w:val="0"/>
          <w:sz w:val="22"/>
          <w:highlight w:val="cyan"/>
          <w:u w:val="single"/>
        </w:rPr>
        <w:t>additional</w:t>
      </w:r>
      <w:r>
        <w:rPr>
          <w:b/>
          <w:i w:val="0"/>
          <w:smallCaps w:val="0"/>
          <w:strike w:val="0"/>
          <w:sz w:val="22"/>
          <w:u w:val="single"/>
        </w:rPr>
        <w:t xml:space="preserve"> </w:t>
      </w:r>
      <w:r>
        <w:rPr>
          <w:b/>
          <w:i w:val="0"/>
          <w:smallCaps w:val="0"/>
          <w:strike w:val="0"/>
          <w:sz w:val="22"/>
          <w:highlight w:val="cyan"/>
          <w:u w:val="single"/>
        </w:rPr>
        <w:t>accountability</w:t>
      </w:r>
      <w:r>
        <w:rPr>
          <w:b/>
          <w:i w:val="0"/>
          <w:smallCaps w:val="0"/>
          <w:strike w:val="0"/>
          <w:sz w:val="22"/>
          <w:u w:val="single"/>
        </w:rPr>
        <w:t xml:space="preserve"> </w:t>
      </w:r>
      <w:r>
        <w:rPr>
          <w:b w:val="0"/>
          <w:i w:val="0"/>
          <w:smallCaps w:val="0"/>
          <w:strike w:val="0"/>
          <w:sz w:val="22"/>
          <w:u w:val="single"/>
        </w:rPr>
        <w:t>for outcomes that investment brings</w:t>
      </w:r>
      <w:r>
        <w:rPr>
          <w:b w:val="0"/>
          <w:i w:val="0"/>
          <w:smallCaps w:val="0"/>
          <w:strike w:val="0"/>
          <w:u w:val="none"/>
        </w:rPr>
        <w:t xml:space="preserve">. Investors’ interest in achieving measurable success provides a framework that incentivizes flexible and effective program implementation. Risk is transferred to the investor, and the focus on rigorously measured outcomes ensures that scarce donor funding is only used for tangible, verifiable outcomes. </w:t>
      </w:r>
      <w:r>
        <w:rPr>
          <w:b w:val="0"/>
          <w:i w:val="0"/>
          <w:smallCaps w:val="0"/>
          <w:strike w:val="0"/>
          <w:sz w:val="22"/>
          <w:u w:val="single"/>
        </w:rPr>
        <w:t xml:space="preserve">The metrics, goals, and outcomes must be uniquely crafted for each country in which the impact bond is issued.  Ultimately, a successful </w:t>
      </w:r>
      <w:r>
        <w:rPr>
          <w:b/>
          <w:i w:val="0"/>
          <w:smallCaps w:val="0"/>
          <w:strike w:val="0"/>
          <w:sz w:val="22"/>
          <w:highlight w:val="cyan"/>
          <w:u w:val="single"/>
        </w:rPr>
        <w:t>PPP</w:t>
      </w:r>
      <w:r>
        <w:rPr>
          <w:b/>
          <w:i w:val="0"/>
          <w:smallCaps w:val="0"/>
          <w:strike w:val="0"/>
          <w:sz w:val="22"/>
          <w:u w:val="single"/>
        </w:rPr>
        <w:t xml:space="preserve"> might </w:t>
      </w:r>
      <w:r>
        <w:rPr>
          <w:b/>
          <w:i w:val="0"/>
          <w:smallCaps w:val="0"/>
          <w:strike w:val="0"/>
          <w:sz w:val="22"/>
          <w:highlight w:val="cyan"/>
          <w:u w:val="single"/>
        </w:rPr>
        <w:t>lead</w:t>
      </w:r>
      <w:r>
        <w:rPr>
          <w:b/>
          <w:i w:val="0"/>
          <w:smallCaps w:val="0"/>
          <w:strike w:val="0"/>
          <w:sz w:val="22"/>
          <w:u w:val="single"/>
        </w:rPr>
        <w:t xml:space="preserve"> to </w:t>
      </w:r>
      <w:r>
        <w:rPr>
          <w:b/>
          <w:i w:val="0"/>
          <w:smallCaps w:val="0"/>
          <w:strike w:val="0"/>
          <w:sz w:val="22"/>
          <w:highlight w:val="cyan"/>
          <w:u w:val="single"/>
        </w:rPr>
        <w:t>healthier</w:t>
      </w:r>
      <w:r>
        <w:rPr>
          <w:b/>
          <w:i w:val="0"/>
          <w:smallCaps w:val="0"/>
          <w:strike w:val="0"/>
          <w:sz w:val="22"/>
          <w:u w:val="single"/>
        </w:rPr>
        <w:t xml:space="preserve"> </w:t>
      </w:r>
      <w:r>
        <w:rPr>
          <w:b/>
          <w:i w:val="0"/>
          <w:smallCaps w:val="0"/>
          <w:strike w:val="0"/>
          <w:sz w:val="22"/>
          <w:highlight w:val="cyan"/>
          <w:u w:val="single"/>
        </w:rPr>
        <w:t>pop</w:t>
      </w:r>
      <w:r>
        <w:rPr>
          <w:b/>
          <w:i w:val="0"/>
          <w:smallCaps w:val="0"/>
          <w:strike w:val="0"/>
          <w:sz w:val="22"/>
          <w:u w:val="single"/>
        </w:rPr>
        <w:t xml:space="preserve">ulations, more </w:t>
      </w:r>
      <w:r>
        <w:rPr>
          <w:b/>
          <w:i w:val="0"/>
          <w:smallCaps w:val="0"/>
          <w:strike w:val="0"/>
          <w:sz w:val="22"/>
          <w:highlight w:val="cyan"/>
          <w:u w:val="single"/>
        </w:rPr>
        <w:t>robust</w:t>
      </w:r>
      <w:r>
        <w:rPr>
          <w:b/>
          <w:i w:val="0"/>
          <w:smallCaps w:val="0"/>
          <w:strike w:val="0"/>
          <w:sz w:val="22"/>
          <w:u w:val="single"/>
        </w:rPr>
        <w:t xml:space="preserve"> and </w:t>
      </w:r>
      <w:r>
        <w:rPr>
          <w:b/>
          <w:i w:val="0"/>
          <w:smallCaps w:val="0"/>
          <w:strike w:val="0"/>
          <w:sz w:val="22"/>
          <w:highlight w:val="cyan"/>
          <w:u w:val="single"/>
        </w:rPr>
        <w:t>cost-effective national</w:t>
      </w:r>
      <w:r>
        <w:rPr>
          <w:b/>
          <w:i w:val="0"/>
          <w:smallCaps w:val="0"/>
          <w:strike w:val="0"/>
          <w:sz w:val="22"/>
          <w:u w:val="single"/>
        </w:rPr>
        <w:t xml:space="preserve"> </w:t>
      </w:r>
      <w:r>
        <w:rPr>
          <w:b/>
          <w:i w:val="0"/>
          <w:smallCaps w:val="0"/>
          <w:strike w:val="0"/>
          <w:sz w:val="22"/>
          <w:highlight w:val="cyan"/>
          <w:u w:val="single"/>
        </w:rPr>
        <w:t>healthcare</w:t>
      </w:r>
      <w:r>
        <w:rPr>
          <w:b/>
          <w:i w:val="0"/>
          <w:smallCaps w:val="0"/>
          <w:strike w:val="0"/>
          <w:sz w:val="22"/>
          <w:u w:val="single"/>
        </w:rPr>
        <w:t xml:space="preserve"> systems, and </w:t>
      </w:r>
      <w:r>
        <w:rPr>
          <w:b/>
          <w:i w:val="0"/>
          <w:smallCaps w:val="0"/>
          <w:strike w:val="0"/>
          <w:sz w:val="22"/>
          <w:highlight w:val="cyan"/>
          <w:u w:val="single"/>
        </w:rPr>
        <w:t>econ</w:t>
      </w:r>
      <w:r>
        <w:rPr>
          <w:b/>
          <w:i w:val="0"/>
          <w:smallCaps w:val="0"/>
          <w:strike w:val="0"/>
          <w:sz w:val="22"/>
          <w:u w:val="single"/>
        </w:rPr>
        <w:t xml:space="preserve">omic </w:t>
      </w:r>
      <w:r>
        <w:rPr>
          <w:b/>
          <w:i w:val="0"/>
          <w:smallCaps w:val="0"/>
          <w:strike w:val="0"/>
          <w:sz w:val="22"/>
          <w:highlight w:val="cyan"/>
          <w:u w:val="single"/>
        </w:rPr>
        <w:t>growth</w:t>
      </w:r>
      <w:r>
        <w:rPr>
          <w:b/>
          <w:i w:val="0"/>
          <w:smallCaps w:val="0"/>
          <w:strike w:val="0"/>
          <w:sz w:val="22"/>
          <w:u w:val="single"/>
        </w:rPr>
        <w:t>.</w:t>
      </w:r>
      <w:r>
        <w:rPr>
          <w:b w:val="0"/>
          <w:i w:val="0"/>
          <w:smallCaps w:val="0"/>
          <w:strike w:val="0"/>
          <w:u w:val="none"/>
        </w:rPr>
        <w:br/>
        <w:t xml:space="preserve">Source: </w:t>
      </w:r>
    </w:p>
    <w:p>
      <w:pPr>
        <w:spacing w:after="60"/>
      </w:pPr>
      <w:r>
        <w:rPr>
          <w:b w:val="0"/>
          <w:i w:val="0"/>
          <w:smallCaps w:val="0"/>
          <w:strike w:val="0"/>
          <w:sz w:val="12"/>
          <w:u w:val="none"/>
        </w:rPr>
        <w:t xml:space="preserve">As Brookings Institution scholars </w:t>
      </w:r>
      <w:r>
        <w:rPr>
          <w:b w:val="0"/>
          <w:i w:val="0"/>
          <w:smallCaps w:val="0"/>
          <w:strike w:val="0"/>
          <w:sz w:val="12"/>
          <w:u w:val="none"/>
        </w:rPr>
        <w:t xml:space="preserve"> in a review of USAID’s PPPs: “</w:t>
      </w:r>
      <w:r>
        <w:rPr>
          <w:b w:val="0"/>
          <w:i w:val="0"/>
          <w:smallCaps w:val="0"/>
          <w:strike w:val="0"/>
          <w:sz w:val="22"/>
          <w:u w:val="single"/>
        </w:rPr>
        <w:t>On a conceptual level, public-private partnerships are a win-win, even a win-win-win, as they often involve  three types of organizations: a public agency, a for-profit business, and a nonprofit entity</w:t>
      </w:r>
      <w:r>
        <w:rPr>
          <w:b w:val="0"/>
          <w:i w:val="0"/>
          <w:smallCaps w:val="0"/>
          <w:strike w:val="0"/>
          <w:sz w:val="12"/>
          <w:u w:val="none"/>
        </w:rPr>
        <w:t>. PPPs use public resources to leverage private resources and expertise to advance a public purpose. In turn, non-public sectors—both businesses and nongovernmental organizations (NGOs)—use their funds and expertise to leverage government resources, clout, and experience to advance their own objectives, consistent with a PPP’s overall public purpose. The data from the USAID data set confirm this conceptual mutual reinforcement of public and private goals.”</w:t>
      </w:r>
    </w:p>
    <w:p>
      <w:pPr>
        <w:spacing w:after="60"/>
      </w:pPr>
      <w:r>
        <w:rPr>
          <w:b w:val="0"/>
          <w:i w:val="0"/>
          <w:smallCaps w:val="0"/>
          <w:strike w:val="0"/>
          <w:sz w:val="22"/>
          <w:u w:val="single"/>
        </w:rPr>
        <w:t xml:space="preserve">A case study is further illustrative of how </w:t>
      </w:r>
      <w:r>
        <w:rPr>
          <w:b/>
          <w:i w:val="0"/>
          <w:smallCaps w:val="0"/>
          <w:strike w:val="0"/>
          <w:sz w:val="22"/>
          <w:u w:val="single"/>
        </w:rPr>
        <w:t>PPPs play an integral role in pandemic-related solutions</w:t>
      </w:r>
      <w:r>
        <w:rPr>
          <w:b w:val="0"/>
          <w:i w:val="0"/>
          <w:smallCaps w:val="0"/>
          <w:strike w:val="0"/>
          <w:sz w:val="22"/>
          <w:u w:val="single"/>
        </w:rPr>
        <w:t>.</w:t>
      </w:r>
      <w:r>
        <w:rPr>
          <w:b w:val="0"/>
          <w:i w:val="0"/>
          <w:smallCaps w:val="0"/>
          <w:strike w:val="0"/>
          <w:u w:val="none"/>
        </w:rPr>
        <w:t xml:space="preserve"> Established in 2003, The U.S. President’s </w:t>
      </w:r>
      <w:r>
        <w:rPr>
          <w:b w:val="0"/>
          <w:i w:val="0"/>
          <w:smallCaps w:val="0"/>
          <w:strike w:val="0"/>
          <w:sz w:val="22"/>
          <w:u w:val="single"/>
        </w:rPr>
        <w:t xml:space="preserve">Emergency Plan for </w:t>
      </w:r>
      <w:r>
        <w:rPr>
          <w:b/>
          <w:i w:val="0"/>
          <w:smallCaps w:val="0"/>
          <w:strike w:val="0"/>
          <w:sz w:val="22"/>
          <w:u w:val="single"/>
        </w:rPr>
        <w:t>AIDS Relief (</w:t>
      </w:r>
      <w:r>
        <w:rPr>
          <w:b/>
          <w:i w:val="0"/>
          <w:smallCaps w:val="0"/>
          <w:strike w:val="0"/>
          <w:sz w:val="22"/>
          <w:u w:val="single"/>
        </w:rPr>
        <w:t>)</w:t>
      </w:r>
      <w:r>
        <w:rPr>
          <w:b w:val="0"/>
          <w:i w:val="0"/>
          <w:smallCaps w:val="0"/>
          <w:strike w:val="0"/>
          <w:sz w:val="22"/>
          <w:u w:val="single"/>
        </w:rPr>
        <w:t xml:space="preserve"> is a U.S. government foreign aid program focused on controlling the HIV/AIDS epidemic in more than 50 countries. PEPFAR has </w:t>
      </w:r>
      <w:r>
        <w:rPr>
          <w:b/>
          <w:i w:val="0"/>
          <w:smallCaps w:val="0"/>
          <w:strike w:val="0"/>
          <w:sz w:val="22"/>
          <w:u w:val="single"/>
        </w:rPr>
        <w:t>saved millions of lives</w:t>
      </w:r>
      <w:r>
        <w:rPr>
          <w:b w:val="0"/>
          <w:i w:val="0"/>
          <w:smallCaps w:val="0"/>
          <w:strike w:val="0"/>
          <w:sz w:val="22"/>
          <w:u w:val="single"/>
        </w:rPr>
        <w:t xml:space="preserve">; experts </w:t>
      </w:r>
      <w:r>
        <w:rPr>
          <w:b w:val="0"/>
          <w:i w:val="0"/>
          <w:smallCaps w:val="0"/>
          <w:strike w:val="0"/>
          <w:sz w:val="22"/>
          <w:u w:val="single"/>
        </w:rPr>
        <w:t xml:space="preserve"> that </w:t>
      </w:r>
      <w:r>
        <w:rPr>
          <w:b/>
          <w:i w:val="0"/>
          <w:smallCaps w:val="0"/>
          <w:strike w:val="0"/>
          <w:sz w:val="22"/>
          <w:u w:val="single"/>
        </w:rPr>
        <w:t>PPPs played a key role in this effort,</w:t>
      </w:r>
      <w:r>
        <w:rPr>
          <w:b w:val="0"/>
          <w:i w:val="0"/>
          <w:smallCaps w:val="0"/>
          <w:strike w:val="0"/>
          <w:u w:val="none"/>
        </w:rPr>
        <w:t xml:space="preserve"> strengthening logistics, supply chains, and HIV lab practices:</w:t>
      </w:r>
    </w:p>
    <w:p>
      <w:pPr>
        <w:spacing w:after="60"/>
      </w:pPr>
      <w:r>
        <w:rPr>
          <w:b w:val="0"/>
          <w:i w:val="0"/>
          <w:smallCaps w:val="0"/>
          <w:strike w:val="0"/>
          <w:u w:val="none"/>
        </w:rPr>
        <w:t>PEPFAR’s Supply Chain Management System took advantage of private industry’s best practices in logistics, and a partnership with the medical technology company BD (Becton, Dickinson and Company) improved laboratory systems throughout sub-Saharan Africa. We found that setting ambitious goals, enlisting both global and local partners, cultivating a culture of collaboration, careful planning, continuous monitoring and evaluation, and measuring outcomes systematically led to the most effective programs.</w:t>
      </w:r>
    </w:p>
    <w:p>
      <w:pPr>
        <w:spacing w:after="60"/>
      </w:pPr>
      <w:r>
        <w:rPr>
          <w:b w:val="0"/>
          <w:i w:val="0"/>
          <w:smallCaps w:val="0"/>
          <w:strike w:val="0"/>
          <w:u w:val="none"/>
        </w:rPr>
        <w:t>Other examples of successful PPPs in global health include the Global Alliance for Vaccines and Immunizations (GAVI); the Global Fund to Fight AIDS, TB and Malaria; Global Alliance for TB Drug Development, Drugs for Neglected Diseases initiative (</w:t>
      </w:r>
      <w:r>
        <w:rPr>
          <w:b w:val="0"/>
          <w:i w:val="0"/>
          <w:smallCaps w:val="0"/>
          <w:strike w:val="0"/>
          <w:u w:val="none"/>
        </w:rPr>
        <w:t>DNDi</w:t>
      </w:r>
      <w:r>
        <w:rPr>
          <w:b w:val="0"/>
          <w:i w:val="0"/>
          <w:smallCaps w:val="0"/>
          <w:strike w:val="0"/>
          <w:u w:val="none"/>
        </w:rPr>
        <w:t>); International AIDS Vaccine Initiative (IAVI); Medicines for Malaria Venture; Harnessing Non-State Actors for Better Health for the Poor; and PPPs for Universal Health Coverage.</w:t>
      </w:r>
    </w:p>
    <w:p>
      <w:pPr>
        <w:spacing w:after="60"/>
      </w:pPr>
      <w:r>
        <w:rPr>
          <w:b w:val="0"/>
          <w:i w:val="0"/>
          <w:smallCaps w:val="0"/>
          <w:strike w:val="0"/>
          <w:u w:val="none"/>
        </w:rPr>
        <w:t>Conclusion</w:t>
      </w:r>
    </w:p>
    <w:p>
      <w:pPr>
        <w:spacing w:after="60"/>
      </w:pPr>
      <w:r>
        <w:rPr>
          <w:b w:val="0"/>
          <w:i w:val="0"/>
          <w:smallCaps w:val="0"/>
          <w:strike w:val="0"/>
          <w:u w:val="none"/>
        </w:rPr>
        <w:t>Patent waivers will not correct the lack of capacity in the majority of LMICs that is necessary to implement domestic production of vaccines. Cold chain infrastructure, logistics and data systems, robust supply chains (including access to the raw materials needed for disease testing and vaccine/medicine production), and storage and administration need to be developed. Finally, there is a desperate need to train and maintain a skilled workforce to permanently meet not only the ongoing challenges of the current pandemic and any future pandemic but also to build capacity and jobs in the biomedical sectors.</w:t>
      </w:r>
    </w:p>
    <w:p>
      <w:pPr>
        <w:spacing w:after="60"/>
      </w:pPr>
      <w:r>
        <w:rPr>
          <w:b w:val="0"/>
          <w:i w:val="0"/>
          <w:smallCaps w:val="0"/>
          <w:strike w:val="0"/>
          <w:sz w:val="22"/>
          <w:u w:val="single"/>
        </w:rPr>
        <w:t xml:space="preserve">Implementing an impact bond-funded </w:t>
      </w:r>
      <w:r>
        <w:rPr>
          <w:b/>
          <w:i w:val="0"/>
          <w:smallCaps w:val="0"/>
          <w:strike w:val="0"/>
          <w:sz w:val="22"/>
          <w:highlight w:val="cyan"/>
          <w:u w:val="single"/>
        </w:rPr>
        <w:t>PPP</w:t>
      </w:r>
      <w:r>
        <w:rPr>
          <w:b/>
          <w:i w:val="0"/>
          <w:smallCaps w:val="0"/>
          <w:strike w:val="0"/>
          <w:sz w:val="22"/>
          <w:u w:val="single"/>
        </w:rPr>
        <w:t xml:space="preserve"> </w:t>
      </w:r>
      <w:r>
        <w:rPr>
          <w:b w:val="0"/>
          <w:i w:val="0"/>
          <w:smallCaps w:val="0"/>
          <w:strike w:val="0"/>
          <w:sz w:val="22"/>
          <w:u w:val="single"/>
        </w:rPr>
        <w:t xml:space="preserve">to fully develop, manage, and sustain a vaccine and critical medicine supply/cold chain is </w:t>
      </w:r>
      <w:r>
        <w:rPr>
          <w:b/>
          <w:i w:val="0"/>
          <w:smallCaps w:val="0"/>
          <w:strike w:val="0"/>
          <w:sz w:val="22"/>
          <w:u w:val="single"/>
        </w:rPr>
        <w:t xml:space="preserve">the </w:t>
      </w:r>
      <w:r>
        <w:rPr>
          <w:b/>
          <w:i w:val="0"/>
          <w:smallCaps w:val="0"/>
          <w:strike w:val="0"/>
          <w:sz w:val="22"/>
          <w:highlight w:val="cyan"/>
          <w:u w:val="single"/>
        </w:rPr>
        <w:t>most</w:t>
      </w:r>
      <w:r>
        <w:rPr>
          <w:b/>
          <w:i w:val="0"/>
          <w:smallCaps w:val="0"/>
          <w:strike w:val="0"/>
          <w:sz w:val="22"/>
          <w:u w:val="single"/>
        </w:rPr>
        <w:t xml:space="preserve"> </w:t>
      </w:r>
      <w:r>
        <w:rPr>
          <w:b/>
          <w:i w:val="0"/>
          <w:smallCaps w:val="0"/>
          <w:strike w:val="0"/>
          <w:sz w:val="22"/>
          <w:highlight w:val="cyan"/>
          <w:u w:val="single"/>
        </w:rPr>
        <w:t>promising</w:t>
      </w:r>
      <w:r>
        <w:rPr>
          <w:b/>
          <w:i w:val="0"/>
          <w:smallCaps w:val="0"/>
          <w:strike w:val="0"/>
          <w:sz w:val="22"/>
          <w:u w:val="single"/>
        </w:rPr>
        <w:t xml:space="preserve"> </w:t>
      </w:r>
      <w:r>
        <w:rPr>
          <w:b/>
          <w:i w:val="0"/>
          <w:smallCaps w:val="0"/>
          <w:strike w:val="0"/>
          <w:sz w:val="22"/>
          <w:highlight w:val="cyan"/>
          <w:u w:val="single"/>
        </w:rPr>
        <w:t>path</w:t>
      </w:r>
      <w:r>
        <w:rPr>
          <w:b/>
          <w:i w:val="0"/>
          <w:smallCaps w:val="0"/>
          <w:strike w:val="0"/>
          <w:sz w:val="22"/>
          <w:u w:val="single"/>
        </w:rPr>
        <w:t xml:space="preserve"> </w:t>
      </w:r>
      <w:r>
        <w:rPr>
          <w:b/>
          <w:i w:val="0"/>
          <w:smallCaps w:val="0"/>
          <w:strike w:val="0"/>
          <w:sz w:val="22"/>
          <w:highlight w:val="cyan"/>
          <w:u w:val="single"/>
        </w:rPr>
        <w:t>forward</w:t>
      </w:r>
      <w:r>
        <w:rPr>
          <w:b/>
          <w:i w:val="0"/>
          <w:smallCaps w:val="0"/>
          <w:strike w:val="0"/>
          <w:sz w:val="22"/>
          <w:u w:val="single"/>
        </w:rPr>
        <w:t xml:space="preserve"> to broaden access </w:t>
      </w:r>
      <w:r>
        <w:rPr>
          <w:b w:val="0"/>
          <w:i w:val="0"/>
          <w:smallCaps w:val="0"/>
          <w:strike w:val="0"/>
          <w:sz w:val="22"/>
          <w:u w:val="single"/>
        </w:rPr>
        <w:t xml:space="preserve">to COVID-19 vaccines and therapeutics </w:t>
      </w:r>
      <w:r>
        <w:rPr>
          <w:b/>
          <w:i w:val="0"/>
          <w:smallCaps w:val="0"/>
          <w:strike w:val="0"/>
          <w:sz w:val="22"/>
          <w:u w:val="single"/>
        </w:rPr>
        <w:t>in LMICs.</w:t>
      </w:r>
      <w:r>
        <w:rPr>
          <w:b w:val="0"/>
          <w:i w:val="0"/>
          <w:smallCaps w:val="0"/>
          <w:strike w:val="0"/>
          <w:u w:val="none"/>
        </w:rPr>
        <w:t xml:space="preserve"> It’s an ambitious goal that requires cooperation among entities with disparate interests, but the current alternatives are not working. The patent waiver debate could yield fruit by perhaps streamlining TRIPS’ compulsory licensing process or by granting waivers to countries that have the capacity to make generics at lower cost. However, the core long-term problem for most LMICs will remain without engagement with the private sector’s expertise and access to capital markets. </w:t>
      </w:r>
      <w:r>
        <w:rPr>
          <w:b/>
          <w:i w:val="0"/>
          <w:smallCaps w:val="0"/>
          <w:strike w:val="0"/>
          <w:sz w:val="22"/>
          <w:u w:val="single"/>
        </w:rPr>
        <w:t>PPPs</w:t>
      </w:r>
      <w:r>
        <w:rPr>
          <w:b w:val="0"/>
          <w:i w:val="0"/>
          <w:smallCaps w:val="0"/>
          <w:strike w:val="0"/>
          <w:sz w:val="22"/>
          <w:u w:val="single"/>
        </w:rPr>
        <w:t xml:space="preserve"> are the </w:t>
      </w:r>
      <w:r>
        <w:rPr>
          <w:b/>
          <w:i w:val="0"/>
          <w:smallCaps w:val="0"/>
          <w:strike w:val="0"/>
          <w:sz w:val="22"/>
          <w:highlight w:val="cyan"/>
          <w:u w:val="single"/>
        </w:rPr>
        <w:t>best</w:t>
      </w:r>
      <w:r>
        <w:rPr>
          <w:b/>
          <w:i w:val="0"/>
          <w:smallCaps w:val="0"/>
          <w:strike w:val="0"/>
          <w:sz w:val="22"/>
          <w:u w:val="single"/>
        </w:rPr>
        <w:t xml:space="preserve"> </w:t>
      </w:r>
      <w:r>
        <w:rPr>
          <w:b/>
          <w:i w:val="0"/>
          <w:smallCaps w:val="0"/>
          <w:strike w:val="0"/>
          <w:sz w:val="22"/>
          <w:highlight w:val="cyan"/>
          <w:u w:val="single"/>
        </w:rPr>
        <w:t>way</w:t>
      </w:r>
      <w:r>
        <w:rPr>
          <w:b/>
          <w:i w:val="0"/>
          <w:smallCaps w:val="0"/>
          <w:strike w:val="0"/>
          <w:sz w:val="22"/>
          <w:u w:val="single"/>
        </w:rPr>
        <w:t xml:space="preserve"> these </w:t>
      </w:r>
      <w:r>
        <w:rPr>
          <w:b/>
          <w:i w:val="0"/>
          <w:smallCaps w:val="0"/>
          <w:strike w:val="0"/>
          <w:sz w:val="22"/>
          <w:highlight w:val="cyan"/>
          <w:u w:val="single"/>
        </w:rPr>
        <w:t>countries</w:t>
      </w:r>
      <w:r>
        <w:rPr>
          <w:b w:val="0"/>
          <w:i w:val="0"/>
          <w:smallCaps w:val="0"/>
          <w:strike w:val="0"/>
          <w:sz w:val="22"/>
          <w:u w:val="single"/>
        </w:rPr>
        <w:t xml:space="preserve"> will be able to </w:t>
      </w:r>
      <w:r>
        <w:rPr>
          <w:b w:val="0"/>
          <w:i w:val="0"/>
          <w:smallCaps w:val="0"/>
          <w:strike w:val="0"/>
          <w:u w:val="none"/>
        </w:rPr>
        <w:t>strengthen their infrastructure, supply chain capacity, and technical expertise sufficiently</w:t>
      </w:r>
      <w:r>
        <w:rPr>
          <w:b w:val="0"/>
          <w:i w:val="0"/>
          <w:smallCaps w:val="0"/>
          <w:strike w:val="0"/>
          <w:sz w:val="22"/>
          <w:u w:val="single"/>
        </w:rPr>
        <w:t xml:space="preserve"> and permanently </w:t>
      </w:r>
      <w:r>
        <w:rPr>
          <w:b w:val="0"/>
          <w:i w:val="0"/>
          <w:smallCaps w:val="0"/>
          <w:strike w:val="0"/>
          <w:sz w:val="22"/>
          <w:u w:val="single"/>
        </w:rPr>
        <w:t>in order to</w:t>
      </w:r>
      <w:r>
        <w:rPr>
          <w:b w:val="0"/>
          <w:i w:val="0"/>
          <w:smallCaps w:val="0"/>
          <w:strike w:val="0"/>
          <w:sz w:val="22"/>
          <w:u w:val="single"/>
        </w:rPr>
        <w:t xml:space="preserve"> </w:t>
      </w:r>
      <w:r>
        <w:rPr>
          <w:b/>
          <w:i w:val="0"/>
          <w:smallCaps w:val="0"/>
          <w:strike w:val="0"/>
          <w:sz w:val="22"/>
          <w:highlight w:val="cyan"/>
          <w:u w:val="single"/>
        </w:rPr>
        <w:t>respond</w:t>
      </w:r>
      <w:r>
        <w:rPr>
          <w:b/>
          <w:i w:val="0"/>
          <w:smallCaps w:val="0"/>
          <w:strike w:val="0"/>
          <w:sz w:val="22"/>
          <w:u w:val="single"/>
        </w:rPr>
        <w:t xml:space="preserve"> </w:t>
      </w:r>
      <w:r>
        <w:rPr>
          <w:b/>
          <w:i w:val="0"/>
          <w:smallCaps w:val="0"/>
          <w:strike w:val="0"/>
          <w:sz w:val="22"/>
          <w:highlight w:val="cyan"/>
          <w:u w:val="single"/>
        </w:rPr>
        <w:t>to</w:t>
      </w:r>
      <w:r>
        <w:rPr>
          <w:b/>
          <w:i w:val="0"/>
          <w:smallCaps w:val="0"/>
          <w:strike w:val="0"/>
          <w:sz w:val="22"/>
          <w:u w:val="single"/>
        </w:rPr>
        <w:t xml:space="preserve"> </w:t>
      </w:r>
      <w:r>
        <w:rPr>
          <w:b/>
          <w:i w:val="0"/>
          <w:smallCaps w:val="0"/>
          <w:strike w:val="0"/>
          <w:sz w:val="22"/>
          <w:highlight w:val="cyan"/>
          <w:u w:val="single"/>
        </w:rPr>
        <w:t>pandemics</w:t>
      </w:r>
      <w:r>
        <w:rPr>
          <w:b/>
          <w:i w:val="0"/>
          <w:smallCaps w:val="0"/>
          <w:strike w:val="0"/>
          <w:sz w:val="22"/>
          <w:u w:val="single"/>
        </w:rPr>
        <w:t xml:space="preserve"> effectively—a result that is required for global health security and equity.</w:t>
      </w:r>
    </w:p>
    <w:p>
      <w:pPr>
        <w:pStyle w:val="Caption"/>
      </w:pPr>
      <w:r>
        <w:t>Source: DA Updates - Michigan 2024 GLW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