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China being in the driver seat of AI is dangerous</w:t>
      </w:r>
    </w:p>
    <w:p>
      <w:pPr>
        <w:spacing w:after="80"/>
      </w:pPr>
      <w:r>
        <w:rPr>
          <w:b/>
          <w:i w:val="0"/>
          <w:smallCaps w:val="0"/>
          <w:strike w:val="0"/>
          <w:sz w:val="26"/>
          <w:u w:val="none"/>
        </w:rPr>
        <w:t xml:space="preserve">Frederick ‘23 </w:t>
      </w:r>
      <w:r>
        <w:rPr>
          <w:b w:val="0"/>
          <w:i w:val="0"/>
          <w:smallCaps w:val="0"/>
          <w:strike w:val="0"/>
          <w:u w:val="none"/>
        </w:rPr>
        <w:t>[Kara and Jake Denton; October 11 ; Director of Tech Policy Center; Research Associate of The Tech Policy Center; The Heritage Organization; “The US Not China Should Take the Lead on AI” https://www.heritage.org/technology/commentary/the-u s-not-china-should-take-the-lead-ai]</w:t>
      </w:r>
    </w:p>
    <w:p>
      <w:pPr>
        <w:spacing w:after="60"/>
      </w:pPr>
      <w:r>
        <w:rPr>
          <w:b w:val="0"/>
          <w:i w:val="0"/>
          <w:smallCaps w:val="0"/>
          <w:strike w:val="0"/>
          <w:u w:val="none"/>
        </w:rPr>
        <w:t xml:space="preserve">But this </w:t>
      </w:r>
      <w:r>
        <w:rPr>
          <w:b w:val="0"/>
          <w:i w:val="0"/>
          <w:smallCaps w:val="0"/>
          <w:strike w:val="0"/>
          <w:sz w:val="22"/>
          <w:highlight w:val="cyan"/>
          <w:u w:val="single"/>
        </w:rPr>
        <w:t>exhortation makes</w:t>
      </w:r>
      <w:r>
        <w:rPr>
          <w:b w:val="0"/>
          <w:i w:val="0"/>
          <w:smallCaps w:val="0"/>
          <w:strike w:val="0"/>
          <w:sz w:val="22"/>
          <w:u w:val="single"/>
        </w:rPr>
        <w:t xml:space="preserve"> his subsequent </w:t>
      </w:r>
      <w:r>
        <w:rPr>
          <w:b w:val="0"/>
          <w:i w:val="0"/>
          <w:smallCaps w:val="0"/>
          <w:strike w:val="0"/>
          <w:sz w:val="22"/>
          <w:highlight w:val="cyan"/>
          <w:u w:val="single"/>
        </w:rPr>
        <w:t>vow to work directly with</w:t>
      </w:r>
      <w:r>
        <w:rPr>
          <w:b w:val="0"/>
          <w:i w:val="0"/>
          <w:smallCaps w:val="0"/>
          <w:strike w:val="0"/>
          <w:sz w:val="22"/>
          <w:u w:val="single"/>
        </w:rPr>
        <w:t xml:space="preserve"> “our </w:t>
      </w:r>
      <w:r>
        <w:rPr>
          <w:b w:val="0"/>
          <w:i w:val="0"/>
          <w:smallCaps w:val="0"/>
          <w:strike w:val="0"/>
          <w:sz w:val="22"/>
          <w:highlight w:val="cyan"/>
          <w:u w:val="single"/>
        </w:rPr>
        <w:t>competitors” to harness the power of AI</w:t>
      </w:r>
      <w:r>
        <w:rPr>
          <w:b w:val="0"/>
          <w:i w:val="0"/>
          <w:smallCaps w:val="0"/>
          <w:strike w:val="0"/>
          <w:u w:val="none"/>
        </w:rPr>
        <w:t xml:space="preserve"> “for good” all the more curious. Working with our competitors, like China, would only empower the Chinese Communist Party (CCP) to write the rules of the road for AI. And we don’t want China in the driver’s seat.</w:t>
      </w:r>
    </w:p>
    <w:p>
      <w:pPr>
        <w:spacing w:after="60"/>
      </w:pPr>
      <w:r>
        <w:rPr>
          <w:b w:val="0"/>
          <w:i w:val="0"/>
          <w:smallCaps w:val="0"/>
          <w:strike w:val="0"/>
          <w:sz w:val="22"/>
          <w:highlight w:val="cyan"/>
          <w:u w:val="single"/>
        </w:rPr>
        <w:t>China</w:t>
      </w:r>
      <w:r>
        <w:rPr>
          <w:b w:val="0"/>
          <w:i w:val="0"/>
          <w:smallCaps w:val="0"/>
          <w:strike w:val="0"/>
          <w:sz w:val="22"/>
          <w:u w:val="single"/>
        </w:rPr>
        <w:t xml:space="preserve"> </w:t>
      </w:r>
      <w:r>
        <w:rPr>
          <w:b w:val="0"/>
          <w:i w:val="0"/>
          <w:smallCaps w:val="0"/>
          <w:strike w:val="0"/>
          <w:sz w:val="22"/>
          <w:highlight w:val="cyan"/>
          <w:u w:val="single"/>
        </w:rPr>
        <w:t>is</w:t>
      </w:r>
      <w:r>
        <w:rPr>
          <w:b w:val="0"/>
          <w:i w:val="0"/>
          <w:smallCaps w:val="0"/>
          <w:strike w:val="0"/>
          <w:sz w:val="22"/>
          <w:u w:val="single"/>
        </w:rPr>
        <w:t xml:space="preserve"> </w:t>
      </w:r>
      <w:r>
        <w:rPr>
          <w:b w:val="0"/>
          <w:i w:val="0"/>
          <w:smallCaps w:val="0"/>
          <w:strike w:val="0"/>
          <w:sz w:val="22"/>
          <w:highlight w:val="cyan"/>
          <w:u w:val="single"/>
        </w:rPr>
        <w:t>at</w:t>
      </w:r>
      <w:r>
        <w:rPr>
          <w:b w:val="0"/>
          <w:i w:val="0"/>
          <w:smallCaps w:val="0"/>
          <w:strike w:val="0"/>
          <w:sz w:val="22"/>
          <w:u w:val="single"/>
        </w:rPr>
        <w:t xml:space="preserve"> </w:t>
      </w:r>
      <w:r>
        <w:rPr>
          <w:b w:val="0"/>
          <w:i w:val="0"/>
          <w:smallCaps w:val="0"/>
          <w:strike w:val="0"/>
          <w:sz w:val="22"/>
          <w:highlight w:val="cyan"/>
          <w:u w:val="single"/>
        </w:rPr>
        <w:t>the</w:t>
      </w:r>
      <w:r>
        <w:rPr>
          <w:b w:val="0"/>
          <w:i w:val="0"/>
          <w:smallCaps w:val="0"/>
          <w:strike w:val="0"/>
          <w:sz w:val="22"/>
          <w:u w:val="single"/>
        </w:rPr>
        <w:t xml:space="preserve"> bleeding </w:t>
      </w:r>
      <w:r>
        <w:rPr>
          <w:b w:val="0"/>
          <w:i w:val="0"/>
          <w:smallCaps w:val="0"/>
          <w:strike w:val="0"/>
          <w:sz w:val="22"/>
          <w:highlight w:val="cyan"/>
          <w:u w:val="single"/>
        </w:rPr>
        <w:t>edge</w:t>
      </w:r>
      <w:r>
        <w:rPr>
          <w:b w:val="0"/>
          <w:i w:val="0"/>
          <w:smallCaps w:val="0"/>
          <w:strike w:val="0"/>
          <w:sz w:val="22"/>
          <w:u w:val="single"/>
        </w:rPr>
        <w:t xml:space="preserve"> </w:t>
      </w:r>
      <w:r>
        <w:rPr>
          <w:b w:val="0"/>
          <w:i w:val="0"/>
          <w:smallCaps w:val="0"/>
          <w:strike w:val="0"/>
          <w:sz w:val="22"/>
          <w:highlight w:val="cyan"/>
          <w:u w:val="single"/>
        </w:rPr>
        <w:t>of</w:t>
      </w:r>
      <w:r>
        <w:rPr>
          <w:b w:val="0"/>
          <w:i w:val="0"/>
          <w:smallCaps w:val="0"/>
          <w:strike w:val="0"/>
          <w:sz w:val="22"/>
          <w:u w:val="single"/>
        </w:rPr>
        <w:t xml:space="preserve"> </w:t>
      </w:r>
      <w:r>
        <w:rPr>
          <w:b w:val="0"/>
          <w:i w:val="0"/>
          <w:smallCaps w:val="0"/>
          <w:strike w:val="0"/>
          <w:sz w:val="22"/>
          <w:highlight w:val="cyan"/>
          <w:u w:val="single"/>
        </w:rPr>
        <w:t>using</w:t>
      </w:r>
      <w:r>
        <w:rPr>
          <w:b w:val="0"/>
          <w:i w:val="0"/>
          <w:smallCaps w:val="0"/>
          <w:strike w:val="0"/>
          <w:sz w:val="22"/>
          <w:u w:val="single"/>
        </w:rPr>
        <w:t xml:space="preserve"> emerging </w:t>
      </w:r>
      <w:r>
        <w:rPr>
          <w:b w:val="0"/>
          <w:i w:val="0"/>
          <w:smallCaps w:val="0"/>
          <w:strike w:val="0"/>
          <w:sz w:val="22"/>
          <w:highlight w:val="cyan"/>
          <w:u w:val="single"/>
        </w:rPr>
        <w:t>tech</w:t>
      </w:r>
      <w:r>
        <w:rPr>
          <w:b w:val="0"/>
          <w:i w:val="0"/>
          <w:smallCaps w:val="0"/>
          <w:strike w:val="0"/>
          <w:sz w:val="22"/>
          <w:u w:val="single"/>
        </w:rPr>
        <w:t xml:space="preserve">nologies </w:t>
      </w:r>
      <w:r>
        <w:rPr>
          <w:b w:val="0"/>
          <w:i w:val="0"/>
          <w:smallCaps w:val="0"/>
          <w:strike w:val="0"/>
          <w:sz w:val="22"/>
          <w:highlight w:val="cyan"/>
          <w:u w:val="single"/>
        </w:rPr>
        <w:t>for</w:t>
      </w:r>
      <w:r>
        <w:rPr>
          <w:b w:val="0"/>
          <w:i w:val="0"/>
          <w:smallCaps w:val="0"/>
          <w:strike w:val="0"/>
          <w:sz w:val="22"/>
          <w:u w:val="single"/>
        </w:rPr>
        <w:t xml:space="preserve"> </w:t>
      </w:r>
      <w:r>
        <w:rPr>
          <w:b w:val="0"/>
          <w:i w:val="0"/>
          <w:smallCaps w:val="0"/>
          <w:strike w:val="0"/>
          <w:sz w:val="22"/>
          <w:highlight w:val="cyan"/>
          <w:u w:val="single"/>
        </w:rPr>
        <w:t>oppression</w:t>
      </w:r>
      <w:r>
        <w:rPr>
          <w:b w:val="0"/>
          <w:i w:val="0"/>
          <w:smallCaps w:val="0"/>
          <w:strike w:val="0"/>
          <w:u w:val="none"/>
        </w:rPr>
        <w:t>—both at home and abroad. Journalists and human-rights activists have long pointed to a state-run data system that uses AI to flag whole categories of people for detention in the western Xinjiang region.</w:t>
      </w:r>
    </w:p>
    <w:p>
      <w:pPr>
        <w:spacing w:after="60"/>
      </w:pPr>
      <w:r>
        <w:rPr>
          <w:b w:val="0"/>
          <w:i w:val="0"/>
          <w:smallCaps w:val="0"/>
          <w:strike w:val="0"/>
          <w:u w:val="none"/>
        </w:rPr>
        <w:t>Elsewhere, the Chinese government is partnering with technology companies like iFlytek to develop an AI-powered voice-recognition system that can automatically identify specific voices in phone conversations. Its mass facial-recognition systems operate under standards that segment the population by eyebrow size and skin color. “Sharp Eyes,” a sweeping public-private surveillance project, employs AI to analyze peoples’ movements, associations, medical records, online behaviors and more to create an omnipresent panopticon aimed at reinforcing social control.</w:t>
      </w:r>
    </w:p>
    <w:p>
      <w:pPr>
        <w:spacing w:after="60"/>
      </w:pPr>
      <w:r>
        <w:rPr>
          <w:b w:val="0"/>
          <w:i w:val="0"/>
          <w:smallCaps w:val="0"/>
          <w:strike w:val="0"/>
          <w:u w:val="none"/>
        </w:rPr>
        <w:t xml:space="preserve">And the CCP isn’t shy about exporting these AI technologies to like-minded governments. </w:t>
      </w:r>
      <w:r>
        <w:rPr>
          <w:b w:val="0"/>
          <w:i w:val="0"/>
          <w:smallCaps w:val="0"/>
          <w:strike w:val="0"/>
          <w:sz w:val="22"/>
          <w:highlight w:val="cyan"/>
          <w:u w:val="single"/>
        </w:rPr>
        <w:t>Since</w:t>
      </w:r>
      <w:r>
        <w:rPr>
          <w:b w:val="0"/>
          <w:i w:val="0"/>
          <w:smallCaps w:val="0"/>
          <w:strike w:val="0"/>
          <w:sz w:val="22"/>
          <w:u w:val="single"/>
        </w:rPr>
        <w:t xml:space="preserve"> at least </w:t>
      </w:r>
      <w:r>
        <w:rPr>
          <w:b w:val="0"/>
          <w:i w:val="0"/>
          <w:smallCaps w:val="0"/>
          <w:strike w:val="0"/>
          <w:sz w:val="22"/>
          <w:highlight w:val="cyan"/>
          <w:u w:val="single"/>
        </w:rPr>
        <w:t>2018</w:t>
      </w:r>
      <w:r>
        <w:rPr>
          <w:b w:val="0"/>
          <w:i w:val="0"/>
          <w:smallCaps w:val="0"/>
          <w:strike w:val="0"/>
          <w:sz w:val="22"/>
          <w:u w:val="single"/>
        </w:rPr>
        <w:t xml:space="preserve">, </w:t>
      </w:r>
      <w:r>
        <w:rPr>
          <w:b w:val="0"/>
          <w:i w:val="0"/>
          <w:smallCaps w:val="0"/>
          <w:strike w:val="0"/>
          <w:sz w:val="22"/>
          <w:highlight w:val="cyan"/>
          <w:u w:val="single"/>
        </w:rPr>
        <w:t>China</w:t>
      </w:r>
      <w:r>
        <w:rPr>
          <w:b w:val="0"/>
          <w:i w:val="0"/>
          <w:smallCaps w:val="0"/>
          <w:strike w:val="0"/>
          <w:sz w:val="22"/>
          <w:u w:val="single"/>
        </w:rPr>
        <w:t xml:space="preserve"> has </w:t>
      </w:r>
      <w:r>
        <w:rPr>
          <w:b w:val="0"/>
          <w:i w:val="0"/>
          <w:smallCaps w:val="0"/>
          <w:strike w:val="0"/>
          <w:sz w:val="22"/>
          <w:highlight w:val="cyan"/>
          <w:u w:val="single"/>
        </w:rPr>
        <w:t>provided</w:t>
      </w:r>
      <w:r>
        <w:rPr>
          <w:b w:val="0"/>
          <w:i w:val="0"/>
          <w:smallCaps w:val="0"/>
          <w:strike w:val="0"/>
          <w:sz w:val="22"/>
          <w:u w:val="single"/>
        </w:rPr>
        <w:t xml:space="preserve"> </w:t>
      </w:r>
      <w:r>
        <w:rPr>
          <w:b w:val="0"/>
          <w:i w:val="0"/>
          <w:smallCaps w:val="0"/>
          <w:strike w:val="0"/>
          <w:sz w:val="22"/>
          <w:highlight w:val="cyan"/>
          <w:u w:val="single"/>
        </w:rPr>
        <w:t>AI</w:t>
      </w:r>
      <w:r>
        <w:rPr>
          <w:b w:val="0"/>
          <w:i w:val="0"/>
          <w:smallCaps w:val="0"/>
          <w:strike w:val="0"/>
          <w:sz w:val="22"/>
          <w:u w:val="single"/>
        </w:rPr>
        <w:t xml:space="preserve">-driven digital </w:t>
      </w:r>
      <w:r>
        <w:rPr>
          <w:b w:val="0"/>
          <w:i w:val="0"/>
          <w:smallCaps w:val="0"/>
          <w:strike w:val="0"/>
          <w:sz w:val="22"/>
          <w:highlight w:val="cyan"/>
          <w:u w:val="single"/>
        </w:rPr>
        <w:t>monitoring</w:t>
      </w:r>
      <w:r>
        <w:rPr>
          <w:b w:val="0"/>
          <w:i w:val="0"/>
          <w:smallCaps w:val="0"/>
          <w:strike w:val="0"/>
          <w:sz w:val="22"/>
          <w:u w:val="single"/>
        </w:rPr>
        <w:t xml:space="preserve"> capabilities </w:t>
      </w:r>
      <w:r>
        <w:rPr>
          <w:b w:val="0"/>
          <w:i w:val="0"/>
          <w:smallCaps w:val="0"/>
          <w:strike w:val="0"/>
          <w:sz w:val="22"/>
          <w:highlight w:val="cyan"/>
          <w:u w:val="single"/>
        </w:rPr>
        <w:t>to</w:t>
      </w:r>
      <w:r>
        <w:rPr>
          <w:b w:val="0"/>
          <w:i w:val="0"/>
          <w:smallCaps w:val="0"/>
          <w:strike w:val="0"/>
          <w:sz w:val="22"/>
          <w:u w:val="single"/>
        </w:rPr>
        <w:t xml:space="preserve"> </w:t>
      </w:r>
      <w:r>
        <w:rPr>
          <w:b w:val="0"/>
          <w:i w:val="0"/>
          <w:smallCaps w:val="0"/>
          <w:strike w:val="0"/>
          <w:sz w:val="22"/>
          <w:highlight w:val="cyan"/>
          <w:u w:val="single"/>
        </w:rPr>
        <w:t>countries</w:t>
      </w:r>
      <w:r>
        <w:rPr>
          <w:b w:val="0"/>
          <w:i w:val="0"/>
          <w:smallCaps w:val="0"/>
          <w:strike w:val="0"/>
          <w:sz w:val="22"/>
          <w:u w:val="single"/>
        </w:rPr>
        <w:t xml:space="preserve"> across Africa, Latin America, the Middle East and beyond. Today, </w:t>
      </w:r>
      <w:r>
        <w:rPr>
          <w:b w:val="0"/>
          <w:i w:val="0"/>
          <w:smallCaps w:val="0"/>
          <w:strike w:val="0"/>
          <w:sz w:val="22"/>
          <w:highlight w:val="cyan"/>
          <w:u w:val="single"/>
        </w:rPr>
        <w:t>China</w:t>
      </w:r>
      <w:r>
        <w:rPr>
          <w:b w:val="0"/>
          <w:i w:val="0"/>
          <w:smallCaps w:val="0"/>
          <w:strike w:val="0"/>
          <w:sz w:val="22"/>
          <w:u w:val="single"/>
        </w:rPr>
        <w:t xml:space="preserve"> </w:t>
      </w:r>
      <w:r>
        <w:rPr>
          <w:b w:val="0"/>
          <w:i w:val="0"/>
          <w:smallCaps w:val="0"/>
          <w:strike w:val="0"/>
          <w:sz w:val="22"/>
          <w:highlight w:val="cyan"/>
          <w:u w:val="single"/>
        </w:rPr>
        <w:t>maintains</w:t>
      </w:r>
      <w:r>
        <w:rPr>
          <w:b w:val="0"/>
          <w:i w:val="0"/>
          <w:smallCaps w:val="0"/>
          <w:strike w:val="0"/>
          <w:sz w:val="22"/>
          <w:u w:val="single"/>
        </w:rPr>
        <w:t xml:space="preserve"> </w:t>
      </w:r>
      <w:r>
        <w:rPr>
          <w:b w:val="0"/>
          <w:i w:val="0"/>
          <w:smallCaps w:val="0"/>
          <w:strike w:val="0"/>
          <w:sz w:val="22"/>
          <w:highlight w:val="cyan"/>
          <w:u w:val="single"/>
        </w:rPr>
        <w:t>296 surveillance</w:t>
      </w:r>
      <w:r>
        <w:rPr>
          <w:b w:val="0"/>
          <w:i w:val="0"/>
          <w:smallCaps w:val="0"/>
          <w:strike w:val="0"/>
          <w:sz w:val="22"/>
          <w:u w:val="single"/>
        </w:rPr>
        <w:t xml:space="preserve"> </w:t>
      </w:r>
      <w:r>
        <w:rPr>
          <w:b w:val="0"/>
          <w:i w:val="0"/>
          <w:smallCaps w:val="0"/>
          <w:strike w:val="0"/>
          <w:sz w:val="22"/>
          <w:highlight w:val="cyan"/>
          <w:u w:val="single"/>
        </w:rPr>
        <w:t>relationships</w:t>
      </w:r>
      <w:r>
        <w:rPr>
          <w:b w:val="0"/>
          <w:i w:val="0"/>
          <w:smallCaps w:val="0"/>
          <w:strike w:val="0"/>
          <w:sz w:val="22"/>
          <w:u w:val="single"/>
        </w:rPr>
        <w:t xml:space="preserve"> </w:t>
      </w:r>
      <w:r>
        <w:rPr>
          <w:b w:val="0"/>
          <w:i w:val="0"/>
          <w:smallCaps w:val="0"/>
          <w:strike w:val="0"/>
          <w:sz w:val="22"/>
          <w:highlight w:val="cyan"/>
          <w:u w:val="single"/>
        </w:rPr>
        <w:t>in</w:t>
      </w:r>
      <w:r>
        <w:rPr>
          <w:b w:val="0"/>
          <w:i w:val="0"/>
          <w:smallCaps w:val="0"/>
          <w:strike w:val="0"/>
          <w:sz w:val="22"/>
          <w:u w:val="single"/>
        </w:rPr>
        <w:t xml:space="preserve"> </w:t>
      </w:r>
      <w:r>
        <w:rPr>
          <w:b w:val="0"/>
          <w:i w:val="0"/>
          <w:smallCaps w:val="0"/>
          <w:strike w:val="0"/>
          <w:sz w:val="22"/>
          <w:highlight w:val="cyan"/>
          <w:u w:val="single"/>
        </w:rPr>
        <w:t>96 countries</w:t>
      </w:r>
      <w:r>
        <w:rPr>
          <w:b w:val="0"/>
          <w:i w:val="0"/>
          <w:smallCaps w:val="0"/>
          <w:strike w:val="0"/>
          <w:u w:val="none"/>
        </w:rPr>
        <w:t>, many via its design1ated “AI Champion” companies.</w:t>
      </w:r>
    </w:p>
    <w:p>
      <w:pPr>
        <w:spacing w:after="60"/>
      </w:pPr>
      <w:r>
        <w:rPr>
          <w:b w:val="0"/>
          <w:i w:val="0"/>
          <w:smallCaps w:val="0"/>
          <w:strike w:val="0"/>
          <w:u w:val="none"/>
        </w:rPr>
        <w:t xml:space="preserve">In Ecuador alone, </w:t>
      </w:r>
      <w:r>
        <w:rPr>
          <w:b w:val="0"/>
          <w:i w:val="0"/>
          <w:smallCaps w:val="0"/>
          <w:strike w:val="0"/>
          <w:sz w:val="22"/>
          <w:highlight w:val="cyan"/>
          <w:u w:val="single"/>
        </w:rPr>
        <w:t>Chinese</w:t>
      </w:r>
      <w:r>
        <w:rPr>
          <w:b w:val="0"/>
          <w:i w:val="0"/>
          <w:smallCaps w:val="0"/>
          <w:strike w:val="0"/>
          <w:sz w:val="22"/>
          <w:u w:val="single"/>
        </w:rPr>
        <w:t xml:space="preserve"> </w:t>
      </w:r>
      <w:r>
        <w:rPr>
          <w:b w:val="0"/>
          <w:i w:val="0"/>
          <w:smallCaps w:val="0"/>
          <w:strike w:val="0"/>
          <w:sz w:val="22"/>
          <w:highlight w:val="cyan"/>
          <w:u w:val="single"/>
        </w:rPr>
        <w:t>telecommunications</w:t>
      </w:r>
      <w:r>
        <w:rPr>
          <w:b w:val="0"/>
          <w:i w:val="0"/>
          <w:smallCaps w:val="0"/>
          <w:strike w:val="0"/>
          <w:sz w:val="22"/>
          <w:u w:val="single"/>
        </w:rPr>
        <w:t xml:space="preserve"> company Huawei </w:t>
      </w:r>
      <w:r>
        <w:rPr>
          <w:b w:val="0"/>
          <w:i w:val="0"/>
          <w:smallCaps w:val="0"/>
          <w:strike w:val="0"/>
          <w:sz w:val="22"/>
          <w:highlight w:val="cyan"/>
          <w:u w:val="single"/>
        </w:rPr>
        <w:t>helped</w:t>
      </w:r>
      <w:r>
        <w:rPr>
          <w:b w:val="0"/>
          <w:i w:val="0"/>
          <w:smallCaps w:val="0"/>
          <w:strike w:val="0"/>
          <w:sz w:val="22"/>
          <w:u w:val="single"/>
        </w:rPr>
        <w:t xml:space="preserve"> </w:t>
      </w:r>
      <w:r>
        <w:rPr>
          <w:b w:val="0"/>
          <w:i w:val="0"/>
          <w:smallCaps w:val="0"/>
          <w:strike w:val="0"/>
          <w:sz w:val="22"/>
          <w:highlight w:val="cyan"/>
          <w:u w:val="single"/>
        </w:rPr>
        <w:t>build</w:t>
      </w:r>
      <w:r>
        <w:rPr>
          <w:b w:val="0"/>
          <w:i w:val="0"/>
          <w:smallCaps w:val="0"/>
          <w:strike w:val="0"/>
          <w:sz w:val="22"/>
          <w:u w:val="single"/>
        </w:rPr>
        <w:t xml:space="preserve"> a network of </w:t>
      </w:r>
      <w:r>
        <w:rPr>
          <w:b w:val="0"/>
          <w:i w:val="0"/>
          <w:smallCaps w:val="0"/>
          <w:strike w:val="0"/>
          <w:sz w:val="22"/>
          <w:highlight w:val="cyan"/>
          <w:u w:val="single"/>
        </w:rPr>
        <w:t>over</w:t>
      </w:r>
      <w:r>
        <w:rPr>
          <w:b w:val="0"/>
          <w:i w:val="0"/>
          <w:smallCaps w:val="0"/>
          <w:strike w:val="0"/>
          <w:sz w:val="22"/>
          <w:u w:val="single"/>
        </w:rPr>
        <w:t xml:space="preserve"> 4,</w:t>
      </w:r>
      <w:r>
        <w:rPr>
          <w:b w:val="0"/>
          <w:i w:val="0"/>
          <w:smallCaps w:val="0"/>
          <w:strike w:val="0"/>
          <w:sz w:val="22"/>
          <w:highlight w:val="cyan"/>
          <w:u w:val="single"/>
        </w:rPr>
        <w:t>000</w:t>
      </w:r>
      <w:r>
        <w:rPr>
          <w:b w:val="0"/>
          <w:i w:val="0"/>
          <w:smallCaps w:val="0"/>
          <w:strike w:val="0"/>
          <w:sz w:val="22"/>
          <w:u w:val="single"/>
        </w:rPr>
        <w:t xml:space="preserve"> </w:t>
      </w:r>
      <w:r>
        <w:rPr>
          <w:b w:val="0"/>
          <w:i w:val="0"/>
          <w:smallCaps w:val="0"/>
          <w:strike w:val="0"/>
          <w:sz w:val="22"/>
          <w:highlight w:val="cyan"/>
          <w:u w:val="single"/>
        </w:rPr>
        <w:t>cameras</w:t>
      </w:r>
      <w:r>
        <w:rPr>
          <w:b w:val="0"/>
          <w:i w:val="0"/>
          <w:smallCaps w:val="0"/>
          <w:strike w:val="0"/>
          <w:u w:val="none"/>
        </w:rPr>
        <w:t xml:space="preserve"> </w:t>
      </w:r>
      <w:r>
        <w:rPr>
          <w:b w:val="0"/>
          <w:i w:val="0"/>
          <w:smallCaps w:val="0"/>
          <w:strike w:val="0"/>
          <w:sz w:val="22"/>
          <w:u w:val="single"/>
        </w:rPr>
        <w:t>for its police and intelligence services</w:t>
      </w:r>
      <w:r>
        <w:rPr>
          <w:b w:val="0"/>
          <w:i w:val="0"/>
          <w:smallCaps w:val="0"/>
          <w:strike w:val="0"/>
          <w:u w:val="none"/>
        </w:rPr>
        <w:t>. In Zimbabwe, Chinese firm CloudWalk maintains multiple AI and biometric data partnerships with Harare. In Malaysia, police wear body-mounted cameras developed by one of China’s AI Champions, tech startup Yitu. In Pakistan, Chinese policing technologies with predictive analytics and “smart city” surveillance capabilities empower Islamabad to monitor and control its citizens.</w:t>
      </w:r>
    </w:p>
    <w:p>
      <w:pPr>
        <w:spacing w:after="60"/>
      </w:pPr>
      <w:r>
        <w:rPr>
          <w:b w:val="0"/>
          <w:i w:val="0"/>
          <w:smallCaps w:val="0"/>
          <w:strike w:val="0"/>
          <w:u w:val="none"/>
        </w:rPr>
        <w:t>If international cooperation requires a common vision for how the technology is used, then America and China couldn’t be further apart.</w:t>
      </w:r>
    </w:p>
    <w:p>
      <w:pPr>
        <w:spacing w:after="60"/>
      </w:pPr>
      <w:r>
        <w:rPr>
          <w:b w:val="0"/>
          <w:i w:val="0"/>
          <w:smallCaps w:val="0"/>
          <w:strike w:val="0"/>
          <w:u w:val="none"/>
        </w:rPr>
        <w:t>Cooperation on AI development could also bolster the capabilities of the People's Liberation Army (PLA</w:t>
      </w:r>
      <w:r>
        <w:rPr>
          <w:b w:val="0"/>
          <w:i w:val="0"/>
          <w:smallCaps w:val="0"/>
          <w:strike w:val="0"/>
          <w:sz w:val="22"/>
          <w:u w:val="single"/>
        </w:rPr>
        <w:t xml:space="preserve">). </w:t>
      </w:r>
      <w:r>
        <w:rPr>
          <w:b w:val="0"/>
          <w:i w:val="0"/>
          <w:smallCaps w:val="0"/>
          <w:strike w:val="0"/>
          <w:sz w:val="22"/>
          <w:highlight w:val="cyan"/>
          <w:u w:val="single"/>
        </w:rPr>
        <w:t>In</w:t>
      </w:r>
      <w:r>
        <w:rPr>
          <w:b w:val="0"/>
          <w:i w:val="0"/>
          <w:smallCaps w:val="0"/>
          <w:strike w:val="0"/>
          <w:sz w:val="22"/>
          <w:u w:val="single"/>
        </w:rPr>
        <w:t xml:space="preserve"> </w:t>
      </w:r>
      <w:r>
        <w:rPr>
          <w:b w:val="0"/>
          <w:i w:val="0"/>
          <w:smallCaps w:val="0"/>
          <w:strike w:val="0"/>
          <w:sz w:val="22"/>
          <w:highlight w:val="cyan"/>
          <w:u w:val="single"/>
        </w:rPr>
        <w:t>2019</w:t>
      </w:r>
      <w:r>
        <w:rPr>
          <w:b w:val="0"/>
          <w:i w:val="0"/>
          <w:smallCaps w:val="0"/>
          <w:strike w:val="0"/>
          <w:sz w:val="22"/>
          <w:u w:val="single"/>
        </w:rPr>
        <w:t xml:space="preserve">, </w:t>
      </w:r>
      <w:r>
        <w:rPr>
          <w:b w:val="0"/>
          <w:i w:val="0"/>
          <w:smallCaps w:val="0"/>
          <w:strike w:val="0"/>
          <w:sz w:val="22"/>
          <w:highlight w:val="cyan"/>
          <w:u w:val="single"/>
        </w:rPr>
        <w:t>Chairman of the Joint Chiefs of Staff</w:t>
      </w:r>
      <w:r>
        <w:rPr>
          <w:b w:val="0"/>
          <w:i w:val="0"/>
          <w:smallCaps w:val="0"/>
          <w:strike w:val="0"/>
          <w:sz w:val="22"/>
          <w:u w:val="single"/>
        </w:rPr>
        <w:t xml:space="preserve"> Joseph </w:t>
      </w:r>
      <w:r>
        <w:rPr>
          <w:b w:val="0"/>
          <w:i w:val="0"/>
          <w:smallCaps w:val="0"/>
          <w:strike w:val="0"/>
          <w:sz w:val="22"/>
          <w:highlight w:val="cyan"/>
          <w:u w:val="single"/>
        </w:rPr>
        <w:t>Dunford</w:t>
      </w:r>
      <w:r>
        <w:rPr>
          <w:b w:val="0"/>
          <w:i w:val="0"/>
          <w:smallCaps w:val="0"/>
          <w:strike w:val="0"/>
          <w:sz w:val="22"/>
          <w:u w:val="single"/>
        </w:rPr>
        <w:t xml:space="preserve"> </w:t>
      </w:r>
      <w:r>
        <w:rPr>
          <w:b w:val="0"/>
          <w:i w:val="0"/>
          <w:smallCaps w:val="0"/>
          <w:strike w:val="0"/>
          <w:sz w:val="22"/>
          <w:highlight w:val="cyan"/>
          <w:u w:val="single"/>
        </w:rPr>
        <w:t>argued</w:t>
      </w:r>
      <w:r>
        <w:rPr>
          <w:b w:val="0"/>
          <w:i w:val="0"/>
          <w:smallCaps w:val="0"/>
          <w:strike w:val="0"/>
          <w:sz w:val="22"/>
          <w:u w:val="single"/>
        </w:rPr>
        <w:t xml:space="preserve"> that private </w:t>
      </w:r>
      <w:r>
        <w:rPr>
          <w:b w:val="0"/>
          <w:i w:val="0"/>
          <w:smallCaps w:val="0"/>
          <w:strike w:val="0"/>
          <w:sz w:val="22"/>
          <w:highlight w:val="cyan"/>
          <w:u w:val="single"/>
        </w:rPr>
        <w:t>tech</w:t>
      </w:r>
      <w:r>
        <w:rPr>
          <w:b w:val="0"/>
          <w:i w:val="0"/>
          <w:smallCaps w:val="0"/>
          <w:strike w:val="0"/>
          <w:sz w:val="22"/>
          <w:u w:val="single"/>
        </w:rPr>
        <w:t xml:space="preserve"> companies like Google </w:t>
      </w:r>
      <w:r>
        <w:rPr>
          <w:b w:val="0"/>
          <w:i w:val="0"/>
          <w:smallCaps w:val="0"/>
          <w:strike w:val="0"/>
          <w:sz w:val="22"/>
          <w:highlight w:val="cyan"/>
          <w:u w:val="single"/>
        </w:rPr>
        <w:t>working</w:t>
      </w:r>
      <w:r>
        <w:rPr>
          <w:b w:val="0"/>
          <w:i w:val="0"/>
          <w:smallCaps w:val="0"/>
          <w:strike w:val="0"/>
          <w:sz w:val="22"/>
          <w:u w:val="single"/>
        </w:rPr>
        <w:t xml:space="preserve"> </w:t>
      </w:r>
      <w:r>
        <w:rPr>
          <w:b w:val="0"/>
          <w:i w:val="0"/>
          <w:smallCaps w:val="0"/>
          <w:strike w:val="0"/>
          <w:sz w:val="22"/>
          <w:highlight w:val="cyan"/>
          <w:u w:val="single"/>
        </w:rPr>
        <w:t>in</w:t>
      </w:r>
      <w:r>
        <w:rPr>
          <w:b w:val="0"/>
          <w:i w:val="0"/>
          <w:smallCaps w:val="0"/>
          <w:strike w:val="0"/>
          <w:sz w:val="22"/>
          <w:u w:val="single"/>
        </w:rPr>
        <w:t xml:space="preserve"> </w:t>
      </w:r>
      <w:r>
        <w:rPr>
          <w:b w:val="0"/>
          <w:i w:val="0"/>
          <w:smallCaps w:val="0"/>
          <w:strike w:val="0"/>
          <w:sz w:val="22"/>
          <w:highlight w:val="cyan"/>
          <w:u w:val="single"/>
        </w:rPr>
        <w:t>China</w:t>
      </w:r>
      <w:r>
        <w:rPr>
          <w:b w:val="0"/>
          <w:i w:val="0"/>
          <w:smallCaps w:val="0"/>
          <w:strike w:val="0"/>
          <w:sz w:val="22"/>
          <w:u w:val="single"/>
        </w:rPr>
        <w:t xml:space="preserve"> </w:t>
      </w:r>
      <w:r>
        <w:rPr>
          <w:b w:val="0"/>
          <w:i w:val="0"/>
          <w:smallCaps w:val="0"/>
          <w:strike w:val="0"/>
          <w:sz w:val="22"/>
          <w:highlight w:val="cyan"/>
          <w:u w:val="single"/>
        </w:rPr>
        <w:t>provided</w:t>
      </w:r>
      <w:r>
        <w:rPr>
          <w:b w:val="0"/>
          <w:i w:val="0"/>
          <w:smallCaps w:val="0"/>
          <w:strike w:val="0"/>
          <w:sz w:val="22"/>
          <w:u w:val="single"/>
        </w:rPr>
        <w:t xml:space="preserve"> “</w:t>
      </w:r>
      <w:r>
        <w:rPr>
          <w:b w:val="0"/>
          <w:i w:val="0"/>
          <w:smallCaps w:val="0"/>
          <w:strike w:val="0"/>
          <w:sz w:val="22"/>
          <w:highlight w:val="cyan"/>
          <w:u w:val="single"/>
        </w:rPr>
        <w:t>a</w:t>
      </w:r>
      <w:r>
        <w:rPr>
          <w:b w:val="0"/>
          <w:i w:val="0"/>
          <w:smallCaps w:val="0"/>
          <w:strike w:val="0"/>
          <w:sz w:val="22"/>
          <w:u w:val="single"/>
        </w:rPr>
        <w:t xml:space="preserve"> direct </w:t>
      </w:r>
      <w:r>
        <w:rPr>
          <w:b w:val="0"/>
          <w:i w:val="0"/>
          <w:smallCaps w:val="0"/>
          <w:strike w:val="0"/>
          <w:sz w:val="22"/>
          <w:highlight w:val="cyan"/>
          <w:u w:val="single"/>
        </w:rPr>
        <w:t>benefit</w:t>
      </w:r>
      <w:r>
        <w:rPr>
          <w:b w:val="0"/>
          <w:i w:val="0"/>
          <w:smallCaps w:val="0"/>
          <w:strike w:val="0"/>
          <w:sz w:val="22"/>
          <w:u w:val="single"/>
        </w:rPr>
        <w:t xml:space="preserve">” </w:t>
      </w:r>
      <w:r>
        <w:rPr>
          <w:b w:val="0"/>
          <w:i w:val="0"/>
          <w:smallCaps w:val="0"/>
          <w:strike w:val="0"/>
          <w:sz w:val="22"/>
          <w:highlight w:val="cyan"/>
          <w:u w:val="single"/>
        </w:rPr>
        <w:t>to</w:t>
      </w:r>
      <w:r>
        <w:rPr>
          <w:b w:val="0"/>
          <w:i w:val="0"/>
          <w:smallCaps w:val="0"/>
          <w:strike w:val="0"/>
          <w:sz w:val="22"/>
          <w:u w:val="single"/>
        </w:rPr>
        <w:t xml:space="preserve"> </w:t>
      </w:r>
      <w:r>
        <w:rPr>
          <w:b w:val="0"/>
          <w:i w:val="0"/>
          <w:smallCaps w:val="0"/>
          <w:strike w:val="0"/>
          <w:sz w:val="22"/>
          <w:highlight w:val="cyan"/>
          <w:u w:val="single"/>
        </w:rPr>
        <w:t>the</w:t>
      </w:r>
      <w:r>
        <w:rPr>
          <w:b w:val="0"/>
          <w:i w:val="0"/>
          <w:smallCaps w:val="0"/>
          <w:strike w:val="0"/>
          <w:sz w:val="22"/>
          <w:u w:val="single"/>
        </w:rPr>
        <w:t xml:space="preserve"> </w:t>
      </w:r>
      <w:r>
        <w:rPr>
          <w:b w:val="0"/>
          <w:i w:val="0"/>
          <w:smallCaps w:val="0"/>
          <w:strike w:val="0"/>
          <w:sz w:val="22"/>
          <w:highlight w:val="cyan"/>
          <w:u w:val="single"/>
        </w:rPr>
        <w:t>Chinese military</w:t>
      </w:r>
      <w:r>
        <w:rPr>
          <w:b w:val="0"/>
          <w:i w:val="0"/>
          <w:smallCaps w:val="0"/>
          <w:strike w:val="0"/>
          <w:u w:val="none"/>
        </w:rPr>
        <w:t>. (This is due to the CCP’s strategy of Military Civil-Fusion, which seeks, in part, to orient technological progress in service of its military goals.)</w:t>
      </w:r>
    </w:p>
    <w:p>
      <w:pPr>
        <w:spacing w:after="60"/>
      </w:pPr>
      <w:r>
        <w:rPr>
          <w:b w:val="0"/>
          <w:i w:val="0"/>
          <w:smallCaps w:val="0"/>
          <w:strike w:val="0"/>
          <w:u w:val="none"/>
        </w:rPr>
        <w:t xml:space="preserve">In fact, China has already developed multiple offensive applications of AI that will not redound to the benefit of the United States and our allies like Taiwan. </w:t>
      </w:r>
      <w:r>
        <w:rPr>
          <w:b w:val="0"/>
          <w:i w:val="0"/>
          <w:smallCaps w:val="0"/>
          <w:strike w:val="0"/>
          <w:sz w:val="22"/>
          <w:highlight w:val="cyan"/>
          <w:u w:val="single"/>
        </w:rPr>
        <w:t>According</w:t>
      </w:r>
      <w:r>
        <w:rPr>
          <w:b w:val="0"/>
          <w:i w:val="0"/>
          <w:smallCaps w:val="0"/>
          <w:strike w:val="0"/>
          <w:sz w:val="22"/>
          <w:u w:val="single"/>
        </w:rPr>
        <w:t xml:space="preserve"> </w:t>
      </w:r>
      <w:r>
        <w:rPr>
          <w:b w:val="0"/>
          <w:i w:val="0"/>
          <w:smallCaps w:val="0"/>
          <w:strike w:val="0"/>
          <w:sz w:val="22"/>
          <w:highlight w:val="cyan"/>
          <w:u w:val="single"/>
        </w:rPr>
        <w:t>to</w:t>
      </w:r>
      <w:r>
        <w:rPr>
          <w:b w:val="0"/>
          <w:i w:val="0"/>
          <w:smallCaps w:val="0"/>
          <w:strike w:val="0"/>
          <w:sz w:val="22"/>
          <w:u w:val="single"/>
        </w:rPr>
        <w:t xml:space="preserve"> </w:t>
      </w:r>
      <w:r>
        <w:rPr>
          <w:b w:val="0"/>
          <w:i w:val="0"/>
          <w:smallCaps w:val="0"/>
          <w:strike w:val="0"/>
          <w:sz w:val="22"/>
          <w:highlight w:val="cyan"/>
          <w:u w:val="single"/>
        </w:rPr>
        <w:t>the</w:t>
      </w:r>
      <w:r>
        <w:rPr>
          <w:b w:val="0"/>
          <w:i w:val="0"/>
          <w:smallCaps w:val="0"/>
          <w:strike w:val="0"/>
          <w:sz w:val="22"/>
          <w:u w:val="single"/>
        </w:rPr>
        <w:t xml:space="preserve"> </w:t>
      </w:r>
      <w:r>
        <w:rPr>
          <w:b w:val="0"/>
          <w:i w:val="0"/>
          <w:smallCaps w:val="0"/>
          <w:strike w:val="0"/>
          <w:sz w:val="22"/>
          <w:highlight w:val="cyan"/>
          <w:u w:val="single"/>
        </w:rPr>
        <w:t xml:space="preserve">Department of Defense’s 2020 </w:t>
      </w:r>
      <w:r>
        <w:rPr>
          <w:b w:val="0"/>
          <w:i w:val="0"/>
          <w:smallCaps w:val="0"/>
          <w:strike w:val="0"/>
          <w:sz w:val="22"/>
          <w:u w:val="single"/>
        </w:rPr>
        <w:t xml:space="preserve">China Military Power </w:t>
      </w:r>
      <w:r>
        <w:rPr>
          <w:b w:val="0"/>
          <w:i w:val="0"/>
          <w:smallCaps w:val="0"/>
          <w:strike w:val="0"/>
          <w:sz w:val="22"/>
          <w:highlight w:val="cyan"/>
          <w:u w:val="single"/>
        </w:rPr>
        <w:t>Report</w:t>
      </w:r>
      <w:r>
        <w:rPr>
          <w:b w:val="0"/>
          <w:i w:val="0"/>
          <w:smallCaps w:val="0"/>
          <w:strike w:val="0"/>
          <w:sz w:val="22"/>
          <w:u w:val="single"/>
        </w:rPr>
        <w:t xml:space="preserve">, </w:t>
      </w:r>
      <w:r>
        <w:rPr>
          <w:b w:val="0"/>
          <w:i w:val="0"/>
          <w:smallCaps w:val="0"/>
          <w:strike w:val="0"/>
          <w:sz w:val="22"/>
          <w:highlight w:val="cyan"/>
          <w:u w:val="single"/>
        </w:rPr>
        <w:t>China</w:t>
      </w:r>
      <w:r>
        <w:rPr>
          <w:b w:val="0"/>
          <w:i w:val="0"/>
          <w:smallCaps w:val="0"/>
          <w:strike w:val="0"/>
          <w:sz w:val="22"/>
          <w:u w:val="single"/>
        </w:rPr>
        <w:t xml:space="preserve"> </w:t>
      </w:r>
      <w:r>
        <w:rPr>
          <w:b w:val="0"/>
          <w:i w:val="0"/>
          <w:smallCaps w:val="0"/>
          <w:strike w:val="0"/>
          <w:sz w:val="22"/>
          <w:highlight w:val="cyan"/>
          <w:u w:val="single"/>
        </w:rPr>
        <w:t>maintains</w:t>
      </w:r>
      <w:r>
        <w:rPr>
          <w:b w:val="0"/>
          <w:i w:val="0"/>
          <w:smallCaps w:val="0"/>
          <w:strike w:val="0"/>
          <w:sz w:val="22"/>
          <w:u w:val="single"/>
        </w:rPr>
        <w:t xml:space="preserve"> </w:t>
      </w:r>
      <w:r>
        <w:rPr>
          <w:b w:val="0"/>
          <w:i w:val="0"/>
          <w:smallCaps w:val="0"/>
          <w:strike w:val="0"/>
          <w:sz w:val="22"/>
          <w:highlight w:val="cyan"/>
          <w:u w:val="single"/>
        </w:rPr>
        <w:t>AI</w:t>
      </w:r>
      <w:r>
        <w:rPr>
          <w:b w:val="0"/>
          <w:i w:val="0"/>
          <w:smallCaps w:val="0"/>
          <w:strike w:val="0"/>
          <w:sz w:val="22"/>
          <w:u w:val="single"/>
        </w:rPr>
        <w:t xml:space="preserve">-enabled unmanned surface </w:t>
      </w:r>
      <w:r>
        <w:rPr>
          <w:b w:val="0"/>
          <w:i w:val="0"/>
          <w:smallCaps w:val="0"/>
          <w:strike w:val="0"/>
          <w:sz w:val="22"/>
          <w:highlight w:val="cyan"/>
          <w:u w:val="single"/>
        </w:rPr>
        <w:t>vessels</w:t>
      </w:r>
      <w:r>
        <w:rPr>
          <w:b w:val="0"/>
          <w:i w:val="0"/>
          <w:smallCaps w:val="0"/>
          <w:strike w:val="0"/>
          <w:sz w:val="22"/>
          <w:u w:val="single"/>
        </w:rPr>
        <w:t xml:space="preserve"> reportedly </w:t>
      </w:r>
      <w:r>
        <w:rPr>
          <w:b w:val="0"/>
          <w:i w:val="0"/>
          <w:smallCaps w:val="0"/>
          <w:strike w:val="0"/>
          <w:sz w:val="22"/>
          <w:highlight w:val="cyan"/>
          <w:u w:val="single"/>
        </w:rPr>
        <w:t>intended</w:t>
      </w:r>
      <w:r>
        <w:rPr>
          <w:b w:val="0"/>
          <w:i w:val="0"/>
          <w:smallCaps w:val="0"/>
          <w:strike w:val="0"/>
          <w:sz w:val="22"/>
          <w:u w:val="single"/>
        </w:rPr>
        <w:t xml:space="preserve"> </w:t>
      </w:r>
      <w:r>
        <w:rPr>
          <w:b w:val="0"/>
          <w:i w:val="0"/>
          <w:smallCaps w:val="0"/>
          <w:strike w:val="0"/>
          <w:sz w:val="22"/>
          <w:highlight w:val="cyan"/>
          <w:u w:val="single"/>
        </w:rPr>
        <w:t>for</w:t>
      </w:r>
      <w:r>
        <w:rPr>
          <w:b w:val="0"/>
          <w:i w:val="0"/>
          <w:smallCaps w:val="0"/>
          <w:strike w:val="0"/>
          <w:sz w:val="22"/>
          <w:u w:val="single"/>
        </w:rPr>
        <w:t xml:space="preserve"> </w:t>
      </w:r>
      <w:r>
        <w:rPr>
          <w:b w:val="0"/>
          <w:i w:val="0"/>
          <w:smallCaps w:val="0"/>
          <w:strike w:val="0"/>
          <w:sz w:val="22"/>
          <w:highlight w:val="cyan"/>
          <w:u w:val="single"/>
        </w:rPr>
        <w:t>patrols</w:t>
      </w:r>
      <w:r>
        <w:rPr>
          <w:b w:val="0"/>
          <w:i w:val="0"/>
          <w:smallCaps w:val="0"/>
          <w:strike w:val="0"/>
          <w:sz w:val="22"/>
          <w:u w:val="single"/>
        </w:rPr>
        <w:t xml:space="preserve"> </w:t>
      </w:r>
      <w:r>
        <w:rPr>
          <w:b w:val="0"/>
          <w:i w:val="0"/>
          <w:smallCaps w:val="0"/>
          <w:strike w:val="0"/>
          <w:sz w:val="22"/>
          <w:highlight w:val="cyan"/>
          <w:u w:val="single"/>
        </w:rPr>
        <w:t>in</w:t>
      </w:r>
      <w:r>
        <w:rPr>
          <w:b w:val="0"/>
          <w:i w:val="0"/>
          <w:smallCaps w:val="0"/>
          <w:strike w:val="0"/>
          <w:sz w:val="22"/>
          <w:u w:val="single"/>
        </w:rPr>
        <w:t xml:space="preserve"> </w:t>
      </w:r>
      <w:r>
        <w:rPr>
          <w:b w:val="0"/>
          <w:i w:val="0"/>
          <w:smallCaps w:val="0"/>
          <w:strike w:val="0"/>
          <w:sz w:val="22"/>
          <w:highlight w:val="cyan"/>
          <w:u w:val="single"/>
        </w:rPr>
        <w:t>the</w:t>
      </w:r>
      <w:r>
        <w:rPr>
          <w:b w:val="0"/>
          <w:i w:val="0"/>
          <w:smallCaps w:val="0"/>
          <w:strike w:val="0"/>
          <w:sz w:val="22"/>
          <w:u w:val="single"/>
        </w:rPr>
        <w:t xml:space="preserve"> disputed </w:t>
      </w:r>
      <w:r>
        <w:rPr>
          <w:b w:val="0"/>
          <w:i w:val="0"/>
          <w:smallCaps w:val="0"/>
          <w:strike w:val="0"/>
          <w:sz w:val="22"/>
          <w:highlight w:val="cyan"/>
          <w:u w:val="single"/>
        </w:rPr>
        <w:t>South</w:t>
      </w:r>
      <w:r>
        <w:rPr>
          <w:b w:val="0"/>
          <w:i w:val="0"/>
          <w:smallCaps w:val="0"/>
          <w:strike w:val="0"/>
          <w:sz w:val="22"/>
          <w:u w:val="single"/>
        </w:rPr>
        <w:t xml:space="preserve"> China </w:t>
      </w:r>
      <w:r>
        <w:rPr>
          <w:b w:val="0"/>
          <w:i w:val="0"/>
          <w:smallCaps w:val="0"/>
          <w:strike w:val="0"/>
          <w:sz w:val="22"/>
          <w:highlight w:val="cyan"/>
          <w:u w:val="single"/>
        </w:rPr>
        <w:t>Sea</w:t>
      </w:r>
      <w:r>
        <w:rPr>
          <w:b w:val="0"/>
          <w:i w:val="0"/>
          <w:smallCaps w:val="0"/>
          <w:strike w:val="0"/>
          <w:u w:val="none"/>
        </w:rPr>
        <w:t>. The same report revealed the CCP has already developed armed swarming drones that claim to use AI for autonomous guidance, target acquisition and “attack execution.”</w:t>
      </w:r>
    </w:p>
    <w:p>
      <w:pPr>
        <w:pStyle w:val="Caption"/>
      </w:pPr>
      <w:r>
        <w:t>Source: Miscellaneous Aff Updates - Michigan 2024 GLW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