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Even supplemented synthetic data causes model collapse.</w:t>
      </w:r>
    </w:p>
    <w:p>
      <w:pPr>
        <w:spacing w:after="80"/>
      </w:pPr>
      <w:r>
        <w:rPr>
          <w:b/>
          <w:i w:val="0"/>
          <w:smallCaps w:val="0"/>
          <w:strike w:val="0"/>
          <w:sz w:val="26"/>
          <w:u w:val="none"/>
        </w:rPr>
        <w:t xml:space="preserve">Lutkevich 23 </w:t>
      </w:r>
      <w:r>
        <w:rPr>
          <w:b w:val="0"/>
          <w:i w:val="0"/>
          <w:smallCaps w:val="0"/>
          <w:strike w:val="0"/>
          <w:u w:val="none"/>
        </w:rPr>
        <w:t>(Ben Lutkevich; Tech and AI writer for Tech Target; “Model collapse explained: How synthetic training data breaks AI,” 7/7/2023, https://www.techtarget.com/whatis/feature/Model-collapse-explained-How-synthetic-training-data-breaks-AI)</w:t>
      </w:r>
    </w:p>
    <w:p>
      <w:pPr>
        <w:spacing w:after="60"/>
      </w:pPr>
      <w:r>
        <w:rPr>
          <w:b w:val="0"/>
          <w:i w:val="0"/>
          <w:smallCaps w:val="0"/>
          <w:strike w:val="0"/>
          <w:u w:val="single"/>
        </w:rPr>
        <w:t xml:space="preserve">Garbage in, garbage out. </w:t>
      </w:r>
      <w:r>
        <w:rPr>
          <w:b w:val="0"/>
          <w:i w:val="0"/>
          <w:smallCaps w:val="0"/>
          <w:strike w:val="0"/>
          <w:highlight w:val="cyan"/>
          <w:u w:val="single"/>
        </w:rPr>
        <w:t>Data pollution</w:t>
      </w:r>
      <w:r>
        <w:rPr>
          <w:b w:val="0"/>
          <w:i w:val="0"/>
          <w:smallCaps w:val="0"/>
          <w:strike w:val="0"/>
          <w:u w:val="single"/>
        </w:rPr>
        <w:t xml:space="preserve"> is </w:t>
      </w:r>
      <w:r>
        <w:rPr>
          <w:b w:val="0"/>
          <w:i w:val="0"/>
          <w:smallCaps w:val="0"/>
          <w:strike w:val="0"/>
          <w:highlight w:val="cyan"/>
          <w:u w:val="single"/>
        </w:rPr>
        <w:t>ruining gen</w:t>
      </w:r>
      <w:r>
        <w:rPr>
          <w:b w:val="0"/>
          <w:i w:val="0"/>
          <w:smallCaps w:val="0"/>
          <w:strike w:val="0"/>
          <w:u w:val="single"/>
        </w:rPr>
        <w:t xml:space="preserve">erative </w:t>
      </w:r>
      <w:r>
        <w:rPr>
          <w:b w:val="0"/>
          <w:i w:val="0"/>
          <w:smallCaps w:val="0"/>
          <w:strike w:val="0"/>
          <w:highlight w:val="cyan"/>
          <w:u w:val="single"/>
        </w:rPr>
        <w:t>AI</w:t>
      </w:r>
      <w:r>
        <w:rPr>
          <w:b w:val="0"/>
          <w:i w:val="0"/>
          <w:smallCaps w:val="0"/>
          <w:strike w:val="0"/>
          <w:u w:val="single"/>
        </w:rPr>
        <w:t>'s future.</w:t>
      </w:r>
      <w:r>
        <w:rPr>
          <w:b w:val="0"/>
          <w:i w:val="0"/>
          <w:smallCaps w:val="0"/>
          <w:strike w:val="0"/>
          <w:sz w:val="14"/>
          <w:u w:val="none"/>
        </w:rPr>
        <w:t xml:space="preserve"> </w:t>
      </w:r>
      <w:r>
        <w:rPr>
          <w:b w:val="0"/>
          <w:i w:val="0"/>
          <w:smallCaps w:val="0"/>
          <w:strike w:val="0"/>
          <w:u w:val="single"/>
        </w:rPr>
        <w:t>A recent study by researchers in Canada and the U.K. explained</w:t>
      </w:r>
      <w:r>
        <w:rPr>
          <w:b w:val="0"/>
          <w:i w:val="0"/>
          <w:smallCaps w:val="0"/>
          <w:strike w:val="0"/>
          <w:sz w:val="14"/>
          <w:u w:val="none"/>
        </w:rPr>
        <w:t xml:space="preserve"> the phenomenon of </w:t>
      </w:r>
      <w:r>
        <w:rPr>
          <w:b w:val="0"/>
          <w:i w:val="0"/>
          <w:smallCaps w:val="0"/>
          <w:strike w:val="0"/>
          <w:u w:val="single"/>
        </w:rPr>
        <w:t>model collapse.</w:t>
      </w:r>
      <w:r>
        <w:rPr>
          <w:b w:val="0"/>
          <w:i w:val="0"/>
          <w:smallCaps w:val="0"/>
          <w:strike w:val="0"/>
          <w:sz w:val="14"/>
          <w:u w:val="none"/>
        </w:rPr>
        <w:t xml:space="preserve"> </w:t>
      </w:r>
      <w:r>
        <w:rPr>
          <w:b w:val="0"/>
          <w:i w:val="0"/>
          <w:smallCaps w:val="0"/>
          <w:strike w:val="0"/>
          <w:u w:val="single"/>
        </w:rPr>
        <w:t>Model collapse occurs when new generative models train on AI-generated content and gradually degenerate as a result.</w:t>
      </w:r>
      <w:r>
        <w:rPr>
          <w:b w:val="0"/>
          <w:i w:val="0"/>
          <w:smallCaps w:val="0"/>
          <w:strike w:val="0"/>
          <w:sz w:val="14"/>
          <w:u w:val="none"/>
        </w:rPr>
        <w:t xml:space="preserve"> In this scenario, </w:t>
      </w:r>
      <w:r>
        <w:rPr>
          <w:b w:val="0"/>
          <w:i w:val="0"/>
          <w:smallCaps w:val="0"/>
          <w:strike w:val="0"/>
          <w:highlight w:val="cyan"/>
          <w:u w:val="single"/>
        </w:rPr>
        <w:t xml:space="preserve">models </w:t>
      </w:r>
      <w:r>
        <w:rPr>
          <w:b w:val="0"/>
          <w:i w:val="0"/>
          <w:smallCaps w:val="0"/>
          <w:strike w:val="0"/>
          <w:u w:val="single"/>
        </w:rPr>
        <w:t xml:space="preserve">start to </w:t>
      </w:r>
      <w:r>
        <w:rPr>
          <w:b w:val="0"/>
          <w:i w:val="0"/>
          <w:smallCaps w:val="0"/>
          <w:strike w:val="0"/>
          <w:highlight w:val="cyan"/>
          <w:u w:val="single"/>
        </w:rPr>
        <w:t xml:space="preserve">forget </w:t>
      </w:r>
      <w:r>
        <w:rPr>
          <w:b w:val="0"/>
          <w:i w:val="0"/>
          <w:smallCaps w:val="0"/>
          <w:strike w:val="0"/>
          <w:u w:val="single"/>
        </w:rPr>
        <w:t xml:space="preserve">the true </w:t>
      </w:r>
      <w:r>
        <w:rPr>
          <w:b w:val="0"/>
          <w:i w:val="0"/>
          <w:smallCaps w:val="0"/>
          <w:strike w:val="0"/>
          <w:highlight w:val="cyan"/>
          <w:u w:val="single"/>
        </w:rPr>
        <w:t xml:space="preserve">underlying data distribution, even if </w:t>
      </w:r>
      <w:r>
        <w:rPr>
          <w:b w:val="0"/>
          <w:i w:val="0"/>
          <w:smallCaps w:val="0"/>
          <w:strike w:val="0"/>
          <w:u w:val="single"/>
        </w:rPr>
        <w:t xml:space="preserve">the </w:t>
      </w:r>
      <w:r>
        <w:rPr>
          <w:b w:val="0"/>
          <w:i w:val="0"/>
          <w:smallCaps w:val="0"/>
          <w:strike w:val="0"/>
          <w:highlight w:val="cyan"/>
          <w:u w:val="single"/>
        </w:rPr>
        <w:t xml:space="preserve">distribution </w:t>
      </w:r>
      <w:r>
        <w:rPr>
          <w:b w:val="0"/>
          <w:i w:val="0"/>
          <w:smallCaps w:val="0"/>
          <w:strike w:val="0"/>
          <w:u w:val="single"/>
        </w:rPr>
        <w:t xml:space="preserve">does </w:t>
      </w:r>
      <w:r>
        <w:rPr>
          <w:b w:val="0"/>
          <w:i w:val="0"/>
          <w:smallCaps w:val="0"/>
          <w:strike w:val="0"/>
          <w:highlight w:val="cyan"/>
          <w:u w:val="single"/>
        </w:rPr>
        <w:t>not change.</w:t>
      </w:r>
      <w:r>
        <w:rPr>
          <w:b w:val="0"/>
          <w:i w:val="0"/>
          <w:smallCaps w:val="0"/>
          <w:strike w:val="0"/>
          <w:sz w:val="14"/>
          <w:u w:val="none"/>
        </w:rPr>
        <w:t xml:space="preserve"> This means that the </w:t>
      </w:r>
      <w:r>
        <w:rPr>
          <w:b w:val="0"/>
          <w:i w:val="0"/>
          <w:smallCaps w:val="0"/>
          <w:strike w:val="0"/>
          <w:u w:val="single"/>
        </w:rPr>
        <w:t>models begin to lose information about</w:t>
      </w:r>
      <w:r>
        <w:rPr>
          <w:b w:val="0"/>
          <w:i w:val="0"/>
          <w:smallCaps w:val="0"/>
          <w:strike w:val="0"/>
          <w:sz w:val="14"/>
          <w:u w:val="none"/>
        </w:rPr>
        <w:t xml:space="preserve"> the less common -- but still important -- </w:t>
      </w:r>
      <w:r>
        <w:rPr>
          <w:b w:val="0"/>
          <w:i w:val="0"/>
          <w:smallCaps w:val="0"/>
          <w:strike w:val="0"/>
          <w:u w:val="single"/>
        </w:rPr>
        <w:t>aspects of the data.</w:t>
      </w:r>
      <w:r>
        <w:rPr>
          <w:b w:val="0"/>
          <w:i w:val="0"/>
          <w:smallCaps w:val="0"/>
          <w:strike w:val="0"/>
          <w:sz w:val="14"/>
          <w:u w:val="none"/>
        </w:rPr>
        <w:t xml:space="preserve"> </w:t>
      </w:r>
      <w:r>
        <w:rPr>
          <w:b w:val="0"/>
          <w:i w:val="0"/>
          <w:smallCaps w:val="0"/>
          <w:strike w:val="0"/>
          <w:highlight w:val="cyan"/>
          <w:u w:val="single"/>
        </w:rPr>
        <w:t>As generations</w:t>
      </w:r>
      <w:r>
        <w:rPr>
          <w:b w:val="0"/>
          <w:i w:val="0"/>
          <w:smallCaps w:val="0"/>
          <w:strike w:val="0"/>
          <w:u w:val="single"/>
        </w:rPr>
        <w:t xml:space="preserve"> of AI models </w:t>
      </w:r>
      <w:r>
        <w:rPr>
          <w:b w:val="0"/>
          <w:i w:val="0"/>
          <w:smallCaps w:val="0"/>
          <w:strike w:val="0"/>
          <w:highlight w:val="cyan"/>
          <w:u w:val="single"/>
        </w:rPr>
        <w:t>progress</w:t>
      </w:r>
      <w:r>
        <w:rPr>
          <w:b w:val="0"/>
          <w:i w:val="0"/>
          <w:smallCaps w:val="0"/>
          <w:strike w:val="0"/>
          <w:u w:val="single"/>
        </w:rPr>
        <w:t xml:space="preserve">, </w:t>
      </w:r>
      <w:r>
        <w:rPr>
          <w:b w:val="0"/>
          <w:i w:val="0"/>
          <w:smallCaps w:val="0"/>
          <w:strike w:val="0"/>
          <w:highlight w:val="cyan"/>
          <w:u w:val="single"/>
        </w:rPr>
        <w:t>models</w:t>
      </w:r>
      <w:r>
        <w:rPr>
          <w:b w:val="0"/>
          <w:i w:val="0"/>
          <w:smallCaps w:val="0"/>
          <w:strike w:val="0"/>
          <w:u w:val="single"/>
        </w:rPr>
        <w:t xml:space="preserve"> start </w:t>
      </w:r>
      <w:r>
        <w:rPr>
          <w:b w:val="0"/>
          <w:i w:val="0"/>
          <w:smallCaps w:val="0"/>
          <w:strike w:val="0"/>
          <w:highlight w:val="cyan"/>
          <w:u w:val="single"/>
        </w:rPr>
        <w:t>produc</w:t>
      </w:r>
      <w:r>
        <w:rPr>
          <w:b w:val="0"/>
          <w:i w:val="0"/>
          <w:smallCaps w:val="0"/>
          <w:strike w:val="0"/>
          <w:u w:val="single"/>
        </w:rPr>
        <w:t xml:space="preserve">ing increasingly </w:t>
      </w:r>
      <w:r>
        <w:rPr>
          <w:b w:val="0"/>
          <w:i w:val="0"/>
          <w:smallCaps w:val="0"/>
          <w:strike w:val="0"/>
          <w:highlight w:val="cyan"/>
          <w:u w:val="single"/>
        </w:rPr>
        <w:t>similar</w:t>
      </w:r>
      <w:r>
        <w:rPr>
          <w:b w:val="0"/>
          <w:i w:val="0"/>
          <w:smallCaps w:val="0"/>
          <w:strike w:val="0"/>
          <w:u w:val="single"/>
        </w:rPr>
        <w:t xml:space="preserve"> and </w:t>
      </w:r>
      <w:r>
        <w:rPr>
          <w:b w:val="0"/>
          <w:i w:val="0"/>
          <w:smallCaps w:val="0"/>
          <w:strike w:val="0"/>
          <w:highlight w:val="cyan"/>
          <w:u w:val="single"/>
        </w:rPr>
        <w:t>less diverse outputs.</w:t>
      </w:r>
      <w:r>
        <w:rPr>
          <w:b w:val="0"/>
          <w:i w:val="0"/>
          <w:smallCaps w:val="0"/>
          <w:strike w:val="0"/>
          <w:sz w:val="14"/>
          <w:u w:val="none"/>
        </w:rPr>
        <w:t xml:space="preserve"> </w:t>
      </w:r>
      <w:r>
        <w:rPr>
          <w:b w:val="0"/>
          <w:i w:val="0"/>
          <w:smallCaps w:val="0"/>
          <w:strike w:val="0"/>
          <w:u w:val="single"/>
        </w:rPr>
        <w:t xml:space="preserve">Generative AI </w:t>
      </w:r>
      <w:r>
        <w:rPr>
          <w:b w:val="0"/>
          <w:i w:val="0"/>
          <w:smallCaps w:val="0"/>
          <w:strike w:val="0"/>
          <w:highlight w:val="cyan"/>
          <w:u w:val="single"/>
        </w:rPr>
        <w:t>models need</w:t>
      </w:r>
      <w:r>
        <w:rPr>
          <w:b w:val="0"/>
          <w:i w:val="0"/>
          <w:smallCaps w:val="0"/>
          <w:strike w:val="0"/>
          <w:u w:val="single"/>
        </w:rPr>
        <w:t xml:space="preserve"> to train on </w:t>
      </w:r>
      <w:r>
        <w:rPr>
          <w:b w:val="0"/>
          <w:i w:val="0"/>
          <w:smallCaps w:val="0"/>
          <w:strike w:val="0"/>
          <w:highlight w:val="cyan"/>
          <w:u w:val="single"/>
        </w:rPr>
        <w:t>human-produced data</w:t>
      </w:r>
      <w:r>
        <w:rPr>
          <w:b w:val="0"/>
          <w:i w:val="0"/>
          <w:smallCaps w:val="0"/>
          <w:strike w:val="0"/>
          <w:u w:val="single"/>
        </w:rPr>
        <w:t xml:space="preserve"> to function. When </w:t>
      </w:r>
      <w:r>
        <w:rPr>
          <w:b w:val="0"/>
          <w:i w:val="0"/>
          <w:smallCaps w:val="0"/>
          <w:strike w:val="0"/>
          <w:highlight w:val="cyan"/>
          <w:u w:val="single"/>
        </w:rPr>
        <w:t>trained on model-generated content</w:t>
      </w:r>
      <w:r>
        <w:rPr>
          <w:b w:val="0"/>
          <w:i w:val="0"/>
          <w:smallCaps w:val="0"/>
          <w:strike w:val="0"/>
          <w:u w:val="single"/>
        </w:rPr>
        <w:t xml:space="preserve">, new </w:t>
      </w:r>
      <w:r>
        <w:rPr>
          <w:b w:val="0"/>
          <w:i w:val="0"/>
          <w:smallCaps w:val="0"/>
          <w:strike w:val="0"/>
          <w:highlight w:val="cyan"/>
          <w:u w:val="single"/>
        </w:rPr>
        <w:t>models exhibit irreversible defects.</w:t>
      </w:r>
      <w:r>
        <w:rPr>
          <w:b w:val="0"/>
          <w:i w:val="0"/>
          <w:smallCaps w:val="0"/>
          <w:strike w:val="0"/>
          <w:u w:val="single"/>
        </w:rPr>
        <w:t xml:space="preserve"> Their </w:t>
      </w:r>
      <w:r>
        <w:rPr>
          <w:b w:val="0"/>
          <w:i w:val="0"/>
          <w:smallCaps w:val="0"/>
          <w:strike w:val="0"/>
          <w:highlight w:val="cyan"/>
          <w:u w:val="single"/>
        </w:rPr>
        <w:t>outputs become</w:t>
      </w:r>
      <w:r>
        <w:rPr>
          <w:b w:val="0"/>
          <w:i w:val="0"/>
          <w:smallCaps w:val="0"/>
          <w:strike w:val="0"/>
          <w:u w:val="single"/>
        </w:rPr>
        <w:t xml:space="preserve"> increasingly "</w:t>
      </w:r>
      <w:r>
        <w:rPr>
          <w:b w:val="0"/>
          <w:i w:val="0"/>
          <w:smallCaps w:val="0"/>
          <w:strike w:val="0"/>
          <w:highlight w:val="cyan"/>
          <w:u w:val="single"/>
        </w:rPr>
        <w:t>wrong</w:t>
      </w:r>
      <w:r>
        <w:rPr>
          <w:b w:val="0"/>
          <w:i w:val="0"/>
          <w:smallCaps w:val="0"/>
          <w:strike w:val="0"/>
          <w:u w:val="single"/>
        </w:rPr>
        <w:t>" and homogenous.</w:t>
      </w:r>
      <w:r>
        <w:rPr>
          <w:b w:val="0"/>
          <w:i w:val="0"/>
          <w:smallCaps w:val="0"/>
          <w:strike w:val="0"/>
          <w:sz w:val="14"/>
          <w:u w:val="none"/>
        </w:rPr>
        <w:t xml:space="preserve"> Researchers found that </w:t>
      </w:r>
      <w:r>
        <w:rPr>
          <w:b w:val="0"/>
          <w:i w:val="0"/>
          <w:smallCaps w:val="0"/>
          <w:strike w:val="0"/>
          <w:u w:val="single"/>
        </w:rPr>
        <w:t xml:space="preserve">even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best</w:t>
      </w:r>
      <w:r>
        <w:rPr>
          <w:b w:val="0"/>
          <w:i w:val="0"/>
          <w:smallCaps w:val="0"/>
          <w:strike w:val="0"/>
          <w:u w:val="single"/>
        </w:rPr>
        <w:t xml:space="preserve"> learning </w:t>
      </w:r>
      <w:r>
        <w:rPr>
          <w:b w:val="0"/>
          <w:i w:val="0"/>
          <w:smallCaps w:val="0"/>
          <w:strike w:val="0"/>
          <w:highlight w:val="cyan"/>
          <w:u w:val="single"/>
        </w:rPr>
        <w:t>conditions, model collapse</w:t>
      </w:r>
      <w:r>
        <w:rPr>
          <w:b w:val="0"/>
          <w:i w:val="0"/>
          <w:smallCaps w:val="0"/>
          <w:strike w:val="0"/>
          <w:u w:val="single"/>
        </w:rPr>
        <w:t xml:space="preserve"> was </w:t>
      </w:r>
      <w:r>
        <w:rPr>
          <w:b w:val="0"/>
          <w:i w:val="0"/>
          <w:smallCaps w:val="0"/>
          <w:strike w:val="0"/>
          <w:highlight w:val="cyan"/>
          <w:u w:val="single"/>
        </w:rPr>
        <w:t>inevitable.</w:t>
      </w:r>
      <w:r>
        <w:rPr>
          <w:b w:val="0"/>
          <w:i w:val="0"/>
          <w:smallCaps w:val="0"/>
          <w:strike w:val="0"/>
          <w:sz w:val="14"/>
          <w:u w:val="none"/>
        </w:rPr>
        <w:t xml:space="preserve"> Why is model collapse important? </w:t>
      </w:r>
      <w:r>
        <w:rPr>
          <w:b w:val="0"/>
          <w:i w:val="0"/>
          <w:smallCaps w:val="0"/>
          <w:strike w:val="0"/>
          <w:u w:val="single"/>
        </w:rPr>
        <w:t>Model collapse is important because generative AI is poised to bring about significant change in digital content.</w:t>
      </w:r>
      <w:r>
        <w:rPr>
          <w:b w:val="0"/>
          <w:i w:val="0"/>
          <w:smallCaps w:val="0"/>
          <w:strike w:val="0"/>
          <w:sz w:val="14"/>
          <w:u w:val="none"/>
        </w:rPr>
        <w:t xml:space="preserve"> More and </w:t>
      </w:r>
      <w:r>
        <w:rPr>
          <w:b w:val="0"/>
          <w:i w:val="0"/>
          <w:smallCaps w:val="0"/>
          <w:strike w:val="0"/>
          <w:u w:val="single"/>
        </w:rPr>
        <w:t>more</w:t>
      </w:r>
      <w:r>
        <w:rPr>
          <w:b w:val="0"/>
          <w:i w:val="0"/>
          <w:smallCaps w:val="0"/>
          <w:strike w:val="0"/>
          <w:sz w:val="14"/>
          <w:u w:val="none"/>
        </w:rPr>
        <w:t xml:space="preserve"> online </w:t>
      </w:r>
      <w:r>
        <w:rPr>
          <w:b w:val="0"/>
          <w:i w:val="0"/>
          <w:smallCaps w:val="0"/>
          <w:strike w:val="0"/>
          <w:u w:val="single"/>
        </w:rPr>
        <w:t>communications</w:t>
      </w:r>
      <w:r>
        <w:rPr>
          <w:b w:val="0"/>
          <w:i w:val="0"/>
          <w:smallCaps w:val="0"/>
          <w:strike w:val="0"/>
          <w:sz w:val="14"/>
          <w:u w:val="none"/>
        </w:rPr>
        <w:t xml:space="preserve"> are being </w:t>
      </w:r>
      <w:r>
        <w:rPr>
          <w:b w:val="0"/>
          <w:i w:val="0"/>
          <w:smallCaps w:val="0"/>
          <w:strike w:val="0"/>
          <w:u w:val="single"/>
        </w:rPr>
        <w:t>partially or completely generated using AI tools.</w:t>
      </w:r>
      <w:r>
        <w:rPr>
          <w:b w:val="0"/>
          <w:i w:val="0"/>
          <w:smallCaps w:val="0"/>
          <w:strike w:val="0"/>
          <w:sz w:val="14"/>
          <w:u w:val="none"/>
        </w:rPr>
        <w:t xml:space="preserve"> Generally, </w:t>
      </w:r>
      <w:r>
        <w:rPr>
          <w:b w:val="0"/>
          <w:i w:val="0"/>
          <w:smallCaps w:val="0"/>
          <w:strike w:val="0"/>
          <w:u w:val="single"/>
        </w:rPr>
        <w:t xml:space="preserve">this </w:t>
      </w:r>
      <w:r>
        <w:rPr>
          <w:b w:val="0"/>
          <w:i w:val="0"/>
          <w:smallCaps w:val="0"/>
          <w:strike w:val="0"/>
          <w:highlight w:val="cyan"/>
          <w:u w:val="single"/>
        </w:rPr>
        <w:t>phenomenon</w:t>
      </w:r>
      <w:r>
        <w:rPr>
          <w:b w:val="0"/>
          <w:i w:val="0"/>
          <w:smallCaps w:val="0"/>
          <w:strike w:val="0"/>
          <w:u w:val="single"/>
        </w:rPr>
        <w:t xml:space="preserve"> has the potential to </w:t>
      </w:r>
      <w:r>
        <w:rPr>
          <w:b w:val="0"/>
          <w:i w:val="0"/>
          <w:smallCaps w:val="0"/>
          <w:strike w:val="0"/>
          <w:highlight w:val="cyan"/>
          <w:u w:val="single"/>
        </w:rPr>
        <w:t>create data pollution on</w:t>
      </w:r>
      <w:r>
        <w:rPr>
          <w:b w:val="0"/>
          <w:i w:val="0"/>
          <w:smallCaps w:val="0"/>
          <w:strike w:val="0"/>
          <w:u w:val="single"/>
        </w:rPr>
        <w:t xml:space="preserve"> a </w:t>
      </w:r>
      <w:r>
        <w:rPr>
          <w:b w:val="0"/>
          <w:i w:val="0"/>
          <w:smallCaps w:val="0"/>
          <w:strike w:val="0"/>
          <w:highlight w:val="cyan"/>
          <w:u w:val="single"/>
        </w:rPr>
        <w:t>large scale.</w:t>
      </w:r>
      <w:r>
        <w:rPr>
          <w:b w:val="0"/>
          <w:i w:val="0"/>
          <w:smallCaps w:val="0"/>
          <w:strike w:val="0"/>
          <w:sz w:val="14"/>
          <w:u w:val="none"/>
        </w:rPr>
        <w:t xml:space="preserve"> Although creating large quantities of text is more efficient than ever, model collapse states that none of this data will be valuable to train the next generation of AI models. </w:t>
      </w:r>
      <w:r>
        <w:rPr>
          <w:b w:val="0"/>
          <w:i w:val="0"/>
          <w:smallCaps w:val="0"/>
          <w:strike w:val="0"/>
          <w:u w:val="single"/>
        </w:rPr>
        <w:t>More AI-generated data pollution makes data from human interactions with systems harder to find and more valuable. Companies and platforms with access to human-generated data will be more likely to create high-quality AI-generated models.</w:t>
      </w:r>
      <w:r>
        <w:rPr>
          <w:b w:val="0"/>
          <w:i w:val="0"/>
          <w:smallCaps w:val="0"/>
          <w:strike w:val="0"/>
          <w:sz w:val="14"/>
          <w:u w:val="none"/>
        </w:rPr>
        <w:t xml:space="preserve"> Companies that were able to scrape the web before AI pollution will have an advantage over those scraping the post-ChatGPT web for quality training data. How does model collapse occur? </w:t>
      </w:r>
      <w:r>
        <w:rPr>
          <w:b w:val="0"/>
          <w:i w:val="0"/>
          <w:smallCaps w:val="0"/>
          <w:strike w:val="0"/>
          <w:u w:val="single"/>
        </w:rPr>
        <w:t>Model collapse happens when new AI models</w:t>
      </w:r>
      <w:r>
        <w:rPr>
          <w:b w:val="0"/>
          <w:i w:val="0"/>
          <w:smallCaps w:val="0"/>
          <w:strike w:val="0"/>
          <w:sz w:val="14"/>
          <w:u w:val="none"/>
        </w:rPr>
        <w:t xml:space="preserve"> are </w:t>
      </w:r>
      <w:r>
        <w:rPr>
          <w:b w:val="0"/>
          <w:i w:val="0"/>
          <w:smallCaps w:val="0"/>
          <w:strike w:val="0"/>
          <w:u w:val="single"/>
        </w:rPr>
        <w:t>trained on generated</w:t>
      </w:r>
      <w:r>
        <w:rPr>
          <w:b w:val="0"/>
          <w:i w:val="0"/>
          <w:smallCaps w:val="0"/>
          <w:strike w:val="0"/>
          <w:sz w:val="14"/>
          <w:u w:val="none"/>
        </w:rPr>
        <w:t xml:space="preserve"> or synthetic</w:t>
      </w:r>
      <w:r>
        <w:rPr>
          <w:b w:val="0"/>
          <w:i w:val="0"/>
          <w:smallCaps w:val="0"/>
          <w:strike w:val="0"/>
          <w:u w:val="single"/>
        </w:rPr>
        <w:t xml:space="preserve"> data from older models.</w:t>
      </w:r>
      <w:r>
        <w:rPr>
          <w:b w:val="0"/>
          <w:i w:val="0"/>
          <w:smallCaps w:val="0"/>
          <w:strike w:val="0"/>
          <w:sz w:val="14"/>
          <w:u w:val="none"/>
        </w:rPr>
        <w:t xml:space="preserve"> The </w:t>
      </w:r>
      <w:r>
        <w:rPr>
          <w:b w:val="0"/>
          <w:i w:val="0"/>
          <w:smallCaps w:val="0"/>
          <w:strike w:val="0"/>
          <w:u w:val="single"/>
        </w:rPr>
        <w:t>new models become too dependent on patterns in the generated data.</w:t>
      </w:r>
      <w:r>
        <w:rPr>
          <w:b w:val="0"/>
          <w:i w:val="0"/>
          <w:smallCaps w:val="0"/>
          <w:strike w:val="0"/>
          <w:sz w:val="14"/>
          <w:u w:val="none"/>
        </w:rPr>
        <w:t xml:space="preserve"> </w:t>
      </w:r>
      <w:r>
        <w:rPr>
          <w:b w:val="0"/>
          <w:i w:val="0"/>
          <w:smallCaps w:val="0"/>
          <w:strike w:val="0"/>
          <w:u w:val="single"/>
        </w:rPr>
        <w:t>Model collapse is based on the principle that generative models are replicating patterns that they have already seen, and there is only so much information that can be pulled from those patterns.</w:t>
      </w:r>
      <w:r>
        <w:rPr>
          <w:b w:val="0"/>
          <w:i w:val="0"/>
          <w:smallCaps w:val="0"/>
          <w:strike w:val="0"/>
          <w:sz w:val="14"/>
          <w:u w:val="none"/>
        </w:rPr>
        <w:t xml:space="preserve"> </w:t>
      </w:r>
      <w:r>
        <w:rPr>
          <w:b w:val="0"/>
          <w:i w:val="0"/>
          <w:smallCaps w:val="0"/>
          <w:strike w:val="0"/>
          <w:u w:val="single"/>
        </w:rPr>
        <w:t>In model collapse, probable events are overestimated and improbable events are underestimated. Through repeated generations, probable events poison the data set, and tails shrink.</w:t>
      </w:r>
      <w:r>
        <w:rPr>
          <w:b w:val="0"/>
          <w:i w:val="0"/>
          <w:smallCaps w:val="0"/>
          <w:strike w:val="0"/>
          <w:sz w:val="14"/>
          <w:u w:val="none"/>
        </w:rPr>
        <w:t xml:space="preserve"> Tails are the improbable but important parts of the data set that help maintain model accuracy and output variance. </w:t>
      </w:r>
      <w:r>
        <w:rPr>
          <w:b w:val="0"/>
          <w:i w:val="0"/>
          <w:smallCaps w:val="0"/>
          <w:strike w:val="0"/>
          <w:u w:val="single"/>
        </w:rPr>
        <w:t>Over generations, models compound errors and more drastically misinterpret data.</w:t>
      </w:r>
      <w:r>
        <w:rPr>
          <w:b w:val="0"/>
          <w:i w:val="0"/>
          <w:smallCaps w:val="0"/>
          <w:strike w:val="0"/>
          <w:sz w:val="14"/>
          <w:u w:val="none"/>
        </w:rPr>
        <w:t xml:space="preserve"> Researchers define two types of model collapse: early and late. </w:t>
      </w:r>
      <w:r>
        <w:rPr>
          <w:b w:val="0"/>
          <w:i w:val="0"/>
          <w:smallCaps w:val="0"/>
          <w:strike w:val="0"/>
          <w:u w:val="single"/>
        </w:rPr>
        <w:t>In early model collapse, the model begins to lose information about probability tails. In late model collapse, the model blends together what should be distinct patterns in the data.</w:t>
      </w:r>
      <w:r>
        <w:rPr>
          <w:b w:val="0"/>
          <w:i w:val="0"/>
          <w:smallCaps w:val="0"/>
          <w:strike w:val="0"/>
          <w:sz w:val="14"/>
          <w:u w:val="none"/>
        </w:rPr>
        <w:t xml:space="preserve"> </w:t>
      </w:r>
      <w:r>
        <w:rPr>
          <w:b w:val="0"/>
          <w:i w:val="0"/>
          <w:smallCaps w:val="0"/>
          <w:strike w:val="0"/>
          <w:u w:val="single"/>
        </w:rPr>
        <w:t>Eventually,</w:t>
      </w:r>
      <w:r>
        <w:rPr>
          <w:b w:val="0"/>
          <w:i w:val="0"/>
          <w:smallCaps w:val="0"/>
          <w:strike w:val="0"/>
          <w:sz w:val="14"/>
          <w:u w:val="none"/>
        </w:rPr>
        <w:t xml:space="preserve"> the </w:t>
      </w:r>
      <w:r>
        <w:rPr>
          <w:b w:val="0"/>
          <w:i w:val="0"/>
          <w:smallCaps w:val="0"/>
          <w:strike w:val="0"/>
          <w:u w:val="single"/>
        </w:rPr>
        <w:t>outputs become increasingly similar to each other with little resemblance to the original data.</w:t>
      </w:r>
      <w:r>
        <w:rPr>
          <w:b w:val="0"/>
          <w:i w:val="0"/>
          <w:smallCaps w:val="0"/>
          <w:strike w:val="0"/>
          <w:sz w:val="14"/>
          <w:u w:val="none"/>
        </w:rPr>
        <w:t xml:space="preserve"> The previously mentioned </w:t>
      </w:r>
      <w:r>
        <w:rPr>
          <w:b w:val="0"/>
          <w:i w:val="0"/>
          <w:smallCaps w:val="0"/>
          <w:strike w:val="0"/>
          <w:u w:val="single"/>
        </w:rPr>
        <w:t>study</w:t>
      </w:r>
      <w:r>
        <w:rPr>
          <w:b w:val="0"/>
          <w:i w:val="0"/>
          <w:smallCaps w:val="0"/>
          <w:strike w:val="0"/>
          <w:sz w:val="14"/>
          <w:u w:val="none"/>
        </w:rPr>
        <w:t xml:space="preserve">, "The Curse of Recursion: Training on Generated Data Makes Models Forget," </w:t>
      </w:r>
      <w:r>
        <w:rPr>
          <w:b w:val="0"/>
          <w:i w:val="0"/>
          <w:smallCaps w:val="0"/>
          <w:strike w:val="0"/>
          <w:u w:val="single"/>
        </w:rPr>
        <w:t xml:space="preserve">tested </w:t>
      </w:r>
      <w:r>
        <w:rPr>
          <w:b w:val="0"/>
          <w:i w:val="0"/>
          <w:smallCaps w:val="0"/>
          <w:strike w:val="0"/>
          <w:highlight w:val="cyan"/>
          <w:u w:val="single"/>
        </w:rPr>
        <w:t>three AI model</w:t>
      </w:r>
      <w:r>
        <w:rPr>
          <w:b w:val="0"/>
          <w:i w:val="0"/>
          <w:smallCaps w:val="0"/>
          <w:strike w:val="0"/>
          <w:u w:val="single"/>
        </w:rPr>
        <w:t xml:space="preserve"> types by </w:t>
      </w:r>
      <w:r>
        <w:rPr>
          <w:b w:val="0"/>
          <w:i w:val="0"/>
          <w:smallCaps w:val="0"/>
          <w:strike w:val="0"/>
          <w:highlight w:val="cyan"/>
          <w:u w:val="single"/>
        </w:rPr>
        <w:t>repeatedly fe</w:t>
      </w:r>
      <w:r>
        <w:rPr>
          <w:b w:val="0"/>
          <w:i w:val="0"/>
          <w:smallCaps w:val="0"/>
          <w:strike w:val="0"/>
          <w:u w:val="single"/>
        </w:rPr>
        <w:t>e</w:t>
      </w:r>
      <w:r>
        <w:rPr>
          <w:b w:val="0"/>
          <w:i w:val="0"/>
          <w:smallCaps w:val="0"/>
          <w:strike w:val="0"/>
          <w:highlight w:val="cyan"/>
          <w:u w:val="single"/>
        </w:rPr>
        <w:t>d</w:t>
      </w:r>
      <w:r>
        <w:rPr>
          <w:b w:val="0"/>
          <w:i w:val="0"/>
          <w:smallCaps w:val="0"/>
          <w:strike w:val="0"/>
          <w:u w:val="single"/>
        </w:rPr>
        <w:t xml:space="preserve">ing them </w:t>
      </w:r>
      <w:r>
        <w:rPr>
          <w:b w:val="0"/>
          <w:i w:val="0"/>
          <w:smallCaps w:val="0"/>
          <w:strike w:val="0"/>
          <w:highlight w:val="cyan"/>
          <w:u w:val="single"/>
        </w:rPr>
        <w:t>model-generated data. In all three cases,</w:t>
      </w:r>
      <w:r>
        <w:rPr>
          <w:b w:val="0"/>
          <w:i w:val="0"/>
          <w:smallCaps w:val="0"/>
          <w:strike w:val="0"/>
          <w:u w:val="single"/>
        </w:rPr>
        <w:t xml:space="preserve"> the researchers found </w:t>
      </w:r>
      <w:r>
        <w:rPr>
          <w:b w:val="0"/>
          <w:i w:val="0"/>
          <w:smallCaps w:val="0"/>
          <w:strike w:val="0"/>
          <w:highlight w:val="cyan"/>
          <w:u w:val="single"/>
        </w:rPr>
        <w:t>instances of model collapse</w:t>
      </w:r>
      <w:r>
        <w:rPr>
          <w:b w:val="0"/>
          <w:i w:val="0"/>
          <w:smallCaps w:val="0"/>
          <w:strike w:val="0"/>
          <w:sz w:val="14"/>
          <w:u w:val="none"/>
        </w:rPr>
        <w:t xml:space="preserve">: Gaussian mixture model (GMM). A GMM is designed to separate data into clusters using a Gaussian distribution. </w:t>
      </w:r>
      <w:r>
        <w:rPr>
          <w:b w:val="0"/>
          <w:i w:val="0"/>
          <w:smallCaps w:val="0"/>
          <w:strike w:val="0"/>
          <w:u w:val="single"/>
        </w:rPr>
        <w:t xml:space="preserve">Within </w:t>
      </w:r>
      <w:r>
        <w:rPr>
          <w:b w:val="0"/>
          <w:i w:val="0"/>
          <w:smallCaps w:val="0"/>
          <w:strike w:val="0"/>
          <w:highlight w:val="cyan"/>
          <w:u w:val="single"/>
        </w:rPr>
        <w:t>50 re-generations</w:t>
      </w:r>
      <w:r>
        <w:rPr>
          <w:b w:val="0"/>
          <w:i w:val="0"/>
          <w:smallCaps w:val="0"/>
          <w:strike w:val="0"/>
          <w:u w:val="single"/>
        </w:rPr>
        <w:t xml:space="preserve">, the data </w:t>
      </w:r>
      <w:r>
        <w:rPr>
          <w:b w:val="0"/>
          <w:i w:val="0"/>
          <w:smallCaps w:val="0"/>
          <w:strike w:val="0"/>
          <w:highlight w:val="cyan"/>
          <w:u w:val="single"/>
        </w:rPr>
        <w:t>distribution completely changed.</w:t>
      </w:r>
      <w:r>
        <w:rPr>
          <w:b w:val="0"/>
          <w:i w:val="0"/>
          <w:smallCaps w:val="0"/>
          <w:strike w:val="0"/>
          <w:u w:val="single"/>
        </w:rPr>
        <w:t xml:space="preserve"> By generation 2,000, there was no longer any variance in the data.</w:t>
      </w:r>
      <w:r>
        <w:rPr>
          <w:b w:val="0"/>
          <w:i w:val="0"/>
          <w:smallCaps w:val="0"/>
          <w:strike w:val="0"/>
          <w:sz w:val="14"/>
          <w:u w:val="none"/>
        </w:rPr>
        <w:t xml:space="preserve"> Variational autoencoder (VAE). The VAE was trained on real data and used to generate images of handwritten digits. The next generations were trained on model-generated data. </w:t>
      </w:r>
      <w:r>
        <w:rPr>
          <w:b w:val="0"/>
          <w:i w:val="0"/>
          <w:smallCaps w:val="0"/>
          <w:strike w:val="0"/>
          <w:u w:val="single"/>
        </w:rPr>
        <w:t xml:space="preserve">As the </w:t>
      </w:r>
      <w:r>
        <w:rPr>
          <w:b w:val="0"/>
          <w:i w:val="0"/>
          <w:smallCaps w:val="0"/>
          <w:strike w:val="0"/>
          <w:highlight w:val="cyan"/>
          <w:u w:val="single"/>
        </w:rPr>
        <w:t>generations progressed</w:t>
      </w:r>
      <w:r>
        <w:rPr>
          <w:b w:val="0"/>
          <w:i w:val="0"/>
          <w:smallCaps w:val="0"/>
          <w:strike w:val="0"/>
          <w:u w:val="single"/>
        </w:rPr>
        <w:t xml:space="preserve">, the </w:t>
      </w:r>
      <w:r>
        <w:rPr>
          <w:b w:val="0"/>
          <w:i w:val="0"/>
          <w:smallCaps w:val="0"/>
          <w:strike w:val="0"/>
          <w:highlight w:val="cyan"/>
          <w:u w:val="single"/>
        </w:rPr>
        <w:t xml:space="preserve">images </w:t>
      </w:r>
      <w:r>
        <w:rPr>
          <w:b w:val="0"/>
          <w:i w:val="0"/>
          <w:smallCaps w:val="0"/>
          <w:strike w:val="0"/>
          <w:u w:val="single"/>
        </w:rPr>
        <w:t xml:space="preserve">got progressively </w:t>
      </w:r>
      <w:r>
        <w:rPr>
          <w:b w:val="0"/>
          <w:i w:val="0"/>
          <w:smallCaps w:val="0"/>
          <w:strike w:val="0"/>
          <w:highlight w:val="cyan"/>
          <w:u w:val="single"/>
        </w:rPr>
        <w:t>blurrier until</w:t>
      </w:r>
      <w:r>
        <w:rPr>
          <w:b w:val="0"/>
          <w:i w:val="0"/>
          <w:smallCaps w:val="0"/>
          <w:strike w:val="0"/>
          <w:u w:val="single"/>
        </w:rPr>
        <w:t xml:space="preserve"> each digit resembled a roughly uniform </w:t>
      </w:r>
      <w:r>
        <w:rPr>
          <w:b w:val="0"/>
          <w:i w:val="0"/>
          <w:smallCaps w:val="0"/>
          <w:strike w:val="0"/>
          <w:highlight w:val="cyan"/>
          <w:u w:val="single"/>
        </w:rPr>
        <w:t>smudge.</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