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Systems using AI uniquely victim to AI cyber attacks, never seen at such scale before.</w:t>
      </w:r>
    </w:p>
    <w:p>
      <w:pPr>
        <w:spacing w:after="80"/>
      </w:pPr>
      <w:r>
        <w:rPr>
          <w:b/>
          <w:i w:val="0"/>
          <w:smallCaps w:val="0"/>
          <w:strike w:val="0"/>
          <w:sz w:val="26"/>
          <w:u w:val="none"/>
        </w:rPr>
        <w:t xml:space="preserve">Comiter 19 </w:t>
      </w:r>
      <w:r>
        <w:rPr>
          <w:b w:val="0"/>
          <w:i w:val="0"/>
          <w:smallCaps w:val="0"/>
          <w:strike w:val="0"/>
          <w:u w:val="none"/>
        </w:rPr>
        <w:t>(Marcus Comiter; Ph.D. Candidate in Computer Science at Harvard University; “Attacking Artificial Intelligence: AI’s Security Vulnerability and What Policymakers Can Do About It,” August 2019, https://www.belfercenter.org/publication/AttackingAI#toc-3-5-0)</w:t>
      </w:r>
    </w:p>
    <w:p>
      <w:pPr>
        <w:spacing w:after="60"/>
      </w:pPr>
      <w:r>
        <w:rPr>
          <w:b w:val="0"/>
          <w:i w:val="0"/>
          <w:smallCaps w:val="0"/>
          <w:strike w:val="0"/>
          <w:sz w:val="14"/>
          <w:u w:val="none"/>
        </w:rPr>
        <w:t xml:space="preserve">The </w:t>
      </w:r>
      <w:r>
        <w:rPr>
          <w:b w:val="0"/>
          <w:i w:val="0"/>
          <w:smallCaps w:val="0"/>
          <w:strike w:val="0"/>
          <w:highlight w:val="cyan"/>
          <w:u w:val="single"/>
        </w:rPr>
        <w:t>methods underpin</w:t>
      </w:r>
      <w:r>
        <w:rPr>
          <w:b w:val="0"/>
          <w:i w:val="0"/>
          <w:smallCaps w:val="0"/>
          <w:strike w:val="0"/>
          <w:u w:val="single"/>
        </w:rPr>
        <w:t xml:space="preserve">ning the state-of-the-art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systems are systematically </w:t>
      </w:r>
      <w:r>
        <w:rPr>
          <w:b w:val="0"/>
          <w:i w:val="0"/>
          <w:smallCaps w:val="0"/>
          <w:strike w:val="0"/>
          <w:highlight w:val="cyan"/>
          <w:u w:val="single"/>
        </w:rPr>
        <w:t>vulnerable to</w:t>
      </w:r>
      <w:r>
        <w:rPr>
          <w:b w:val="0"/>
          <w:i w:val="0"/>
          <w:smallCaps w:val="0"/>
          <w:strike w:val="0"/>
          <w:u w:val="single"/>
        </w:rPr>
        <w:t xml:space="preserve"> a new type of </w:t>
      </w:r>
      <w:r>
        <w:rPr>
          <w:b w:val="0"/>
          <w:i w:val="0"/>
          <w:smallCaps w:val="0"/>
          <w:strike w:val="0"/>
          <w:highlight w:val="cyan"/>
          <w:u w:val="single"/>
        </w:rPr>
        <w:t>cybersecurity attack</w:t>
      </w:r>
      <w:r>
        <w:rPr>
          <w:b w:val="0"/>
          <w:i w:val="0"/>
          <w:smallCaps w:val="0"/>
          <w:strike w:val="0"/>
          <w:u w:val="single"/>
        </w:rPr>
        <w:t xml:space="preserve"> called an “artificial intelligence attack.” Using this attack, </w:t>
      </w:r>
      <w:r>
        <w:rPr>
          <w:b w:val="0"/>
          <w:i w:val="0"/>
          <w:smallCaps w:val="0"/>
          <w:strike w:val="0"/>
          <w:highlight w:val="cyan"/>
          <w:u w:val="single"/>
        </w:rPr>
        <w:t>adversaries</w:t>
      </w:r>
      <w:r>
        <w:rPr>
          <w:b w:val="0"/>
          <w:i w:val="0"/>
          <w:smallCaps w:val="0"/>
          <w:strike w:val="0"/>
          <w:u w:val="single"/>
        </w:rPr>
        <w:t xml:space="preserve"> can </w:t>
      </w:r>
      <w:r>
        <w:rPr>
          <w:b w:val="0"/>
          <w:i w:val="0"/>
          <w:smallCaps w:val="0"/>
          <w:strike w:val="0"/>
          <w:highlight w:val="cyan"/>
          <w:u w:val="single"/>
        </w:rPr>
        <w:t>manipulate</w:t>
      </w:r>
      <w:r>
        <w:rPr>
          <w:b w:val="0"/>
          <w:i w:val="0"/>
          <w:smallCaps w:val="0"/>
          <w:strike w:val="0"/>
          <w:u w:val="single"/>
        </w:rPr>
        <w:t xml:space="preserve"> these systems in order to alter their behavior </w:t>
      </w:r>
      <w:r>
        <w:rPr>
          <w:b w:val="0"/>
          <w:i w:val="0"/>
          <w:smallCaps w:val="0"/>
          <w:strike w:val="0"/>
          <w:highlight w:val="cyan"/>
          <w:u w:val="single"/>
        </w:rPr>
        <w:t>to serve</w:t>
      </w:r>
      <w:r>
        <w:rPr>
          <w:b w:val="0"/>
          <w:i w:val="0"/>
          <w:smallCaps w:val="0"/>
          <w:strike w:val="0"/>
          <w:u w:val="single"/>
        </w:rPr>
        <w:t xml:space="preserve"> a </w:t>
      </w:r>
      <w:r>
        <w:rPr>
          <w:b w:val="0"/>
          <w:i w:val="0"/>
          <w:smallCaps w:val="0"/>
          <w:strike w:val="0"/>
          <w:highlight w:val="cyan"/>
          <w:u w:val="single"/>
        </w:rPr>
        <w:t>malicious end goal</w:t>
      </w:r>
      <w:r>
        <w:rPr>
          <w:b w:val="0"/>
          <w:i w:val="0"/>
          <w:smallCaps w:val="0"/>
          <w:strike w:val="0"/>
          <w:u w:val="single"/>
        </w:rPr>
        <w:t>.</w:t>
      </w:r>
      <w:r>
        <w:rPr>
          <w:b w:val="0"/>
          <w:i w:val="0"/>
          <w:smallCaps w:val="0"/>
          <w:strike w:val="0"/>
          <w:sz w:val="14"/>
          <w:u w:val="none"/>
        </w:rPr>
        <w:t xml:space="preserve"> As artificial intelligence systems are further integrated into critical components of society, </w:t>
      </w:r>
      <w:r>
        <w:rPr>
          <w:b w:val="0"/>
          <w:i w:val="0"/>
          <w:smallCaps w:val="0"/>
          <w:strike w:val="0"/>
          <w:u w:val="single"/>
        </w:rPr>
        <w:t xml:space="preserve">these artificial intelligence attacks represent an emerging and systematic vulnerability with the </w:t>
      </w:r>
      <w:r>
        <w:rPr>
          <w:b w:val="0"/>
          <w:i w:val="0"/>
          <w:smallCaps w:val="0"/>
          <w:strike w:val="0"/>
          <w:highlight w:val="cyan"/>
          <w:u w:val="single"/>
        </w:rPr>
        <w:t>potential to</w:t>
      </w:r>
      <w:r>
        <w:rPr>
          <w:b w:val="0"/>
          <w:i w:val="0"/>
          <w:smallCaps w:val="0"/>
          <w:strike w:val="0"/>
          <w:u w:val="single"/>
        </w:rPr>
        <w:t xml:space="preserve"> have </w:t>
      </w:r>
      <w:r>
        <w:rPr>
          <w:b w:val="0"/>
          <w:i w:val="0"/>
          <w:smallCaps w:val="0"/>
          <w:strike w:val="0"/>
          <w:highlight w:val="cyan"/>
          <w:u w:val="single"/>
        </w:rPr>
        <w:t>significant effects on</w:t>
      </w:r>
      <w:r>
        <w:rPr>
          <w:b w:val="0"/>
          <w:i w:val="0"/>
          <w:smallCaps w:val="0"/>
          <w:strike w:val="0"/>
          <w:u w:val="single"/>
        </w:rPr>
        <w:t xml:space="preserve"> the </w:t>
      </w:r>
      <w:r>
        <w:rPr>
          <w:b w:val="0"/>
          <w:i w:val="0"/>
          <w:smallCaps w:val="0"/>
          <w:strike w:val="0"/>
          <w:highlight w:val="cyan"/>
          <w:u w:val="single"/>
        </w:rPr>
        <w:t>security of</w:t>
      </w:r>
      <w:r>
        <w:rPr>
          <w:b w:val="0"/>
          <w:i w:val="0"/>
          <w:smallCaps w:val="0"/>
          <w:strike w:val="0"/>
          <w:u w:val="single"/>
        </w:rPr>
        <w:t xml:space="preserve"> the </w:t>
      </w:r>
      <w:r>
        <w:rPr>
          <w:b w:val="0"/>
          <w:i w:val="0"/>
          <w:smallCaps w:val="0"/>
          <w:strike w:val="0"/>
          <w:highlight w:val="cyan"/>
          <w:u w:val="single"/>
        </w:rPr>
        <w:t>country.</w:t>
      </w:r>
      <w:r>
        <w:rPr>
          <w:b w:val="0"/>
          <w:i w:val="0"/>
          <w:smallCaps w:val="0"/>
          <w:strike w:val="0"/>
          <w:sz w:val="14"/>
          <w:u w:val="none"/>
        </w:rPr>
        <w:t xml:space="preserve"> </w:t>
      </w:r>
      <w:r>
        <w:rPr>
          <w:b w:val="0"/>
          <w:i w:val="0"/>
          <w:smallCaps w:val="0"/>
          <w:strike w:val="0"/>
          <w:u w:val="single"/>
        </w:rPr>
        <w:t>These “</w:t>
      </w:r>
      <w:r>
        <w:rPr>
          <w:b w:val="0"/>
          <w:i w:val="0"/>
          <w:smallCaps w:val="0"/>
          <w:strike w:val="0"/>
          <w:highlight w:val="cyan"/>
          <w:u w:val="single"/>
        </w:rPr>
        <w:t>AI attacks</w:t>
      </w:r>
      <w:r>
        <w:rPr>
          <w:b w:val="0"/>
          <w:i w:val="0"/>
          <w:smallCaps w:val="0"/>
          <w:strike w:val="0"/>
          <w:u w:val="single"/>
        </w:rPr>
        <w:t xml:space="preserve">” are fundamentally </w:t>
      </w:r>
      <w:r>
        <w:rPr>
          <w:b w:val="0"/>
          <w:i w:val="0"/>
          <w:smallCaps w:val="0"/>
          <w:strike w:val="0"/>
          <w:highlight w:val="cyan"/>
          <w:u w:val="single"/>
        </w:rPr>
        <w:t>different from traditional cyberattacks.</w:t>
      </w:r>
      <w:r>
        <w:rPr>
          <w:b w:val="0"/>
          <w:i w:val="0"/>
          <w:smallCaps w:val="0"/>
          <w:strike w:val="0"/>
          <w:u w:val="single"/>
        </w:rPr>
        <w:t xml:space="preserve"> Unlike traditional cyberattacks that are caused by “bugs” or human mistakes in code, </w:t>
      </w:r>
      <w:r>
        <w:rPr>
          <w:b w:val="0"/>
          <w:i w:val="0"/>
          <w:smallCaps w:val="0"/>
          <w:strike w:val="0"/>
          <w:highlight w:val="cyan"/>
          <w:u w:val="single"/>
        </w:rPr>
        <w:t>AI attacks</w:t>
      </w:r>
      <w:r>
        <w:rPr>
          <w:b w:val="0"/>
          <w:i w:val="0"/>
          <w:smallCaps w:val="0"/>
          <w:strike w:val="0"/>
          <w:u w:val="single"/>
        </w:rPr>
        <w:t xml:space="preserve"> are </w:t>
      </w:r>
      <w:r>
        <w:rPr>
          <w:b w:val="0"/>
          <w:i w:val="0"/>
          <w:smallCaps w:val="0"/>
          <w:strike w:val="0"/>
          <w:highlight w:val="cyan"/>
          <w:u w:val="single"/>
        </w:rPr>
        <w:t>enabled by inherent limitations in</w:t>
      </w:r>
      <w:r>
        <w:rPr>
          <w:b w:val="0"/>
          <w:i w:val="0"/>
          <w:smallCaps w:val="0"/>
          <w:strike w:val="0"/>
          <w:u w:val="single"/>
        </w:rPr>
        <w:t xml:space="preserve"> the underlying AI </w:t>
      </w:r>
      <w:r>
        <w:rPr>
          <w:b w:val="0"/>
          <w:i w:val="0"/>
          <w:smallCaps w:val="0"/>
          <w:strike w:val="0"/>
          <w:highlight w:val="cyan"/>
          <w:u w:val="single"/>
        </w:rPr>
        <w:t>algorithms</w:t>
      </w:r>
      <w:r>
        <w:rPr>
          <w:b w:val="0"/>
          <w:i w:val="0"/>
          <w:smallCaps w:val="0"/>
          <w:strike w:val="0"/>
          <w:u w:val="single"/>
        </w:rPr>
        <w:t xml:space="preserve"> that currently </w:t>
      </w:r>
      <w:r>
        <w:rPr>
          <w:b w:val="0"/>
          <w:i w:val="0"/>
          <w:smallCaps w:val="0"/>
          <w:strike w:val="0"/>
          <w:highlight w:val="cyan"/>
          <w:u w:val="single"/>
        </w:rPr>
        <w:t>cannot be fixed</w:t>
      </w:r>
      <w:r>
        <w:rPr>
          <w:b w:val="0"/>
          <w:i w:val="0"/>
          <w:smallCaps w:val="0"/>
          <w:strike w:val="0"/>
          <w:u w:val="single"/>
        </w:rPr>
        <w:t>.</w:t>
      </w:r>
      <w:r>
        <w:rPr>
          <w:b w:val="0"/>
          <w:i w:val="0"/>
          <w:smallCaps w:val="0"/>
          <w:strike w:val="0"/>
          <w:sz w:val="14"/>
          <w:u w:val="none"/>
        </w:rPr>
        <w:t xml:space="preserve"> Further, </w:t>
      </w:r>
      <w:r>
        <w:rPr>
          <w:b w:val="0"/>
          <w:i w:val="0"/>
          <w:smallCaps w:val="0"/>
          <w:strike w:val="0"/>
          <w:u w:val="single"/>
        </w:rPr>
        <w:t>AI attacks</w:t>
      </w:r>
      <w:r>
        <w:rPr>
          <w:b w:val="0"/>
          <w:i w:val="0"/>
          <w:smallCaps w:val="0"/>
          <w:strike w:val="0"/>
          <w:sz w:val="14"/>
          <w:u w:val="none"/>
        </w:rPr>
        <w:t xml:space="preserve"> fundamentally </w:t>
      </w:r>
      <w:r>
        <w:rPr>
          <w:b w:val="0"/>
          <w:i w:val="0"/>
          <w:smallCaps w:val="0"/>
          <w:strike w:val="0"/>
          <w:u w:val="single"/>
        </w:rPr>
        <w:t>expand the set of entities that can be used to execute cyberattacks. For the first time, physical objects can be now used for cyberattacks (e.g., an AI attack can transform a stop sign into a green light in the eyes of a self-driving car by simply placing a few pieces of tape on the stop sign itself). Data can also be weaponized in new ways using these attacks, requiring changes in the way data is collected, stored, and used.</w:t>
      </w:r>
      <w:r>
        <w:rPr>
          <w:b w:val="0"/>
          <w:i w:val="0"/>
          <w:smallCaps w:val="0"/>
          <w:strike w:val="0"/>
          <w:sz w:val="14"/>
          <w:u w:val="none"/>
        </w:rPr>
        <w:t xml:space="preserve"> Critical parts of society are already vulnerable. There are </w:t>
      </w:r>
      <w:r>
        <w:rPr>
          <w:b w:val="0"/>
          <w:i w:val="0"/>
          <w:smallCaps w:val="0"/>
          <w:strike w:val="0"/>
          <w:u w:val="single"/>
        </w:rPr>
        <w:t>five areas most immediately affected by artificial intelligence attacks: content filters, the military, law enforcement, traditionally human-based tasks being replaced by AI, and civil society.</w:t>
      </w:r>
      <w:r>
        <w:rPr>
          <w:b w:val="0"/>
          <w:i w:val="0"/>
          <w:smallCaps w:val="0"/>
          <w:strike w:val="0"/>
          <w:sz w:val="14"/>
          <w:u w:val="none"/>
        </w:rPr>
        <w:t xml:space="preserve"> These areas are attractive targets for attack, and are growing more vulnerable due to their increasing adoption of artificial intelligence for critical tasks. This report proposes “AI Security Compliance” programs to protect against AI attacks. Public policy creating “AI Security Compliance” programs will reduce the risk of attacks on AI systems and lower the impact of successful attacks. Compliance programs would accomplish this by encouraging stakeholders to adopt a set of best practices in securing systems against AI attacks, including considering attack risks and surfaces when deploying AI systems, adopting IT-reforms to make attacks difficult to execute, and creating attack response plans. This program is modeled on existing compliance programs in other industries, such as PCI compliance for securing payment transactions, and would be implemented by appropriate regulatory bodies for their relevant constituents. Regulators should mandate compliance for governmental and high-risk uses of AI. Regulators should require compliance both for government use of AI systems and as a pre-condition for selling AI systems to the government. In the private sector, regulators should make compliance mandatory for high-risk uses of AI where attacks would have severe societal consequences, and optional for lower-risk uses in order to avoid disrupting innovation.</w:t>
      </w:r>
      <w:r>
        <w:rPr>
          <w:b w:val="0"/>
          <w:i w:val="0"/>
          <w:smallCaps w:val="0"/>
          <w:strike w:val="0"/>
          <w:u w:val="single"/>
        </w:rPr>
        <w:t xml:space="preserve"> </w:t>
      </w:r>
      <w:r>
        <w:rPr>
          <w:b w:val="0"/>
          <w:i w:val="0"/>
          <w:smallCaps w:val="0"/>
          <w:strike w:val="0"/>
          <w:sz w:val="14"/>
          <w:u w:val="none"/>
        </w:rPr>
        <w:t xml:space="preserve">Introduction The terrorist of the 21st century will not necessarily need bombs, uranium, or biological weapons. He will need only electrical tape and a good pair of walking shoes. Placing a few small pieces of tape inconspicuously on a stop sign at an intersection, he can magically transform the stop sign into a green light in the eyes of a self-driving car. Done at one sleepy intersection, this would cause an accident. Done at the largest intersections in leading metropolitan areas, it would bring the transportation system to its knees. It’s hard to argue with that type of return on a $1.50 investment in tape. This is a study of how an </w:t>
      </w:r>
      <w:r>
        <w:rPr>
          <w:b w:val="0"/>
          <w:i w:val="0"/>
          <w:smallCaps w:val="0"/>
          <w:strike w:val="0"/>
          <w:u w:val="single"/>
        </w:rPr>
        <w:t xml:space="preserve">obscure problem within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ntelligence</w:t>
      </w:r>
      <w:r>
        <w:rPr>
          <w:b w:val="0"/>
          <w:i w:val="0"/>
          <w:smallCaps w:val="0"/>
          <w:strike w:val="0"/>
          <w:sz w:val="14"/>
          <w:u w:val="none"/>
        </w:rPr>
        <w:t>—currently the concern of a tiny subfield of yet another subfield of computer science—</w:t>
      </w:r>
      <w:r>
        <w:rPr>
          <w:b w:val="0"/>
          <w:i w:val="0"/>
          <w:smallCaps w:val="0"/>
          <w:strike w:val="0"/>
          <w:u w:val="single"/>
        </w:rPr>
        <w:t xml:space="preserve">is </w:t>
      </w:r>
      <w:r>
        <w:rPr>
          <w:b w:val="0"/>
          <w:i w:val="0"/>
          <w:smallCaps w:val="0"/>
          <w:strike w:val="0"/>
          <w:highlight w:val="cyan"/>
          <w:u w:val="single"/>
        </w:rPr>
        <w:t>on</w:t>
      </w:r>
      <w:r>
        <w:rPr>
          <w:b w:val="0"/>
          <w:i w:val="0"/>
          <w:smallCaps w:val="0"/>
          <w:strike w:val="0"/>
          <w:u w:val="single"/>
        </w:rPr>
        <w:t xml:space="preserve"> a dangerous </w:t>
      </w:r>
      <w:r>
        <w:rPr>
          <w:b w:val="0"/>
          <w:i w:val="0"/>
          <w:smallCaps w:val="0"/>
          <w:strike w:val="0"/>
          <w:highlight w:val="cyan"/>
          <w:u w:val="single"/>
        </w:rPr>
        <w:t>collision</w:t>
      </w:r>
      <w:r>
        <w:rPr>
          <w:b w:val="0"/>
          <w:i w:val="0"/>
          <w:smallCaps w:val="0"/>
          <w:strike w:val="0"/>
          <w:u w:val="single"/>
        </w:rPr>
        <w:t xml:space="preserve"> course </w:t>
      </w:r>
      <w:r>
        <w:rPr>
          <w:b w:val="0"/>
          <w:i w:val="0"/>
          <w:smallCaps w:val="0"/>
          <w:strike w:val="0"/>
          <w:highlight w:val="cyan"/>
          <w:u w:val="single"/>
        </w:rPr>
        <w:t>with</w:t>
      </w:r>
      <w:r>
        <w:rPr>
          <w:b w:val="0"/>
          <w:i w:val="0"/>
          <w:smallCaps w:val="0"/>
          <w:strike w:val="0"/>
          <w:u w:val="single"/>
        </w:rPr>
        <w:t xml:space="preserve"> the </w:t>
      </w:r>
      <w:r>
        <w:rPr>
          <w:b w:val="0"/>
          <w:i w:val="0"/>
          <w:smallCaps w:val="0"/>
          <w:strike w:val="0"/>
          <w:highlight w:val="cyan"/>
          <w:u w:val="single"/>
        </w:rPr>
        <w:t>economic</w:t>
      </w:r>
      <w:r>
        <w:rPr>
          <w:b w:val="0"/>
          <w:i w:val="0"/>
          <w:smallCaps w:val="0"/>
          <w:strike w:val="0"/>
          <w:u w:val="single"/>
        </w:rPr>
        <w:t xml:space="preserve">, </w:t>
      </w:r>
      <w:r>
        <w:rPr>
          <w:b w:val="0"/>
          <w:i w:val="0"/>
          <w:smallCaps w:val="0"/>
          <w:strike w:val="0"/>
          <w:highlight w:val="cyan"/>
          <w:u w:val="single"/>
        </w:rPr>
        <w:t>military</w:t>
      </w:r>
      <w:r>
        <w:rPr>
          <w:b w:val="0"/>
          <w:i w:val="0"/>
          <w:smallCaps w:val="0"/>
          <w:strike w:val="0"/>
          <w:u w:val="single"/>
        </w:rPr>
        <w:t xml:space="preserve">, and </w:t>
      </w:r>
      <w:r>
        <w:rPr>
          <w:b w:val="0"/>
          <w:i w:val="0"/>
          <w:smallCaps w:val="0"/>
          <w:strike w:val="0"/>
          <w:highlight w:val="cyan"/>
          <w:u w:val="single"/>
        </w:rPr>
        <w:t xml:space="preserve">societal </w:t>
      </w:r>
      <w:r>
        <w:rPr>
          <w:b w:val="0"/>
          <w:i w:val="0"/>
          <w:smallCaps w:val="0"/>
          <w:strike w:val="0"/>
          <w:u w:val="single"/>
        </w:rPr>
        <w:t xml:space="preserve">security of the </w:t>
      </w:r>
      <w:r>
        <w:rPr>
          <w:b w:val="0"/>
          <w:i w:val="0"/>
          <w:smallCaps w:val="0"/>
          <w:strike w:val="0"/>
          <w:highlight w:val="cyan"/>
          <w:u w:val="single"/>
        </w:rPr>
        <w:t>future</w:t>
      </w:r>
      <w:r>
        <w:rPr>
          <w:b w:val="0"/>
          <w:i w:val="0"/>
          <w:smallCaps w:val="0"/>
          <w:strike w:val="0"/>
          <w:u w:val="single"/>
        </w:rPr>
        <w:t>, and what can be done about it.</w:t>
      </w:r>
      <w:r>
        <w:rPr>
          <w:b w:val="0"/>
          <w:i w:val="0"/>
          <w:smallCaps w:val="0"/>
          <w:strike w:val="0"/>
          <w:sz w:val="14"/>
          <w:u w:val="none"/>
        </w:rPr>
        <w:t xml:space="preserve"> The artificial intelligence algorithms that are being called upon to deliver this future have a problem: by virtue of the way they learn, they can be attacked and controlled by an adversary. </w:t>
      </w:r>
      <w:r>
        <w:rPr>
          <w:b w:val="0"/>
          <w:i w:val="0"/>
          <w:smallCaps w:val="0"/>
          <w:strike w:val="0"/>
          <w:u w:val="single"/>
        </w:rPr>
        <w:t xml:space="preserve">What we see as a slightly vandalized stop sign, a compromised artificial intelligence system sees as a green light. Call it an “artificial intelligence attack” (AI attack). </w:t>
      </w:r>
      <w:r>
        <w:rPr>
          <w:b w:val="0"/>
          <w:i w:val="0"/>
          <w:smallCaps w:val="0"/>
          <w:strike w:val="0"/>
          <w:sz w:val="14"/>
          <w:u w:val="none"/>
        </w:rPr>
        <w:t xml:space="preserve">This </w:t>
      </w:r>
      <w:r>
        <w:rPr>
          <w:b w:val="0"/>
          <w:i w:val="0"/>
          <w:smallCaps w:val="0"/>
          <w:strike w:val="0"/>
          <w:u w:val="single"/>
        </w:rPr>
        <w:t>vulnerability is due to inherent limitations in the state-of-the-art AI methods that leave them open to a devastating set of attacks that are as insidious as they are dangerous.</w:t>
      </w:r>
      <w:r>
        <w:rPr>
          <w:b w:val="0"/>
          <w:i w:val="0"/>
          <w:smallCaps w:val="0"/>
          <w:strike w:val="0"/>
          <w:sz w:val="14"/>
          <w:u w:val="none"/>
        </w:rPr>
        <w:t xml:space="preserve"> Under one type of attack, adversaries can gain control over a state-of-the-art AI system with a small but carefully chosen manipulation, ranging from a piece of tape on a stop sign1 to a sprinkling of digital dust invisible to the human eye on a digital image.2 Under another, </w:t>
      </w:r>
      <w:r>
        <w:rPr>
          <w:b w:val="0"/>
          <w:i w:val="0"/>
          <w:smallCaps w:val="0"/>
          <w:strike w:val="0"/>
          <w:u w:val="single"/>
        </w:rPr>
        <w:t>adversaries can poison AI systems, installing backdoors that can be used at a time and place of their choosing to destroy the system.</w:t>
      </w:r>
      <w:r>
        <w:rPr>
          <w:b w:val="0"/>
          <w:i w:val="0"/>
          <w:smallCaps w:val="0"/>
          <w:strike w:val="0"/>
          <w:sz w:val="14"/>
          <w:u w:val="none"/>
        </w:rPr>
        <w:t xml:space="preserve"> Whether it’s causing a car to careen through a red light, deceiving a drone searching for enemy activity on a reconnaissance mission, or subverting content filters to post terrorist recruiting propaganda on social networks, the </w:t>
      </w:r>
      <w:r>
        <w:rPr>
          <w:b w:val="0"/>
          <w:i w:val="0"/>
          <w:smallCaps w:val="0"/>
          <w:strike w:val="0"/>
          <w:u w:val="single"/>
        </w:rPr>
        <w:t>danger is serious, widespread, and already here.</w:t>
      </w:r>
      <w:r>
        <w:rPr>
          <w:b w:val="0"/>
          <w:i w:val="0"/>
          <w:smallCaps w:val="0"/>
          <w:strike w:val="0"/>
          <w:sz w:val="14"/>
          <w:u w:val="none"/>
        </w:rPr>
        <w:t xml:space="preserve"> However, just as not all applications of AI are “good,” not all AI attacks are necessarily “bad.” As autocratic regimes turn to AI as a tool to monitor and control their populations, AI “attacks” may be used as a protective measure against government oppression, much like technologies such as Tor and VPNs are. Regardless of their use, AI attacks are different from the cybersecurity problems that have dominated recent headlines. These </w:t>
      </w:r>
      <w:r>
        <w:rPr>
          <w:b w:val="0"/>
          <w:i w:val="0"/>
          <w:smallCaps w:val="0"/>
          <w:strike w:val="0"/>
          <w:u w:val="single"/>
        </w:rPr>
        <w:t>attacks are not bugs in code that can be fixed—they are inherent in the heart of the AI algorithms.</w:t>
      </w:r>
      <w:r>
        <w:rPr>
          <w:b w:val="0"/>
          <w:i w:val="0"/>
          <w:smallCaps w:val="0"/>
          <w:strike w:val="0"/>
          <w:sz w:val="14"/>
          <w:u w:val="none"/>
        </w:rPr>
        <w:t xml:space="preserve"> As a result, </w:t>
      </w:r>
      <w:r>
        <w:rPr>
          <w:b w:val="0"/>
          <w:i w:val="0"/>
          <w:smallCaps w:val="0"/>
          <w:strike w:val="0"/>
          <w:highlight w:val="cyan"/>
          <w:u w:val="single"/>
        </w:rPr>
        <w:t xml:space="preserve">exploiting </w:t>
      </w:r>
      <w:r>
        <w:rPr>
          <w:b w:val="0"/>
          <w:i w:val="0"/>
          <w:smallCaps w:val="0"/>
          <w:strike w:val="0"/>
          <w:u w:val="single"/>
        </w:rPr>
        <w:t xml:space="preserve">these </w:t>
      </w:r>
      <w:r>
        <w:rPr>
          <w:b w:val="0"/>
          <w:i w:val="0"/>
          <w:smallCaps w:val="0"/>
          <w:strike w:val="0"/>
          <w:highlight w:val="cyan"/>
          <w:u w:val="single"/>
        </w:rPr>
        <w:t xml:space="preserve">AI vulnerabilities requires no </w:t>
      </w:r>
      <w:r>
        <w:rPr>
          <w:b w:val="0"/>
          <w:i w:val="0"/>
          <w:smallCaps w:val="0"/>
          <w:strike w:val="0"/>
          <w:u w:val="single"/>
        </w:rPr>
        <w:t>“</w:t>
      </w:r>
      <w:r>
        <w:rPr>
          <w:b w:val="0"/>
          <w:i w:val="0"/>
          <w:smallCaps w:val="0"/>
          <w:strike w:val="0"/>
          <w:highlight w:val="cyan"/>
          <w:u w:val="single"/>
        </w:rPr>
        <w:t>hacking</w:t>
      </w:r>
      <w:r>
        <w:rPr>
          <w:b w:val="0"/>
          <w:i w:val="0"/>
          <w:smallCaps w:val="0"/>
          <w:strike w:val="0"/>
          <w:u w:val="single"/>
        </w:rPr>
        <w:t xml:space="preserve">” </w:t>
      </w:r>
      <w:r>
        <w:rPr>
          <w:b w:val="0"/>
          <w:i w:val="0"/>
          <w:smallCaps w:val="0"/>
          <w:strike w:val="0"/>
          <w:highlight w:val="cyan"/>
          <w:u w:val="single"/>
        </w:rPr>
        <w:t xml:space="preserve">of </w:t>
      </w:r>
      <w:r>
        <w:rPr>
          <w:b w:val="0"/>
          <w:i w:val="0"/>
          <w:smallCaps w:val="0"/>
          <w:strike w:val="0"/>
          <w:u w:val="single"/>
        </w:rPr>
        <w:t xml:space="preserve">the targeted </w:t>
      </w:r>
      <w:r>
        <w:rPr>
          <w:b w:val="0"/>
          <w:i w:val="0"/>
          <w:smallCaps w:val="0"/>
          <w:strike w:val="0"/>
          <w:highlight w:val="cyan"/>
          <w:u w:val="single"/>
        </w:rPr>
        <w:t>system.</w:t>
      </w:r>
      <w:r>
        <w:rPr>
          <w:b w:val="0"/>
          <w:i w:val="0"/>
          <w:smallCaps w:val="0"/>
          <w:strike w:val="0"/>
          <w:sz w:val="14"/>
          <w:u w:val="none"/>
        </w:rPr>
        <w:t xml:space="preserve"> In fact, attacking these critical systems does not even always require a computer. This is a new set of cybersecurity problems, and cannot be solved with the existing cybersecurity and policy toolkits governments and businesses have assembled. Instead, addressing this problem will require new approaches and solutions. Given time, researchers may discover a technical silver bullet to some of these problems. But time ran out yesterday. For a technology that was nascent a decade ago, AI is now being used as a key ingredient across every industry, from Main Street to Wall Street, from the baseball diamond to the battlefield. And on cue, as with every other recent technological development—the Internet, social media, and the Internet of Things—in our haste we are turning a blind eye to fundamental problems that exist. This report seeks to provide policymakers, politicians, industry leaders, and the cybersecurity community an understanding of this emerging problem, identify what areas of society are most immediately vulnerable, and set forth policies that can be adopted to find security in this important new era. The report is split into four sections. First, it begins by giving an accessible yet comprehensive description of how current AI systems can be attacked, the forms of these attacks, and a taxonomy for categorizing them. Second, the report identifies the most critical areas affected by this new class of vulnerabilities. While the number of systems affected by this new threat will only grow as AI increases its penetration into the modern world, this report focuses on five high priority areas that require immediate attention: content filters, military, law enforcement, human tasks being replaced with AI, and civil society. Third, the report contextualizes AI vulnerabilities within the larger cybersecurity landscape. It argues that AI attacks constitute a new vertical of attacks distinct in nature and required response from existing cybersecurity vulnerabilities. This section also discusses the use of AI attacks as an offensive cyber weapon. Fourth, the report proposes the idea of “AI Security Compliance” programs to protect against AI attacks. These compliance programs will reduce the risk of attacks on AI systems and lower the impact of successful attacks. They will accomplish this by encouraging stakeholders to adopt a set of best practices in securing systems against AI attacks, including considering attack risks and surfaces when deploying AI systems, adopting IT-reforms that will make attacks more difficult to execute, and creating attack response plans to mitigate attack damage. The report further suggests regulators should mandate compliance in portions of both the public and private sectors. In the public sector, compliance should be mandated for governmental uses of AI and be a pre-condition for private firms selling AI systems to the government. In the private sector, compliance should be mandated for high-risk private sector AI applications, but should be optional for lower-risk uses in order to avoid disrupting innovation in this rapidly changing field. This policy will improve the security of the community, military, and economy in the face of AI attacks. But for policymakers and stakeholders alike, the first step towards realizing this security begins with understanding the problem, which we turn our attention to now. Part I: Technical Problem Understanding the Problem through a Historical Analogy General George Patton may have won the D-Day campaign for the Allies without ever firing a shot. In support of the future D-Day landings, Patton was given charge of the First United States Army Group (FUSAG). Rather than fighting in arms, the FUSAG fought in deception. To convince the German command that the invasion point would be Pas de Calais rather than Normandy, the FUSAG orchestrated a major force deployment—including hundreds of tanks and other vehicles—directly across the English Channel from it. These tanks, however, were not what they seemed. Unable to spare the vehicles needed for this show of force from the actual war effort, the Allies instead used inflatable balloons painted to look like tanks. Although more characteristic of a technique employed by Bugs Bunny against Elmer Fudd than George Patton against Nazis, it did the trick. German reconnaissance was fooled. The images captured by the Luftwaffe planes were interpreted as a major buildup of forces in anticipation of an invasion of Pas de Calais, leaving the beaches of Normandy under-fortified.3 Given access to the site, we would not expect a human to mistake what was essentially a painted balloon for a multi-ton metal machine. But German reconnaissance worked by recognizing patterns: the shapes and markings representing tanks and other military assets in images. Relegated to pattern matching, German reconnaissance was easy to fool with a few strategic markings placed on the inflatable balloons. Although surprising, this is the same flaw that dooms AI algorithms, allowing them to be fooled in similar and even more pernicious manners. To understand why AI systems are vulnerable to the same weakness, we must briefly examine how AI algorithms, or more specifically the machine learning techniques they employ, “learn.” Just like the reconnaissance officers, the </w:t>
      </w:r>
      <w:r>
        <w:rPr>
          <w:b w:val="0"/>
          <w:i w:val="0"/>
          <w:smallCaps w:val="0"/>
          <w:strike w:val="0"/>
          <w:u w:val="single"/>
        </w:rPr>
        <w:t>machine learning algorithms powering AI systems “learn” by extracting patterns from data.</w:t>
      </w:r>
      <w:r>
        <w:rPr>
          <w:b w:val="0"/>
          <w:i w:val="0"/>
          <w:smallCaps w:val="0"/>
          <w:strike w:val="0"/>
          <w:sz w:val="14"/>
          <w:u w:val="none"/>
        </w:rPr>
        <w:t xml:space="preserve"> These patterns are tied to higher-level concepts relevant to the task at hand, such as which objects are present in an image. As an example, consider the task of an AI algorithm on a self-driving car learning to recognize a stop sign. For this task, the algorithm “learns” by being shown a dataset containing hundreds or thousands of examples of stop signs and extracting patterns of colors and shapes representative of it. When later tasked to identify if a particular sign is a stop sign, the algorithm scans the image looking for the patterns it has learned to associate with a stop sign. If the patterns match, the algorithm can instruct the car to stop. If the patterns match that of a different sign, such as a new faster speed limit, the algorithm can similarly instruct the car to speed up. Just as the FUSAG could expertly devise what patterns needed to be painted on the inflatable balloons to fool the Germans, with a type of AI attack called an “input attack,” adversaries can craft patterns of changes to a target that will fool the AI system into making a mistake. This attack is possible because when patterns in the target are inconsistent with the variations seen in the dataset, as is the case when an attacker adds these inconsistent patterns purposely, the </w:t>
      </w:r>
      <w:r>
        <w:rPr>
          <w:b w:val="0"/>
          <w:i w:val="0"/>
          <w:smallCaps w:val="0"/>
          <w:strike w:val="0"/>
          <w:u w:val="single"/>
        </w:rPr>
        <w:t>system may produce an arbitrary result.</w:t>
      </w:r>
      <w:r>
        <w:rPr>
          <w:b w:val="0"/>
          <w:i w:val="0"/>
          <w:smallCaps w:val="0"/>
          <w:strike w:val="0"/>
          <w:sz w:val="14"/>
          <w:u w:val="none"/>
        </w:rPr>
        <w:t xml:space="preserve"> However, unlike the tank example, these patterns or markings need not be as blatant. This is because AI algorithms process information differently than humans do. As a result, while it may have been necessary to make the balloons actually look like tanks to fool a human, </w:t>
      </w:r>
      <w:r>
        <w:rPr>
          <w:b w:val="0"/>
          <w:i w:val="0"/>
          <w:smallCaps w:val="0"/>
          <w:strike w:val="0"/>
          <w:u w:val="single"/>
        </w:rPr>
        <w:t>to fool an AI system, only a few stray marks or subtle changes to a handful of pixels in an image are needed to destroy an AI system.</w:t>
      </w:r>
      <w:r>
        <w:rPr>
          <w:b w:val="0"/>
          <w:i w:val="0"/>
          <w:smallCaps w:val="0"/>
          <w:strike w:val="0"/>
          <w:sz w:val="14"/>
          <w:u w:val="none"/>
        </w:rPr>
        <w:t xml:space="preserve"> These input attacks are only one type of AI attack. Another—known as a </w:t>
      </w:r>
      <w:r>
        <w:rPr>
          <w:b w:val="0"/>
          <w:i w:val="0"/>
          <w:smallCaps w:val="0"/>
          <w:strike w:val="0"/>
          <w:u w:val="single"/>
        </w:rPr>
        <w:t>poisoning attack—can stop an AI system from operating correctly in situations, or even insert a backdoor that can later be exploited by an adversary.</w:t>
      </w:r>
      <w:r>
        <w:rPr>
          <w:b w:val="0"/>
          <w:i w:val="0"/>
          <w:smallCaps w:val="0"/>
          <w:strike w:val="0"/>
          <w:sz w:val="14"/>
          <w:u w:val="none"/>
        </w:rPr>
        <w:t xml:space="preserve"> Continuing the analogy, poisoning attacks would be the equivalent of hypnotizing the German analysts to close their eyes anytime they were about to see any valuable information that could be used to hurt the Allies. As a whole, these attacks have the characteristics of a severe cyber threat: they are versatile in form, widely applicable to many domains, and hard to detect. They can take the form of a smudge or squiggle on a physical target, or be hidden within the DNA of an AI system. They can target assets and systems in the real world, such as making stop signs invisible to driverless cars, and in the cyber world, such as hiding child pornography from the content detectors seeking to stop its spread. Perhaps most concerning is that AI attacks can be pernicious and difficult to detect. Attacks can be completely invisible to the human eye. Conversely, they can be grand and hidden in plain sight, made to look like they fit in perfectly with their surroundings. But what exactly are AI attacks? Why do they exist? And what do they look like? We now turn our attention to understanding the technical basis of these attacks in order to answer these questions. Overview of Artificial Intelligence Attacks An artificial intelligence attack (AI attack) is the purposeful manipulation of an AI system with the end goal of causing it to malfunction. These attacks can take different forms that strike at different weaknesses in the underlying algorithms: </w:t>
      </w:r>
      <w:r>
        <w:rPr>
          <w:b w:val="0"/>
          <w:i w:val="0"/>
          <w:smallCaps w:val="0"/>
          <w:strike w:val="0"/>
          <w:u w:val="single"/>
        </w:rPr>
        <w:t>Input Attacks: manipulating what is fed into the AI system in order to alter the output of the system to serve the attacker’s goal.</w:t>
      </w:r>
      <w:r>
        <w:rPr>
          <w:b w:val="0"/>
          <w:i w:val="0"/>
          <w:smallCaps w:val="0"/>
          <w:strike w:val="0"/>
          <w:sz w:val="14"/>
          <w:u w:val="none"/>
        </w:rPr>
        <w:t xml:space="preserve"> Because at its core every AI system is a simple machine—it takes an input, performs some calculations, and returns an output—</w:t>
      </w:r>
      <w:r>
        <w:rPr>
          <w:b w:val="0"/>
          <w:i w:val="0"/>
          <w:smallCaps w:val="0"/>
          <w:strike w:val="0"/>
          <w:u w:val="single"/>
        </w:rPr>
        <w:t>manipulating the input allows attackers to affect the output of the system.</w:t>
      </w:r>
      <w:r>
        <w:rPr>
          <w:b w:val="0"/>
          <w:i w:val="0"/>
          <w:smallCaps w:val="0"/>
          <w:strike w:val="0"/>
          <w:sz w:val="14"/>
          <w:u w:val="none"/>
        </w:rPr>
        <w:t xml:space="preserve"> Poisoning Attacks: corrupting the process during which the AI system is created so that the resulting system malfunctions in a way desired by the attacker. One direct way to execute a poisoning attack is to corrupt the data used during this process. This is because the state-of-the-art machine learning methods powering AI work by “learning” how to do a task, but they “learn” from one source and one source only: data. Data is its water, food, air, and true love. Poison the data, poison the AI system. Poisoning attacks can also compromise the learning process itself. </w:t>
      </w:r>
      <w:r>
        <w:rPr>
          <w:b w:val="0"/>
          <w:i w:val="0"/>
          <w:smallCaps w:val="0"/>
          <w:strike w:val="0"/>
          <w:u w:val="single"/>
        </w:rPr>
        <w:t xml:space="preserve">As </w:t>
      </w:r>
      <w:r>
        <w:rPr>
          <w:b w:val="0"/>
          <w:i w:val="0"/>
          <w:smallCaps w:val="0"/>
          <w:strike w:val="0"/>
          <w:highlight w:val="cyan"/>
          <w:u w:val="single"/>
        </w:rPr>
        <w:t xml:space="preserve">AI </w:t>
      </w:r>
      <w:r>
        <w:rPr>
          <w:b w:val="0"/>
          <w:i w:val="0"/>
          <w:smallCaps w:val="0"/>
          <w:strike w:val="0"/>
          <w:u w:val="single"/>
        </w:rPr>
        <w:t xml:space="preserve">systems are </w:t>
      </w:r>
      <w:r>
        <w:rPr>
          <w:b w:val="0"/>
          <w:i w:val="0"/>
          <w:smallCaps w:val="0"/>
          <w:strike w:val="0"/>
          <w:highlight w:val="cyan"/>
          <w:u w:val="single"/>
        </w:rPr>
        <w:t xml:space="preserve">integrated into </w:t>
      </w:r>
      <w:r>
        <w:rPr>
          <w:b w:val="0"/>
          <w:i w:val="0"/>
          <w:smallCaps w:val="0"/>
          <w:strike w:val="0"/>
          <w:u w:val="single"/>
        </w:rPr>
        <w:t xml:space="preserve">critical </w:t>
      </w:r>
      <w:r>
        <w:rPr>
          <w:b w:val="0"/>
          <w:i w:val="0"/>
          <w:smallCaps w:val="0"/>
          <w:strike w:val="0"/>
          <w:highlight w:val="cyan"/>
          <w:u w:val="single"/>
        </w:rPr>
        <w:t xml:space="preserve">commercial </w:t>
      </w:r>
      <w:r>
        <w:rPr>
          <w:b w:val="0"/>
          <w:i w:val="0"/>
          <w:smallCaps w:val="0"/>
          <w:strike w:val="0"/>
          <w:u w:val="single"/>
        </w:rPr>
        <w:t xml:space="preserve">and </w:t>
      </w:r>
      <w:r>
        <w:rPr>
          <w:b w:val="0"/>
          <w:i w:val="0"/>
          <w:smallCaps w:val="0"/>
          <w:strike w:val="0"/>
          <w:highlight w:val="cyan"/>
          <w:u w:val="single"/>
        </w:rPr>
        <w:t>military applications</w:t>
      </w:r>
      <w:r>
        <w:rPr>
          <w:b w:val="0"/>
          <w:i w:val="0"/>
          <w:smallCaps w:val="0"/>
          <w:strike w:val="0"/>
          <w:u w:val="single"/>
        </w:rPr>
        <w:t xml:space="preserve">, these attacks can have serious, even </w:t>
      </w:r>
      <w:r>
        <w:rPr>
          <w:b w:val="0"/>
          <w:i w:val="0"/>
          <w:smallCaps w:val="0"/>
          <w:strike w:val="0"/>
          <w:highlight w:val="cyan"/>
          <w:u w:val="single"/>
        </w:rPr>
        <w:t>life</w:t>
      </w:r>
      <w:r>
        <w:rPr>
          <w:b w:val="0"/>
          <w:i w:val="0"/>
          <w:smallCaps w:val="0"/>
          <w:strike w:val="0"/>
          <w:u w:val="single"/>
        </w:rPr>
        <w:t>-and-</w:t>
      </w:r>
      <w:r>
        <w:rPr>
          <w:b w:val="0"/>
          <w:i w:val="0"/>
          <w:smallCaps w:val="0"/>
          <w:strike w:val="0"/>
          <w:highlight w:val="cyan"/>
          <w:u w:val="single"/>
        </w:rPr>
        <w:t>death</w:t>
      </w:r>
      <w:r>
        <w:rPr>
          <w:b w:val="0"/>
          <w:i w:val="0"/>
          <w:smallCaps w:val="0"/>
          <w:strike w:val="0"/>
          <w:u w:val="single"/>
        </w:rPr>
        <w:t xml:space="preserve">, </w:t>
      </w:r>
      <w:r>
        <w:rPr>
          <w:b w:val="0"/>
          <w:i w:val="0"/>
          <w:smallCaps w:val="0"/>
          <w:strike w:val="0"/>
          <w:highlight w:val="cyan"/>
          <w:u w:val="single"/>
        </w:rPr>
        <w:t>consequences</w:t>
      </w:r>
      <w:r>
        <w:rPr>
          <w:b w:val="0"/>
          <w:i w:val="0"/>
          <w:smallCaps w:val="0"/>
          <w:strike w:val="0"/>
          <w:u w:val="single"/>
        </w:rPr>
        <w:t xml:space="preserve">. AI attacks can be used in a number of ways to achieve a malicious end goal: </w:t>
      </w:r>
      <w:r>
        <w:rPr>
          <w:b w:val="0"/>
          <w:i w:val="0"/>
          <w:smallCaps w:val="0"/>
          <w:strike w:val="0"/>
          <w:sz w:val="14"/>
          <w:u w:val="none"/>
        </w:rPr>
        <w:t xml:space="preserve">Cause Damage: the attacker wants to cause damage by having the AI system malfunction. An example of this is an attack to cause an autonomous vehicle to ignore stop signs. By attacking the AI system so that it incorrectly recognizes a stop sign as a different sign or symbol, the attacker can cause the autonomous vehicle to ignore the stop sign and crash into other vehicles and pedestrians. Hide Something: the attacker wants to evade detection by an AI system. An example of this is an attack to cause a content filter tasked with blocking terrorist propaganda from being posted on a social network to malfunction, therefore letting the material propagate unencumbered. Degrade Faith in a System: the attacker wants an operator to lose faith in the AI system, leading to the system being shut down. An example of this is an attack that causes an automated security alarm to misclassify regular events as security threats, triggering a barrage of false alarms that may lead to the system being taken offline. For example, attacking a video-based security system to classify a passing stray cat or blowing tree as a security threat may cause the security system to be taken offline, therefore allowing a true threat to then evade detection. Given the unparalleled success of AI over the past decade, it is surprising to learn that these attacks are possible, and even more so, that they have not yet been fixed. We now turn our attention to why these attacks exist, and why it is so difficult to prevent them. Why Do Artificial Intelligence Attacks Exist? AI attacks exist because there are fundamental limitations in the underlying AI algorithms that adversaries can exploit in order to make the system fail. Unlike traditional cybersecurity attacks, these weaknesses are not due to mistakes made by programmers or users. They are just shortcomings of the current state-of-the-art methods. Put more bluntly, the algorithms that cause AI systems to work so well are imperfect, and their systematic limitations create opportunities for adversaries to attack. At least for the foreseeable future, this is just a fact of mathematical life. To see why this is the case, we need to understand how the algorithms underpinning AI work. Many current AI systems are powered by machine learning,4 a set of techniques that extract information from data in order to “learn” how to do a given task. A machine learning algorithm “learns” analogously to how humans learn. Humans learn by seeing many examples of an object or concept in the real world, and store what is learned in the brain for later use. Machine learning algorithms “learn” by seeing many examples of an object or concept in a dataset, and store what is learned in a model for later use. In many if not most AI applications based on machine learning, there is no outside knowledge or other magic used in this process: it is entirely dependent on the dataset and nothing else.5 The key to understanding AI attacks is understanding what the “learning” in machine learning actually is, and more importantly, what it is not. Recall that machine learning “learns” by looking at many examples of a concept or object in a dataset. More specifically, it uses algorithms that extract and generalize common patterns in these examples. These patterns are stored within the model. Taking the example of recognizing a stop sign, the learning algorithm will identify patterns in the pixels that make up the example images, such as large areas of red, the shapes of the letters “S” “T” “O” and “P”, and other defining characteristics. When the model is later called upon to detect a stop sign in a new image, it will search that image for the same patterns of pixels. If it finds patterns that match those it has learned to associate with a stop sign, it will output that it has found a stop sign. If it instead finds patterns that match those it has learned to associate with a different object, such as a green light, it will output that it has found a green light. These patterns are “general” in the sense that they should work in new settings, not just on the examples from which it learned. For example, the patterns in the example above should be able to recognize all stop signs, not just the particular ones included in the dataset. Given enough data, the patterns learned in this manner are of such high quality that they can even outperform humans on many tasks. This is because if the algorithm sees enough examples in all of the different ways the target naturally appears, it will learn to recognize all the patterns needed to perform its job well. Continuing the stop sign example, if the dataset contains images of stop signs in the sun and shade, from straight ahead and from different angles, during the day and at night, it will learn all the possible ways a stop sign can appear in nature. However, this process already introduces a significant vulnerability: it is wholly dependent on the dataset. Because the dataset is the model’s only source of knowledge, if it is corrupted or “poisoned” by an attacker, the model learned from this data will be compromised. Attackers can poison the dataset to stop the model from learning specific patterns, or more insidiously, to install secret backdoors that can be used to trick the model in the future.6 But the problems do not end there. Even assuming a non-corrupted dataset and highly accurate model, this success comes with a very important caveat: the patterns “learned” by current state-of-the-art machine learning models are relatively brittle. As a result, the model only works on data that is similar in nature to the data used during the learning process. If used on data that is even a little different in nature from the types of variations it saw in the original dataset, the model may utterly fail. This is a major limitation attackers can exploit: by introducing artificial variations—such as a piece of tape or other aberrant patterns—the attacker can disrupt the model and control its behavior based on what artificial pattern is introduced. Because the amount of data used to build the model is finite but the amount of artificial variations an attacker can create are infinite, the attacker has an inherent advantage. This explains how the stop sign tape attack can cause a self-driving car to crash. While the dataset used to train the stop sign detector contains plenty of variations of stop signs in different natural conditions, it doesn’t contain examples of the endless ways it can be artificially manipulated by an attacker, such as with tape and graffiti. Because of this, very small artificial manipulations chosen in just the right way can break the relatively brittle patterns the model learned, and have preposterously huge impacts on the model’s output. This is why a small piece of tape can transform a stop sign into a green light so easily: it doesn’t have to make the entire stop sign look like a green light, it only has to trick the specific small brittle patterns that the model learned. Unfortunately, this is easy to do. Many may be surprised to learn that machine learning has such a glaring shortcoming. This is because popular culture has shaped a widespread but erroneous belief that machine learning actually “learns” in a human sense of the word. Humans are good at truly learning concepts and associations. If a stop sign is distorted or defaced with graffiti or dirt, even a human who has never seen graffiti or a dirty stop sign would still reliably and consistently identify it as a stop sign, and certainly would not mistake it for an entirely different object altogether, such as a green light. But we now know current AI systems do not work in the same way. Even a model that can almost perfectly recognize a stop sign still has no knowledge of the concept of a stop sign, or even a sign for that matter, as a human does. It only knows that certain learned patterns correspond to a label named “stop sign.” While it may seem that this distinction between human learning and machine “learning” is arbitrary—especially because if the model works, it seems we should be happy—we now understand why it has such severe ramifications: under contested conditions, AI systems can be made to fail even if they are extremely successful under “normal” conditions. A logical step to combat this would be to understand why the patterns the model learns are so brittle. However, this is not currently supported in the most widely used models, such as deep neural networks, as exactly how and even what these models learn is still not fully understood. As a result, the most popular machine learning algorithms powering AI, like neural networks, are referred to as “black boxes”: we know what goes in, we know what comes out, but we do not know exactly what happens in between. We cannot reliably fix what we do not understand. And for this same reason, it is difficult if not impossible to even tell if a model is being attacked or just doing a bad job. While other data science methods, such as decision trees and regression models, allow for much more explainability and understanding, these methods do not generally deliver the performance that the widely used neural networks are capable of providing. From this understanding, we can now state the characteristics of the machine learning algorithms underpinning AI that make these systems vulnerable to attack. Characteristic 1: Machine learning works by “learning” relatively brittle patterns that work well but are easy to disrupt. Contrary to popular belief, machine learning models are not “intelligent” or capable of truly mimicking human ability on tasks, even tasks they perform well. Instead, they work by learning brittle statistical associations that are relatively easy to disrupt. Attackers can exploit this brittleness to craft attacks that destroy the performance of an otherwise excellent model. Characteristic 2: Dependence solely on data provides a main channel to corrupt a machine learning model. Machine learning “learns” solely by extracting patterns from a set of examples known as a dataset. Unlike humans, machine learning models have no baseline knowledge that they can leverage—their entire knowledge depends wholly on the data they see. Poisoning the data poisons the AI system. Attacks in this vein essentially turn an AI system into a Manchurian candidate that attackers can activate at a time of their choosing. Characteristic 3: The black box nature of the state-of-the-art algorithms makes auditing them difficult. Relatively little is understood about how the widely used state-of-the-art machine learning algorithms, such as deep neural networks, learn and work—even today they are still in many ways a magical black box. This makes it difficult, if not currently impossible, to tell if a machine learning model has been compromised, or even if it is being attacked or just not performing well. This characteristic sets AI attacks apart from traditional cybersecurity problems where there are clear definitions of vulnerabilities, even if they are hard to find. Taken together, these weaknesses explain why there are no perfect technical fixes for AI attacks. These vulnerabilities are not “bugs” that can be patched or corrected as is done with traditional cybersecurity vulnerabilities. They are deep-seated issues at the heart of current state-of-the-art AI itself. Now that we have an understanding of why these attacks are possible, we now turn our attention to looking at actual examples of these attacks. Input Attacks </w:t>
      </w:r>
      <w:r>
        <w:rPr>
          <w:b w:val="0"/>
          <w:i w:val="0"/>
          <w:smallCaps w:val="0"/>
          <w:strike w:val="0"/>
          <w:u w:val="single"/>
        </w:rPr>
        <w:t>Input attacks trigger an AI system to malfunction by altering the input that is fed into the system.</w:t>
      </w:r>
      <w:r>
        <w:rPr>
          <w:b w:val="0"/>
          <w:i w:val="0"/>
          <w:smallCaps w:val="0"/>
          <w:strike w:val="0"/>
          <w:sz w:val="14"/>
          <w:u w:val="none"/>
        </w:rPr>
        <w:t xml:space="preserve"> As shown in the figure below, this is done by adding an “attack pattern” to the input, such as placing tape on a stop sign at an intersection or adding small changes to a digital photo being uploaded to a social network. </w:t>
      </w:r>
      <w:r>
        <w:rPr>
          <w:b w:val="0"/>
          <w:i w:val="0"/>
          <w:smallCaps w:val="0"/>
          <w:strike w:val="0"/>
          <w:u w:val="single"/>
        </w:rPr>
        <w:t>Input attacks do not require the attacker to have corrupted the AI system in order to attack it.</w:t>
      </w:r>
      <w:r>
        <w:rPr>
          <w:b w:val="0"/>
          <w:i w:val="0"/>
          <w:smallCaps w:val="0"/>
          <w:strike w:val="0"/>
          <w:sz w:val="14"/>
          <w:u w:val="none"/>
        </w:rPr>
        <w:t xml:space="preserve"> Completely </w:t>
      </w:r>
      <w:r>
        <w:rPr>
          <w:b w:val="0"/>
          <w:i w:val="0"/>
          <w:smallCaps w:val="0"/>
          <w:strike w:val="0"/>
          <w:u w:val="single"/>
        </w:rPr>
        <w:t>state-of-the-art AI systems that are highly accurate and have never had their integrity, dataset, or algorithms compromised are still vulnerable to input attacks.</w:t>
      </w:r>
      <w:r>
        <w:rPr>
          <w:b w:val="0"/>
          <w:i w:val="0"/>
          <w:smallCaps w:val="0"/>
          <w:strike w:val="0"/>
          <w:sz w:val="14"/>
          <w:u w:val="none"/>
        </w:rPr>
        <w:t xml:space="preserve"> And in stark contrast to other cyberattacks, the attack itself does not always use a computer! Figure 1: In regular use (top), the </w:t>
      </w:r>
      <w:r>
        <w:rPr>
          <w:b w:val="0"/>
          <w:i w:val="0"/>
          <w:smallCaps w:val="0"/>
          <w:strike w:val="0"/>
          <w:u w:val="single"/>
        </w:rPr>
        <w:t>AI system takes a valid input, processes it with the model (brain), and returns an output. In an input attack (bottom), the input to the AI system is altered with an attack pattern, causing the AI system to return an incorrect output.</w:t>
      </w:r>
      <w:r>
        <w:rPr>
          <w:b w:val="0"/>
          <w:i w:val="0"/>
          <w:smallCaps w:val="0"/>
          <w:strike w:val="0"/>
          <w:sz w:val="14"/>
          <w:u w:val="none"/>
        </w:rPr>
        <w:t xml:space="preserve"> These </w:t>
      </w:r>
      <w:r>
        <w:rPr>
          <w:b w:val="0"/>
          <w:i w:val="0"/>
          <w:smallCaps w:val="0"/>
          <w:strike w:val="0"/>
          <w:highlight w:val="cyan"/>
          <w:u w:val="single"/>
        </w:rPr>
        <w:t xml:space="preserve">attacks </w:t>
      </w:r>
      <w:r>
        <w:rPr>
          <w:b w:val="0"/>
          <w:i w:val="0"/>
          <w:smallCaps w:val="0"/>
          <w:strike w:val="0"/>
          <w:u w:val="single"/>
        </w:rPr>
        <w:t xml:space="preserve">are particularly </w:t>
      </w:r>
      <w:r>
        <w:rPr>
          <w:b w:val="0"/>
          <w:i w:val="0"/>
          <w:smallCaps w:val="0"/>
          <w:strike w:val="0"/>
          <w:highlight w:val="cyan"/>
          <w:u w:val="single"/>
        </w:rPr>
        <w:t xml:space="preserve">dangerous because </w:t>
      </w:r>
      <w:r>
        <w:rPr>
          <w:b w:val="0"/>
          <w:i w:val="0"/>
          <w:smallCaps w:val="0"/>
          <w:strike w:val="0"/>
          <w:u w:val="single"/>
        </w:rPr>
        <w:t xml:space="preserve">the attack </w:t>
      </w:r>
      <w:r>
        <w:rPr>
          <w:b w:val="0"/>
          <w:i w:val="0"/>
          <w:smallCaps w:val="0"/>
          <w:strike w:val="0"/>
          <w:highlight w:val="cyan"/>
          <w:u w:val="single"/>
        </w:rPr>
        <w:t xml:space="preserve">patterns </w:t>
      </w:r>
      <w:r>
        <w:rPr>
          <w:b w:val="0"/>
          <w:i w:val="0"/>
          <w:smallCaps w:val="0"/>
          <w:strike w:val="0"/>
          <w:u w:val="single"/>
        </w:rPr>
        <w:t xml:space="preserve">do </w:t>
      </w:r>
      <w:r>
        <w:rPr>
          <w:b w:val="0"/>
          <w:i w:val="0"/>
          <w:smallCaps w:val="0"/>
          <w:strike w:val="0"/>
          <w:highlight w:val="cyan"/>
          <w:u w:val="single"/>
        </w:rPr>
        <w:t>not have to be noticeable</w:t>
      </w:r>
      <w:r>
        <w:rPr>
          <w:b w:val="0"/>
          <w:i w:val="0"/>
          <w:smallCaps w:val="0"/>
          <w:strike w:val="0"/>
          <w:u w:val="single"/>
        </w:rPr>
        <w:t xml:space="preserve">, and </w:t>
      </w:r>
      <w:r>
        <w:rPr>
          <w:b w:val="0"/>
          <w:i w:val="0"/>
          <w:smallCaps w:val="0"/>
          <w:strike w:val="0"/>
          <w:highlight w:val="cyan"/>
          <w:u w:val="single"/>
        </w:rPr>
        <w:t xml:space="preserve">can </w:t>
      </w:r>
      <w:r>
        <w:rPr>
          <w:b w:val="0"/>
          <w:i w:val="0"/>
          <w:smallCaps w:val="0"/>
          <w:strike w:val="0"/>
          <w:u w:val="single"/>
        </w:rPr>
        <w:t xml:space="preserve">even </w:t>
      </w:r>
      <w:r>
        <w:rPr>
          <w:b w:val="0"/>
          <w:i w:val="0"/>
          <w:smallCaps w:val="0"/>
          <w:strike w:val="0"/>
          <w:highlight w:val="cyan"/>
          <w:u w:val="single"/>
        </w:rPr>
        <w:t xml:space="preserve">be </w:t>
      </w:r>
      <w:r>
        <w:rPr>
          <w:b w:val="0"/>
          <w:i w:val="0"/>
          <w:smallCaps w:val="0"/>
          <w:strike w:val="0"/>
          <w:u w:val="single"/>
        </w:rPr>
        <w:t xml:space="preserve">completely </w:t>
      </w:r>
      <w:r>
        <w:rPr>
          <w:b w:val="0"/>
          <w:i w:val="0"/>
          <w:smallCaps w:val="0"/>
          <w:strike w:val="0"/>
          <w:highlight w:val="cyan"/>
          <w:u w:val="single"/>
        </w:rPr>
        <w:t xml:space="preserve">undetectable. </w:t>
      </w:r>
      <w:r>
        <w:rPr>
          <w:b w:val="0"/>
          <w:i w:val="0"/>
          <w:smallCaps w:val="0"/>
          <w:strike w:val="0"/>
          <w:u w:val="single"/>
        </w:rPr>
        <w:t>Adversaries can be surgical, changing just a small aspect of the input in a precise and exact way to break the patterns learned previously by the model.</w:t>
      </w:r>
      <w:r>
        <w:rPr>
          <w:b w:val="0"/>
          <w:i w:val="0"/>
          <w:smallCaps w:val="0"/>
          <w:strike w:val="0"/>
          <w:sz w:val="14"/>
          <w:u w:val="none"/>
        </w:rPr>
        <w:t xml:space="preserve"> For attacks on physical objects that must be captured by a sensor or camera before being fed into an AI system, attackers can craft small changes that are just big enough to be captured by the sensor. This is the canonical “tape attack”: attackers figure out that placing a two-inch piece of white tape on the upper corner of a stop sign will exploit a particular brittleness in the patterns learned by the model, turning it into a green light.7 For attacks on digital objects that are fed directly into the AI system, such as an image uploaded to a social network, the attack patterns can be imperceivable to the human eye. This is because in this all-digital setting, the alterations can occur on an individual pixel level, creating alterations that are so small they are literally invisible to the human eye.</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