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can’t prevent itself from being a victim to cyber attacks right now.</w:t>
      </w:r>
    </w:p>
    <w:p>
      <w:pPr>
        <w:spacing w:after="80"/>
      </w:pPr>
      <w:r>
        <w:rPr>
          <w:b/>
          <w:i w:val="0"/>
          <w:smallCaps w:val="0"/>
          <w:strike w:val="0"/>
          <w:sz w:val="26"/>
          <w:u w:val="none"/>
        </w:rPr>
        <w:t>PYMNTS</w:t>
      </w:r>
      <w:r>
        <w:rPr>
          <w:b/>
          <w:i w:val="0"/>
          <w:smallCaps w:val="0"/>
          <w:strike w:val="0"/>
          <w:sz w:val="26"/>
          <w:u w:val="none"/>
        </w:rPr>
        <w:t xml:space="preserve"> </w:t>
      </w:r>
      <w:r>
        <w:rPr>
          <w:b/>
          <w:i w:val="0"/>
          <w:smallCaps w:val="0"/>
          <w:strike w:val="0"/>
          <w:sz w:val="26"/>
          <w:u w:val="none"/>
        </w:rPr>
        <w:t>24</w:t>
      </w:r>
      <w:r>
        <w:rPr>
          <w:b/>
          <w:i w:val="0"/>
          <w:smallCaps w:val="0"/>
          <w:strike w:val="0"/>
          <w:sz w:val="26"/>
          <w:u w:val="none"/>
        </w:rPr>
        <w:t xml:space="preserve"> </w:t>
      </w:r>
      <w:r>
        <w:rPr>
          <w:b w:val="0"/>
          <w:i w:val="0"/>
          <w:smallCaps w:val="0"/>
          <w:strike w:val="0"/>
          <w:u w:val="none"/>
        </w:rPr>
        <w:t>(</w:t>
      </w:r>
      <w:r>
        <w:rPr>
          <w:b w:val="0"/>
          <w:i w:val="0"/>
          <w:smallCaps w:val="0"/>
          <w:strike w:val="0"/>
          <w:u w:val="none"/>
        </w:rPr>
        <w:t>PYMNTS</w:t>
      </w:r>
      <w:r>
        <w:rPr>
          <w:b w:val="0"/>
          <w:i w:val="0"/>
          <w:smallCaps w:val="0"/>
          <w:strike w:val="0"/>
          <w:u w:val="none"/>
        </w:rPr>
        <w:t xml:space="preserve">; </w:t>
      </w:r>
      <w:r>
        <w:rPr>
          <w:b w:val="0"/>
          <w:i w:val="0"/>
          <w:smallCaps w:val="0"/>
          <w:strike w:val="0"/>
          <w:u w:val="none"/>
        </w:rPr>
        <w:t>Latest global news provider on digital economy</w:t>
      </w:r>
      <w:r>
        <w:rPr>
          <w:b w:val="0"/>
          <w:i w:val="0"/>
          <w:smallCaps w:val="0"/>
          <w:strike w:val="0"/>
          <w:u w:val="none"/>
        </w:rPr>
        <w:t>; “</w:t>
      </w:r>
      <w:r>
        <w:rPr>
          <w:b w:val="0"/>
          <w:i w:val="0"/>
          <w:smallCaps w:val="0"/>
          <w:strike w:val="0"/>
          <w:u w:val="none"/>
        </w:rPr>
        <w:t>NIST Says Defending AI Systems From Cyberattacks ‘Hasn’t Been Solved’</w:t>
      </w:r>
      <w:r>
        <w:rPr>
          <w:b w:val="0"/>
          <w:i w:val="0"/>
          <w:smallCaps w:val="0"/>
          <w:strike w:val="0"/>
          <w:u w:val="none"/>
        </w:rPr>
        <w:t xml:space="preserve">,” </w:t>
      </w:r>
      <w:r>
        <w:rPr>
          <w:b w:val="0"/>
          <w:i w:val="0"/>
          <w:smallCaps w:val="0"/>
          <w:strike w:val="0"/>
          <w:u w:val="none"/>
        </w:rPr>
        <w:t>1/5/24</w:t>
      </w:r>
      <w:r>
        <w:rPr>
          <w:b w:val="0"/>
          <w:i w:val="0"/>
          <w:smallCaps w:val="0"/>
          <w:strike w:val="0"/>
          <w:u w:val="none"/>
        </w:rPr>
        <w:t xml:space="preserve">, </w:t>
      </w:r>
      <w:r>
        <w:rPr>
          <w:b w:val="0"/>
          <w:i w:val="0"/>
          <w:smallCaps w:val="0"/>
          <w:strike w:val="0"/>
          <w:u w:val="none"/>
        </w:rPr>
        <w:t>https://www.pymnts.com/news/artificial-intelligence/2024/nist-says-defending-ai-systems-from-cyberattacks-hasnt-been-solved/</w:t>
      </w:r>
      <w:r>
        <w:rPr>
          <w:b w:val="0"/>
          <w:i w:val="0"/>
          <w:smallCaps w:val="0"/>
          <w:strike w:val="0"/>
          <w:u w:val="none"/>
        </w:rPr>
        <w:t>)</w:t>
      </w:r>
    </w:p>
    <w:p>
      <w:pPr>
        <w:spacing w:after="60"/>
      </w:pPr>
      <w:r>
        <w:rPr>
          <w:b w:val="0"/>
          <w:i w:val="0"/>
          <w:smallCaps w:val="0"/>
          <w:strike w:val="0"/>
          <w:u w:val="single"/>
        </w:rPr>
        <w:t>New technologies bring with them new opportunities — and new threats. As we enter the new year, many eyes are on the transformative potential of artificial intelligence (AI). Some of those eyes may belong to bad actors looking to take advantage of the attack vectors endemic to new generative AI systems.</w:t>
      </w:r>
      <w:r>
        <w:rPr>
          <w:b w:val="0"/>
          <w:i w:val="0"/>
          <w:smallCaps w:val="0"/>
          <w:strike w:val="0"/>
          <w:sz w:val="16"/>
          <w:u w:val="none"/>
        </w:rPr>
        <w:t xml:space="preserve"> This, as the U.S. Department of Commerce’s National Institute of Standards and Technology (NIST) on Thursday (Jan. 4) released a “Trustworthy and Responsible AI” report identifying the four types of cyberattacks that can manipulate the behavior of AI systems, as well as key mitigation strategies and their limitations. The government agency has been charged with developing domestic guidelines for the evaluation of AI models and red-teaming; facilitating the development of consensus-based standards; and providing testing environments for the evaluation of AI systems, among other duties. </w:t>
      </w:r>
      <w:r>
        <w:rPr>
          <w:b w:val="0"/>
          <w:i w:val="0"/>
          <w:smallCaps w:val="0"/>
          <w:strike w:val="0"/>
          <w:highlight w:val="cyan"/>
          <w:u w:val="single"/>
        </w:rPr>
        <w:t>NIST</w:t>
      </w:r>
      <w:r>
        <w:rPr>
          <w:b w:val="0"/>
          <w:i w:val="0"/>
          <w:smallCaps w:val="0"/>
          <w:strike w:val="0"/>
          <w:u w:val="single"/>
        </w:rPr>
        <w:t xml:space="preserve"> has </w:t>
      </w:r>
      <w:r>
        <w:rPr>
          <w:b w:val="0"/>
          <w:i w:val="0"/>
          <w:smallCaps w:val="0"/>
          <w:strike w:val="0"/>
          <w:highlight w:val="cyan"/>
          <w:u w:val="single"/>
        </w:rPr>
        <w:t>found</w:t>
      </w:r>
      <w:r>
        <w:rPr>
          <w:b w:val="0"/>
          <w:i w:val="0"/>
          <w:smallCaps w:val="0"/>
          <w:strike w:val="0"/>
          <w:u w:val="single"/>
        </w:rPr>
        <w:t xml:space="preserve"> that </w:t>
      </w:r>
      <w:r>
        <w:rPr>
          <w:b w:val="0"/>
          <w:i w:val="0"/>
          <w:smallCaps w:val="0"/>
          <w:strike w:val="0"/>
          <w:highlight w:val="cyan"/>
          <w:u w:val="single"/>
        </w:rPr>
        <w:t>AI</w:t>
      </w:r>
      <w:r>
        <w:rPr>
          <w:b w:val="0"/>
          <w:i w:val="0"/>
          <w:smallCaps w:val="0"/>
          <w:strike w:val="0"/>
          <w:u w:val="single"/>
        </w:rPr>
        <w:t xml:space="preserve"> systems are increasingly </w:t>
      </w:r>
      <w:r>
        <w:rPr>
          <w:b w:val="0"/>
          <w:i w:val="0"/>
          <w:smallCaps w:val="0"/>
          <w:strike w:val="0"/>
          <w:highlight w:val="cyan"/>
          <w:u w:val="single"/>
        </w:rPr>
        <w:t>vulnerable</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attacks</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w:t>
      </w:r>
      <w:r>
        <w:rPr>
          <w:b w:val="0"/>
          <w:i w:val="0"/>
          <w:smallCaps w:val="0"/>
          <w:strike w:val="0"/>
          <w:highlight w:val="cyan"/>
          <w:u w:val="single"/>
        </w:rPr>
        <w:t>bad</w:t>
      </w:r>
      <w:r>
        <w:rPr>
          <w:b w:val="0"/>
          <w:i w:val="0"/>
          <w:smallCaps w:val="0"/>
          <w:strike w:val="0"/>
          <w:u w:val="single"/>
        </w:rPr>
        <w:t xml:space="preserve"> </w:t>
      </w:r>
      <w:r>
        <w:rPr>
          <w:b w:val="0"/>
          <w:i w:val="0"/>
          <w:smallCaps w:val="0"/>
          <w:strike w:val="0"/>
          <w:highlight w:val="cyan"/>
          <w:u w:val="single"/>
        </w:rPr>
        <w:t>actors that</w:t>
      </w:r>
      <w:r>
        <w:rPr>
          <w:b w:val="0"/>
          <w:i w:val="0"/>
          <w:smallCaps w:val="0"/>
          <w:strike w:val="0"/>
          <w:u w:val="single"/>
        </w:rPr>
        <w:t xml:space="preserve"> can </w:t>
      </w:r>
      <w:r>
        <w:rPr>
          <w:b w:val="0"/>
          <w:i w:val="0"/>
          <w:smallCaps w:val="0"/>
          <w:strike w:val="0"/>
          <w:highlight w:val="cyan"/>
          <w:u w:val="single"/>
        </w:rPr>
        <w:t>evade security</w:t>
      </w:r>
      <w:r>
        <w:rPr>
          <w:b w:val="0"/>
          <w:i w:val="0"/>
          <w:smallCaps w:val="0"/>
          <w:strike w:val="0"/>
          <w:u w:val="single"/>
        </w:rPr>
        <w:t xml:space="preserve"> and even </w:t>
      </w:r>
      <w:r>
        <w:rPr>
          <w:b w:val="0"/>
          <w:i w:val="0"/>
          <w:smallCaps w:val="0"/>
          <w:strike w:val="0"/>
          <w:highlight w:val="cyan"/>
          <w:u w:val="single"/>
        </w:rPr>
        <w:t>prompt data leaks.</w:t>
      </w:r>
      <w:r>
        <w:rPr>
          <w:b w:val="0"/>
          <w:i w:val="0"/>
          <w:smallCaps w:val="0"/>
          <w:strike w:val="0"/>
          <w:sz w:val="16"/>
          <w:u w:val="none"/>
        </w:rPr>
        <w:t xml:space="preserve"> </w:t>
      </w:r>
      <w:r>
        <w:rPr>
          <w:b w:val="0"/>
          <w:i w:val="0"/>
          <w:smallCaps w:val="0"/>
          <w:strike w:val="0"/>
          <w:u w:val="single"/>
        </w:rPr>
        <w:t>“</w:t>
      </w:r>
      <w:r>
        <w:rPr>
          <w:b w:val="0"/>
          <w:i w:val="0"/>
          <w:smallCaps w:val="0"/>
          <w:strike w:val="0"/>
          <w:highlight w:val="cyan"/>
          <w:u w:val="single"/>
        </w:rPr>
        <w:t>Despite</w:t>
      </w:r>
      <w:r>
        <w:rPr>
          <w:b w:val="0"/>
          <w:i w:val="0"/>
          <w:smallCaps w:val="0"/>
          <w:strike w:val="0"/>
          <w:u w:val="single"/>
        </w:rPr>
        <w:t xml:space="preserve"> the significant </w:t>
      </w:r>
      <w:r>
        <w:rPr>
          <w:b w:val="0"/>
          <w:i w:val="0"/>
          <w:smallCaps w:val="0"/>
          <w:strike w:val="0"/>
          <w:highlight w:val="cyan"/>
          <w:u w:val="single"/>
        </w:rPr>
        <w:t>progress</w:t>
      </w:r>
      <w:r>
        <w:rPr>
          <w:b w:val="0"/>
          <w:i w:val="0"/>
          <w:smallCaps w:val="0"/>
          <w:strike w:val="0"/>
          <w:u w:val="single"/>
        </w:rPr>
        <w:t xml:space="preserve"> AI and machine learning have made, these </w:t>
      </w:r>
      <w:r>
        <w:rPr>
          <w:b w:val="0"/>
          <w:i w:val="0"/>
          <w:smallCaps w:val="0"/>
          <w:strike w:val="0"/>
          <w:highlight w:val="cyan"/>
          <w:u w:val="single"/>
        </w:rPr>
        <w:t>tech</w:t>
      </w:r>
      <w:r>
        <w:rPr>
          <w:b w:val="0"/>
          <w:i w:val="0"/>
          <w:smallCaps w:val="0"/>
          <w:strike w:val="0"/>
          <w:u w:val="single"/>
        </w:rPr>
        <w:t xml:space="preserve">nologies are </w:t>
      </w:r>
      <w:r>
        <w:rPr>
          <w:b w:val="0"/>
          <w:i w:val="0"/>
          <w:smallCaps w:val="0"/>
          <w:strike w:val="0"/>
          <w:highlight w:val="cyan"/>
          <w:u w:val="single"/>
        </w:rPr>
        <w:t>vulnerable to attacks that</w:t>
      </w:r>
      <w:r>
        <w:rPr>
          <w:b w:val="0"/>
          <w:i w:val="0"/>
          <w:smallCaps w:val="0"/>
          <w:strike w:val="0"/>
          <w:u w:val="single"/>
        </w:rPr>
        <w:t xml:space="preserve"> can </w:t>
      </w:r>
      <w:r>
        <w:rPr>
          <w:b w:val="0"/>
          <w:i w:val="0"/>
          <w:smallCaps w:val="0"/>
          <w:strike w:val="0"/>
          <w:highlight w:val="cyan"/>
          <w:u w:val="single"/>
        </w:rPr>
        <w:t>cause</w:t>
      </w:r>
      <w:r>
        <w:rPr>
          <w:b w:val="0"/>
          <w:i w:val="0"/>
          <w:smallCaps w:val="0"/>
          <w:strike w:val="0"/>
          <w:u w:val="single"/>
        </w:rPr>
        <w:t xml:space="preserve"> spectacular </w:t>
      </w:r>
      <w:r>
        <w:rPr>
          <w:b w:val="0"/>
          <w:i w:val="0"/>
          <w:smallCaps w:val="0"/>
          <w:strike w:val="0"/>
          <w:highlight w:val="cyan"/>
          <w:u w:val="single"/>
        </w:rPr>
        <w:t>failures with</w:t>
      </w:r>
      <w:r>
        <w:rPr>
          <w:b w:val="0"/>
          <w:i w:val="0"/>
          <w:smallCaps w:val="0"/>
          <w:strike w:val="0"/>
          <w:u w:val="single"/>
        </w:rPr>
        <w:t xml:space="preserve"> dire </w:t>
      </w:r>
      <w:r>
        <w:rPr>
          <w:b w:val="0"/>
          <w:i w:val="0"/>
          <w:smallCaps w:val="0"/>
          <w:strike w:val="0"/>
          <w:highlight w:val="cyan"/>
          <w:u w:val="single"/>
        </w:rPr>
        <w:t>consequences</w:t>
      </w:r>
      <w:r>
        <w:rPr>
          <w:b w:val="0"/>
          <w:i w:val="0"/>
          <w:smallCaps w:val="0"/>
          <w:strike w:val="0"/>
          <w:sz w:val="16"/>
          <w:u w:val="none"/>
        </w:rPr>
        <w:t xml:space="preserve">,” NIST computer scientist Apostol Vassilev, one of the publication’s authors, said. </w:t>
      </w:r>
      <w:r>
        <w:rPr>
          <w:b w:val="0"/>
          <w:i w:val="0"/>
          <w:smallCaps w:val="0"/>
          <w:strike w:val="0"/>
          <w:u w:val="single"/>
        </w:rPr>
        <w:t xml:space="preserve">“There are </w:t>
      </w:r>
      <w:r>
        <w:rPr>
          <w:b w:val="0"/>
          <w:i w:val="0"/>
          <w:smallCaps w:val="0"/>
          <w:strike w:val="0"/>
          <w:highlight w:val="cyan"/>
          <w:u w:val="single"/>
        </w:rPr>
        <w:t>theoretical problems with securing AI algorithms</w:t>
      </w:r>
      <w:r>
        <w:rPr>
          <w:b w:val="0"/>
          <w:i w:val="0"/>
          <w:smallCaps w:val="0"/>
          <w:strike w:val="0"/>
          <w:u w:val="single"/>
        </w:rPr>
        <w:t xml:space="preserve"> that simply </w:t>
      </w:r>
      <w:r>
        <w:rPr>
          <w:b w:val="0"/>
          <w:i w:val="0"/>
          <w:smallCaps w:val="0"/>
          <w:strike w:val="0"/>
          <w:highlight w:val="cyan"/>
          <w:u w:val="single"/>
        </w:rPr>
        <w:t>haven’t been solved yet.</w:t>
      </w:r>
      <w:r>
        <w:rPr>
          <w:b w:val="0"/>
          <w:i w:val="0"/>
          <w:smallCaps w:val="0"/>
          <w:strike w:val="0"/>
          <w:u w:val="single"/>
        </w:rPr>
        <w:t xml:space="preserve"> If anyone says differently, they are selling snake oil.”</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