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aff’s</w:t>
      </w:r>
      <w:r>
        <w:rPr>
          <w:b/>
          <w:i w:val="0"/>
          <w:smallCaps w:val="0"/>
          <w:strike w:val="0"/>
          <w:sz w:val="26"/>
          <w:u w:val="none"/>
        </w:rPr>
        <w:t xml:space="preserve"> </w:t>
      </w:r>
      <w:r>
        <w:rPr>
          <w:b/>
          <w:i w:val="0"/>
          <w:smallCaps w:val="0"/>
          <w:strike w:val="0"/>
          <w:sz w:val="26"/>
          <w:u w:val="single"/>
        </w:rPr>
        <w:t>opposition</w:t>
      </w:r>
      <w:r>
        <w:rPr>
          <w:b/>
          <w:i w:val="0"/>
          <w:smallCaps w:val="0"/>
          <w:strike w:val="0"/>
          <w:sz w:val="26"/>
          <w:u w:val="none"/>
        </w:rPr>
        <w:t xml:space="preserve"> to</w:t>
      </w:r>
      <w:r>
        <w:rPr>
          <w:b/>
          <w:i w:val="0"/>
          <w:smallCaps w:val="0"/>
          <w:strike w:val="0"/>
          <w:sz w:val="26"/>
          <w:u w:val="none"/>
        </w:rPr>
        <w:t xml:space="preserve"> governmentality makes solvency impossible.  Affirmation produces </w:t>
      </w:r>
      <w:r>
        <w:rPr>
          <w:b/>
          <w:i w:val="0"/>
          <w:smallCaps w:val="0"/>
          <w:strike w:val="0"/>
          <w:sz w:val="26"/>
          <w:u w:val="single"/>
        </w:rPr>
        <w:t>catharsis</w:t>
      </w:r>
      <w:r>
        <w:rPr>
          <w:b/>
          <w:i w:val="0"/>
          <w:smallCaps w:val="0"/>
          <w:strike w:val="0"/>
          <w:sz w:val="26"/>
          <w:u w:val="none"/>
        </w:rPr>
        <w:t xml:space="preserve">, but </w:t>
      </w:r>
      <w:r>
        <w:rPr>
          <w:b/>
          <w:i w:val="0"/>
          <w:smallCaps w:val="0"/>
          <w:strike w:val="0"/>
          <w:sz w:val="26"/>
          <w:u w:val="single"/>
        </w:rPr>
        <w:t>cements</w:t>
      </w:r>
      <w:r>
        <w:rPr>
          <w:b/>
          <w:i w:val="0"/>
          <w:smallCaps w:val="0"/>
          <w:strike w:val="0"/>
          <w:sz w:val="26"/>
          <w:u w:val="none"/>
        </w:rPr>
        <w:t xml:space="preserve"> inequality---rejection is key</w:t>
      </w:r>
    </w:p>
    <w:p>
      <w:pPr>
        <w:spacing w:after="80"/>
      </w:pPr>
      <w:r>
        <w:rPr>
          <w:b/>
          <w:i w:val="0"/>
          <w:smallCaps w:val="0"/>
          <w:strike w:val="0"/>
          <w:sz w:val="26"/>
          <w:u w:val="none"/>
        </w:rPr>
        <w:t>Smulewicz-Zucker 15</w:t>
      </w:r>
      <w:r>
        <w:rPr>
          <w:b w:val="0"/>
          <w:i w:val="0"/>
          <w:smallCaps w:val="0"/>
          <w:strike w:val="0"/>
          <w:u w:val="none"/>
        </w:rPr>
        <w:t xml:space="preserve"> – Professor of Philosophy @ Baruch College CUNY</w:t>
      </w:r>
    </w:p>
    <w:p>
      <w:pPr>
        <w:spacing w:after="60"/>
      </w:pPr>
      <w:r>
        <w:rPr>
          <w:b w:val="0"/>
          <w:i w:val="0"/>
          <w:smallCaps w:val="0"/>
          <w:strike w:val="0"/>
          <w:u w:val="none"/>
        </w:rPr>
        <w:t>(Gregory, “The Treason of Intellectual Radicalism and the Collapse of Leftist Politics,” LOGOS, Winter edition)</w:t>
      </w:r>
    </w:p>
    <w:p>
      <w:pPr>
        <w:spacing w:after="60"/>
      </w:pPr>
      <w:r>
        <w:rPr>
          <w:b/>
          <w:i w:val="0"/>
          <w:smallCaps w:val="0"/>
          <w:strike w:val="0"/>
          <w:sz w:val="22"/>
          <w:highlight w:val="cyan"/>
          <w:u w:val="single"/>
        </w:rPr>
        <w:t>Radical politics</w:t>
      </w:r>
      <w:r>
        <w:rPr>
          <w:b/>
          <w:i w:val="0"/>
          <w:smallCaps w:val="0"/>
          <w:strike w:val="0"/>
          <w:sz w:val="22"/>
          <w:u w:val="single"/>
        </w:rPr>
        <w:t xml:space="preserve"> in contemporary western democracies </w:t>
      </w:r>
      <w:r>
        <w:rPr>
          <w:b/>
          <w:i w:val="0"/>
          <w:smallCaps w:val="0"/>
          <w:strike w:val="0"/>
          <w:sz w:val="22"/>
          <w:highlight w:val="cyan"/>
          <w:u w:val="single"/>
        </w:rPr>
        <w:t>finds itself in a</w:t>
      </w:r>
      <w:r>
        <w:rPr>
          <w:b/>
          <w:i w:val="0"/>
          <w:smallCaps w:val="0"/>
          <w:strike w:val="0"/>
          <w:sz w:val="22"/>
          <w:u w:val="single"/>
        </w:rPr>
        <w:t xml:space="preserve"> state of </w:t>
      </w:r>
      <w:r>
        <w:rPr>
          <w:b/>
          <w:i w:val="0"/>
          <w:smallCaps w:val="0"/>
          <w:strike w:val="0"/>
          <w:sz w:val="22"/>
          <w:highlight w:val="cyan"/>
          <w:u w:val="single"/>
        </w:rPr>
        <w:t>crisis</w:t>
      </w:r>
      <w:r>
        <w:rPr>
          <w:b w:val="0"/>
          <w:i w:val="0"/>
          <w:smallCaps w:val="0"/>
          <w:strike w:val="0"/>
          <w:sz w:val="16"/>
          <w:highlight w:val="cyan"/>
          <w:u w:val="none"/>
        </w:rPr>
        <w:t xml:space="preserve">. </w:t>
      </w:r>
      <w:r>
        <w:rPr>
          <w:b/>
          <w:i w:val="0"/>
          <w:smallCaps w:val="0"/>
          <w:strike w:val="0"/>
          <w:sz w:val="22"/>
          <w:highlight w:val="cyan"/>
          <w:u w:val="single"/>
        </w:rPr>
        <w:t xml:space="preserve">When viewed from </w:t>
      </w:r>
      <w:r>
        <w:rPr>
          <w:b/>
          <w:i w:val="0"/>
          <w:smallCaps w:val="0"/>
          <w:strike w:val="0"/>
          <w:sz w:val="22"/>
          <w:u w:val="single"/>
        </w:rPr>
        <w:t xml:space="preserve">the vantage point of </w:t>
      </w:r>
      <w:r>
        <w:rPr>
          <w:b/>
          <w:i w:val="0"/>
          <w:smallCaps w:val="0"/>
          <w:strike w:val="0"/>
          <w:sz w:val="22"/>
          <w:highlight w:val="cyan"/>
          <w:u w:val="single"/>
        </w:rPr>
        <w:t>social</w:t>
      </w:r>
      <w:r>
        <w:rPr>
          <w:b/>
          <w:i w:val="0"/>
          <w:smallCaps w:val="0"/>
          <w:strike w:val="0"/>
          <w:sz w:val="22"/>
          <w:u w:val="single"/>
        </w:rPr>
        <w:t xml:space="preserve"> change, a progressive </w:t>
      </w:r>
      <w:r>
        <w:rPr>
          <w:b/>
          <w:i w:val="0"/>
          <w:smallCaps w:val="0"/>
          <w:strike w:val="0"/>
          <w:sz w:val="22"/>
          <w:highlight w:val="cyan"/>
          <w:u w:val="single"/>
        </w:rPr>
        <w:t>transformation</w:t>
      </w:r>
      <w:r>
        <w:rPr>
          <w:b/>
          <w:i w:val="0"/>
          <w:smallCaps w:val="0"/>
          <w:strike w:val="0"/>
          <w:sz w:val="22"/>
          <w:u w:val="single"/>
        </w:rPr>
        <w:t xml:space="preserve"> of the social order, political </w:t>
      </w:r>
      <w:r>
        <w:rPr>
          <w:b/>
          <w:i w:val="0"/>
          <w:smallCaps w:val="0"/>
          <w:strike w:val="0"/>
          <w:sz w:val="22"/>
          <w:highlight w:val="cyan"/>
          <w:u w:val="single"/>
        </w:rPr>
        <w:t xml:space="preserve">radicalism is </w:t>
      </w:r>
      <w:r>
        <w:rPr>
          <w:b/>
          <w:i w:val="0"/>
          <w:smallCaps w:val="0"/>
          <w:strike w:val="0"/>
          <w:sz w:val="22"/>
          <w:u w:val="single"/>
        </w:rPr>
        <w:t xml:space="preserve">found </w:t>
      </w:r>
      <w:r>
        <w:rPr>
          <w:b/>
          <w:i w:val="0"/>
          <w:smallCaps w:val="0"/>
          <w:strike w:val="0"/>
          <w:sz w:val="22"/>
          <w:highlight w:val="cyan"/>
          <w:u w:val="single"/>
        </w:rPr>
        <w:t>wanting</w:t>
      </w:r>
      <w:r>
        <w:rPr>
          <w:b w:val="0"/>
          <w:i w:val="0"/>
          <w:smallCaps w:val="0"/>
          <w:strike w:val="0"/>
          <w:sz w:val="16"/>
          <w:u w:val="none"/>
        </w:rPr>
        <w:t xml:space="preserve">. This would seem to go against the grain of perceived wisdom. As an academic enterprise, </w:t>
      </w:r>
      <w:r>
        <w:rPr>
          <w:b/>
          <w:i w:val="0"/>
          <w:smallCaps w:val="0"/>
          <w:strike w:val="0"/>
          <w:sz w:val="22"/>
          <w:highlight w:val="cyan"/>
          <w:u w:val="single"/>
        </w:rPr>
        <w:t>radical theory has blossomed</w:t>
      </w:r>
      <w:r>
        <w:rPr>
          <w:b w:val="0"/>
          <w:i w:val="0"/>
          <w:smallCaps w:val="0"/>
          <w:strike w:val="0"/>
          <w:sz w:val="16"/>
          <w:u w:val="none"/>
        </w:rPr>
        <w:t xml:space="preserve">. Figures such as Slavoj Žižek openly discuss Marxism in popular documentaries, new journals have emerged touting a radical “anti-capitalism,” and whole conferences and sub-fields are dominated by questions posed by obscure theoretical texts. </w:t>
      </w:r>
      <w:r>
        <w:rPr>
          <w:b/>
          <w:i w:val="0"/>
          <w:smallCaps w:val="0"/>
          <w:strike w:val="0"/>
          <w:sz w:val="22"/>
          <w:highlight w:val="cyan"/>
          <w:u w:val="single"/>
        </w:rPr>
        <w:t>Despite this, there is a profound lack in</w:t>
      </w:r>
      <w:r>
        <w:rPr>
          <w:b/>
          <w:i w:val="0"/>
          <w:smallCaps w:val="0"/>
          <w:strike w:val="0"/>
          <w:sz w:val="22"/>
          <w:u w:val="single"/>
        </w:rPr>
        <w:t xml:space="preserve"> substantive, </w:t>
      </w:r>
      <w:r>
        <w:rPr>
          <w:b/>
          <w:i w:val="0"/>
          <w:smallCaps w:val="0"/>
          <w:strike w:val="0"/>
          <w:sz w:val="22"/>
          <w:highlight w:val="cyan"/>
          <w:u w:val="single"/>
        </w:rPr>
        <w:t>meaningful political</w:t>
      </w:r>
      <w:r>
        <w:rPr>
          <w:b w:val="0"/>
          <w:i w:val="0"/>
          <w:smallCaps w:val="0"/>
          <w:strike w:val="0"/>
          <w:sz w:val="16"/>
          <w:u w:val="none"/>
        </w:rPr>
        <w:t xml:space="preserve">, social, and cultural </w:t>
      </w:r>
      <w:r>
        <w:rPr>
          <w:b/>
          <w:i w:val="0"/>
          <w:smallCaps w:val="0"/>
          <w:strike w:val="0"/>
          <w:sz w:val="22"/>
          <w:highlight w:val="cyan"/>
          <w:u w:val="single"/>
        </w:rPr>
        <w:t>criticism</w:t>
      </w:r>
      <w:r>
        <w:rPr>
          <w:b/>
          <w:i w:val="0"/>
          <w:smallCaps w:val="0"/>
          <w:strike w:val="0"/>
          <w:sz w:val="22"/>
          <w:u w:val="single"/>
        </w:rPr>
        <w:t xml:space="preserve"> of the kind </w:t>
      </w:r>
      <w:r>
        <w:rPr>
          <w:b/>
          <w:i w:val="0"/>
          <w:smallCaps w:val="0"/>
          <w:strike w:val="0"/>
          <w:sz w:val="22"/>
          <w:highlight w:val="cyan"/>
          <w:u w:val="single"/>
        </w:rPr>
        <w:t>that once made progressive</w:t>
      </w:r>
      <w:r>
        <w:rPr>
          <w:b/>
          <w:i w:val="0"/>
          <w:smallCaps w:val="0"/>
          <w:strike w:val="0"/>
          <w:sz w:val="22"/>
          <w:u w:val="single"/>
        </w:rPr>
        <w:t xml:space="preserve"> and rational </w:t>
      </w:r>
      <w:r>
        <w:rPr>
          <w:b/>
          <w:i w:val="0"/>
          <w:smallCaps w:val="0"/>
          <w:strike w:val="0"/>
          <w:sz w:val="22"/>
          <w:u w:val="single"/>
        </w:rPr>
        <w:t xml:space="preserve">left </w:t>
      </w:r>
      <w:r>
        <w:rPr>
          <w:b/>
          <w:i w:val="0"/>
          <w:smallCaps w:val="0"/>
          <w:strike w:val="0"/>
          <w:sz w:val="22"/>
          <w:highlight w:val="cyan"/>
          <w:u w:val="single"/>
        </w:rPr>
        <w:t>political discourse relevant to</w:t>
      </w:r>
      <w:r>
        <w:rPr>
          <w:b w:val="0"/>
          <w:i w:val="0"/>
          <w:smallCaps w:val="0"/>
          <w:strike w:val="0"/>
          <w:sz w:val="16"/>
          <w:u w:val="none"/>
        </w:rPr>
        <w:t xml:space="preserve"> the </w:t>
      </w:r>
      <w:r>
        <w:rPr>
          <w:b/>
          <w:i w:val="0"/>
          <w:smallCaps w:val="0"/>
          <w:strike w:val="0"/>
          <w:sz w:val="22"/>
          <w:u w:val="single"/>
        </w:rPr>
        <w:t xml:space="preserve">machinations of real </w:t>
      </w:r>
      <w:r>
        <w:rPr>
          <w:b/>
          <w:i w:val="0"/>
          <w:smallCaps w:val="0"/>
          <w:strike w:val="0"/>
          <w:sz w:val="22"/>
          <w:highlight w:val="cyan"/>
          <w:u w:val="single"/>
        </w:rPr>
        <w:t>politics</w:t>
      </w:r>
      <w:r>
        <w:rPr>
          <w:b/>
          <w:i w:val="0"/>
          <w:smallCaps w:val="0"/>
          <w:strike w:val="0"/>
          <w:sz w:val="22"/>
          <w:u w:val="single"/>
        </w:rPr>
        <w:t xml:space="preserve"> and the broader culture</w:t>
      </w:r>
      <w:r>
        <w:rPr>
          <w:b w:val="0"/>
          <w:i w:val="0"/>
          <w:smallCaps w:val="0"/>
          <w:strike w:val="0"/>
          <w:sz w:val="16"/>
          <w:u w:val="none"/>
        </w:rPr>
        <w:t xml:space="preserve">. Today, </w:t>
      </w:r>
      <w:r>
        <w:rPr>
          <w:b/>
          <w:i w:val="0"/>
          <w:smallCaps w:val="0"/>
          <w:strike w:val="0"/>
          <w:sz w:val="22"/>
          <w:highlight w:val="cyan"/>
          <w:u w:val="single"/>
        </w:rPr>
        <w:t xml:space="preserve">leftist political theory in the academy has fallen under the spell of ideas </w:t>
      </w:r>
      <w:r>
        <w:rPr>
          <w:b/>
          <w:i w:val="0"/>
          <w:smallCaps w:val="0"/>
          <w:strike w:val="0"/>
          <w:sz w:val="22"/>
          <w:u w:val="single"/>
        </w:rPr>
        <w:t xml:space="preserve">so </w:t>
      </w:r>
      <w:r>
        <w:rPr>
          <w:b/>
          <w:i w:val="0"/>
          <w:smallCaps w:val="0"/>
          <w:strike w:val="0"/>
          <w:sz w:val="22"/>
          <w:u w:val="single"/>
        </w:rPr>
        <w:t>far</w:t>
      </w:r>
      <w:r>
        <w:rPr>
          <w:b/>
          <w:i w:val="0"/>
          <w:smallCaps w:val="0"/>
          <w:strike w:val="0"/>
          <w:sz w:val="22"/>
          <w:u w:val="single"/>
        </w:rPr>
        <w:t xml:space="preserve"> </w:t>
      </w:r>
      <w:r>
        <w:rPr>
          <w:b/>
          <w:i w:val="0"/>
          <w:smallCaps w:val="0"/>
          <w:strike w:val="0"/>
          <w:sz w:val="22"/>
          <w:highlight w:val="cyan"/>
          <w:u w:val="single"/>
        </w:rPr>
        <w:t>removed from actual political issues</w:t>
      </w:r>
      <w:r>
        <w:rPr>
          <w:b/>
          <w:i w:val="0"/>
          <w:smallCaps w:val="0"/>
          <w:strike w:val="0"/>
          <w:sz w:val="22"/>
          <w:u w:val="single"/>
        </w:rPr>
        <w:t xml:space="preserve"> that the question can be posed whether</w:t>
      </w:r>
      <w:r>
        <w:rPr>
          <w:b w:val="0"/>
          <w:i w:val="0"/>
          <w:smallCaps w:val="0"/>
          <w:strike w:val="0"/>
          <w:sz w:val="16"/>
          <w:u w:val="none"/>
        </w:rPr>
        <w:t xml:space="preserve"> the traditions of </w:t>
      </w:r>
      <w:r>
        <w:rPr>
          <w:b/>
          <w:i w:val="0"/>
          <w:smallCaps w:val="0"/>
          <w:strike w:val="0"/>
          <w:sz w:val="22"/>
          <w:u w:val="single"/>
        </w:rPr>
        <w:t>left critique</w:t>
      </w:r>
      <w:r>
        <w:rPr>
          <w:b w:val="0"/>
          <w:i w:val="0"/>
          <w:smallCaps w:val="0"/>
          <w:strike w:val="0"/>
          <w:sz w:val="16"/>
          <w:u w:val="none"/>
        </w:rPr>
        <w:t xml:space="preserve"> that gave intellectual support to the great movements of modernity – from the workers movement to the Civil Rights movement – </w:t>
      </w:r>
      <w:r>
        <w:rPr>
          <w:b/>
          <w:i w:val="0"/>
          <w:smallCaps w:val="0"/>
          <w:strike w:val="0"/>
          <w:sz w:val="22"/>
          <w:u w:val="single"/>
        </w:rPr>
        <w:t>possess a critical mass to sustain future struggles</w:t>
      </w:r>
      <w:r>
        <w:rPr>
          <w:b w:val="0"/>
          <w:i w:val="0"/>
          <w:smallCaps w:val="0"/>
          <w:strike w:val="0"/>
          <w:sz w:val="16"/>
          <w:u w:val="none"/>
        </w:rPr>
        <w:t xml:space="preserve">. </w:t>
      </w:r>
      <w:r>
        <w:rPr>
          <w:b/>
          <w:i w:val="0"/>
          <w:smallCaps w:val="0"/>
          <w:strike w:val="0"/>
          <w:sz w:val="22"/>
          <w:u w:val="single"/>
        </w:rPr>
        <w:t xml:space="preserve">Quite to the contrary, </w:t>
      </w:r>
      <w:r>
        <w:rPr>
          <w:b/>
          <w:i w:val="0"/>
          <w:smallCaps w:val="0"/>
          <w:strike w:val="0"/>
          <w:sz w:val="22"/>
          <w:highlight w:val="cyan"/>
          <w:u w:val="single"/>
        </w:rPr>
        <w:t>social movements have lost political momentum, they are</w:t>
      </w:r>
      <w:r>
        <w:rPr>
          <w:b/>
          <w:i w:val="0"/>
          <w:smallCaps w:val="0"/>
          <w:strike w:val="0"/>
          <w:sz w:val="22"/>
          <w:u w:val="single"/>
        </w:rPr>
        <w:t xml:space="preserve"> </w:t>
      </w:r>
      <w:r>
        <w:rPr>
          <w:b/>
          <w:i w:val="0"/>
          <w:smallCaps w:val="0"/>
          <w:strike w:val="0"/>
          <w:sz w:val="22"/>
          <w:highlight w:val="cyan"/>
          <w:u w:val="single"/>
        </w:rPr>
        <w:t>generally focused on</w:t>
      </w:r>
      <w:r>
        <w:rPr>
          <w:b/>
          <w:i w:val="0"/>
          <w:smallCaps w:val="0"/>
          <w:strike w:val="0"/>
          <w:sz w:val="22"/>
          <w:u w:val="single"/>
        </w:rPr>
        <w:t xml:space="preserve"> questions of </w:t>
      </w:r>
      <w:r>
        <w:rPr>
          <w:b/>
          <w:i w:val="0"/>
          <w:smallCaps w:val="0"/>
          <w:strike w:val="0"/>
          <w:sz w:val="22"/>
          <w:highlight w:val="cyan"/>
          <w:u w:val="single"/>
        </w:rPr>
        <w:t>culture</w:t>
      </w:r>
      <w:r>
        <w:rPr>
          <w:b/>
          <w:i w:val="0"/>
          <w:smallCaps w:val="0"/>
          <w:strike w:val="0"/>
          <w:sz w:val="22"/>
          <w:u w:val="single"/>
        </w:rPr>
        <w:t>,</w:t>
      </w:r>
      <w:r>
        <w:rPr>
          <w:b w:val="0"/>
          <w:i w:val="0"/>
          <w:smallCaps w:val="0"/>
          <w:strike w:val="0"/>
          <w:sz w:val="16"/>
          <w:u w:val="none"/>
        </w:rPr>
        <w:t xml:space="preserve"> shallow discussions of class, </w:t>
      </w:r>
      <w:r>
        <w:rPr>
          <w:b/>
          <w:i w:val="0"/>
          <w:smallCaps w:val="0"/>
          <w:strike w:val="0"/>
          <w:sz w:val="22"/>
          <w:highlight w:val="cyan"/>
          <w:u w:val="single"/>
        </w:rPr>
        <w:t>and</w:t>
      </w:r>
      <w:r>
        <w:rPr>
          <w:b/>
          <w:i w:val="0"/>
          <w:smallCaps w:val="0"/>
          <w:strike w:val="0"/>
          <w:sz w:val="22"/>
          <w:u w:val="single"/>
        </w:rPr>
        <w:t xml:space="preserve"> are generally </w:t>
      </w:r>
      <w:r>
        <w:rPr>
          <w:b/>
          <w:i w:val="0"/>
          <w:smallCaps w:val="0"/>
          <w:strike w:val="0"/>
          <w:sz w:val="22"/>
          <w:highlight w:val="cyan"/>
          <w:u w:val="single"/>
        </w:rPr>
        <w:t>obsessed with</w:t>
      </w:r>
      <w:r>
        <w:rPr>
          <w:b/>
          <w:i w:val="0"/>
          <w:smallCaps w:val="0"/>
          <w:strike w:val="0"/>
          <w:sz w:val="22"/>
          <w:u w:val="single"/>
        </w:rPr>
        <w:t xml:space="preserve"> questions of </w:t>
      </w:r>
      <w:r>
        <w:rPr>
          <w:b/>
          <w:i w:val="0"/>
          <w:smallCaps w:val="0"/>
          <w:strike w:val="0"/>
          <w:sz w:val="22"/>
          <w:highlight w:val="cyan"/>
          <w:u w:val="single"/>
        </w:rPr>
        <w:t xml:space="preserve">identity </w:t>
      </w:r>
      <w:r>
        <w:rPr>
          <w:b/>
          <w:i w:val="0"/>
          <w:smallCaps w:val="0"/>
          <w:strike w:val="0"/>
          <w:sz w:val="24"/>
          <w:highlight w:val="cyan"/>
          <w:u w:val="single"/>
        </w:rPr>
        <w:t>divorced from</w:t>
      </w:r>
      <w:r>
        <w:rPr>
          <w:b w:val="0"/>
          <w:i w:val="0"/>
          <w:smallCaps w:val="0"/>
          <w:strike w:val="0"/>
          <w:sz w:val="16"/>
          <w:u w:val="none"/>
        </w:rPr>
        <w:t xml:space="preserve"> the </w:t>
      </w:r>
      <w:r>
        <w:rPr>
          <w:b/>
          <w:i w:val="0"/>
          <w:smallCaps w:val="0"/>
          <w:strike w:val="0"/>
          <w:sz w:val="24"/>
          <w:highlight w:val="cyan"/>
          <w:u w:val="single"/>
        </w:rPr>
        <w:t>questions of</w:t>
      </w:r>
      <w:r>
        <w:rPr>
          <w:b w:val="0"/>
          <w:i w:val="0"/>
          <w:smallCaps w:val="0"/>
          <w:strike w:val="0"/>
          <w:sz w:val="16"/>
          <w:u w:val="none"/>
        </w:rPr>
        <w:t xml:space="preserve"> material forms of oppression rather than on the great “social question” of unequal distributions of economic and </w:t>
      </w:r>
      <w:r>
        <w:rPr>
          <w:b/>
          <w:i w:val="0"/>
          <w:smallCaps w:val="0"/>
          <w:strike w:val="0"/>
          <w:sz w:val="24"/>
          <w:highlight w:val="cyan"/>
          <w:u w:val="single"/>
        </w:rPr>
        <w:t>political</w:t>
      </w:r>
      <w:r>
        <w:rPr>
          <w:b/>
          <w:i w:val="0"/>
          <w:smallCaps w:val="0"/>
          <w:strike w:val="0"/>
          <w:sz w:val="24"/>
          <w:u w:val="single"/>
        </w:rPr>
        <w:t xml:space="preserve"> </w:t>
      </w:r>
      <w:r>
        <w:rPr>
          <w:b/>
          <w:i w:val="0"/>
          <w:smallCaps w:val="0"/>
          <w:strike w:val="0"/>
          <w:sz w:val="24"/>
          <w:highlight w:val="cyan"/>
          <w:u w:val="single"/>
        </w:rPr>
        <w:t>power</w:t>
      </w:r>
      <w:r>
        <w:rPr>
          <w:b/>
          <w:i w:val="0"/>
          <w:smallCaps w:val="0"/>
          <w:strike w:val="0"/>
          <w:sz w:val="22"/>
          <w:highlight w:val="cyan"/>
          <w:u w:val="single"/>
        </w:rPr>
        <w:t xml:space="preserve"> which once served as the driving impulse for</w:t>
      </w:r>
      <w:r>
        <w:rPr>
          <w:b/>
          <w:i w:val="0"/>
          <w:smallCaps w:val="0"/>
          <w:strike w:val="0"/>
          <w:sz w:val="22"/>
          <w:u w:val="single"/>
        </w:rPr>
        <w:t xml:space="preserve"> political, social and cultural </w:t>
      </w:r>
      <w:r>
        <w:rPr>
          <w:b/>
          <w:i w:val="0"/>
          <w:smallCaps w:val="0"/>
          <w:strike w:val="0"/>
          <w:sz w:val="22"/>
          <w:highlight w:val="cyan"/>
          <w:u w:val="single"/>
        </w:rPr>
        <w:t>transformation. As these</w:t>
      </w:r>
      <w:r>
        <w:rPr>
          <w:b/>
          <w:i w:val="0"/>
          <w:smallCaps w:val="0"/>
          <w:strike w:val="0"/>
          <w:sz w:val="22"/>
          <w:u w:val="single"/>
        </w:rPr>
        <w:t xml:space="preserve"> new </w:t>
      </w:r>
      <w:r>
        <w:rPr>
          <w:b/>
          <w:i w:val="0"/>
          <w:smallCaps w:val="0"/>
          <w:strike w:val="0"/>
          <w:sz w:val="22"/>
          <w:highlight w:val="cyan"/>
          <w:u w:val="single"/>
        </w:rPr>
        <w:t>radical</w:t>
      </w:r>
      <w:r>
        <w:rPr>
          <w:b/>
          <w:i w:val="0"/>
          <w:smallCaps w:val="0"/>
          <w:strike w:val="0"/>
          <w:sz w:val="22"/>
          <w:u w:val="single"/>
        </w:rPr>
        <w:t xml:space="preserve"> mandarins spill ink on futile </w:t>
      </w:r>
      <w:r>
        <w:rPr>
          <w:b/>
          <w:i w:val="0"/>
          <w:smallCaps w:val="0"/>
          <w:strike w:val="0"/>
          <w:sz w:val="22"/>
          <w:highlight w:val="cyan"/>
          <w:u w:val="single"/>
        </w:rPr>
        <w:t>debates over</w:t>
      </w:r>
      <w:r>
        <w:rPr>
          <w:b/>
          <w:i w:val="0"/>
          <w:smallCaps w:val="0"/>
          <w:strike w:val="0"/>
          <w:sz w:val="22"/>
          <w:u w:val="single"/>
        </w:rPr>
        <w:t xml:space="preserve"> “</w:t>
      </w:r>
      <w:r>
        <w:rPr>
          <w:b/>
          <w:i w:val="0"/>
          <w:smallCaps w:val="0"/>
          <w:strike w:val="0"/>
          <w:sz w:val="22"/>
          <w:highlight w:val="cyan"/>
          <w:u w:val="single"/>
        </w:rPr>
        <w:t>desire,” “identity,” and</w:t>
      </w:r>
      <w:r>
        <w:rPr>
          <w:b w:val="0"/>
          <w:i w:val="0"/>
          <w:smallCaps w:val="0"/>
          <w:strike w:val="0"/>
          <w:sz w:val="16"/>
          <w:u w:val="none"/>
        </w:rPr>
        <w:t xml:space="preserve"> illusory visions of </w:t>
      </w:r>
      <w:r>
        <w:rPr>
          <w:b/>
          <w:i w:val="0"/>
          <w:smallCaps w:val="0"/>
          <w:strike w:val="0"/>
          <w:sz w:val="22"/>
          <w:highlight w:val="cyan"/>
          <w:u w:val="single"/>
        </w:rPr>
        <w:t>anarchic democracy</w:t>
      </w:r>
      <w:r>
        <w:rPr>
          <w:b w:val="0"/>
          <w:i w:val="0"/>
          <w:smallCaps w:val="0"/>
          <w:strike w:val="0"/>
          <w:sz w:val="16"/>
          <w:u w:val="none"/>
        </w:rPr>
        <w:t xml:space="preserve">, </w:t>
      </w:r>
      <w:r>
        <w:rPr>
          <w:b/>
          <w:i w:val="0"/>
          <w:smallCaps w:val="0"/>
          <w:strike w:val="0"/>
          <w:sz w:val="22"/>
          <w:u w:val="single"/>
        </w:rPr>
        <w:t xml:space="preserve">economic inequality has </w:t>
      </w:r>
      <w:r>
        <w:rPr>
          <w:b/>
          <w:i w:val="0"/>
          <w:smallCaps w:val="0"/>
          <w:strike w:val="0"/>
          <w:sz w:val="22"/>
          <w:highlight w:val="cyan"/>
          <w:u w:val="single"/>
        </w:rPr>
        <w:t>ballooned</w:t>
      </w:r>
      <w:r>
        <w:rPr>
          <w:b w:val="0"/>
          <w:i w:val="0"/>
          <w:smallCaps w:val="0"/>
          <w:strike w:val="0"/>
          <w:sz w:val="16"/>
          <w:u w:val="none"/>
        </w:rPr>
        <w:t xml:space="preserve"> into oligarchic proportions, </w:t>
      </w:r>
      <w:r>
        <w:rPr>
          <w:b/>
          <w:i w:val="0"/>
          <w:smallCaps w:val="0"/>
          <w:strike w:val="0"/>
          <w:sz w:val="22"/>
          <w:u w:val="single"/>
        </w:rPr>
        <w:t xml:space="preserve">working </w:t>
      </w:r>
      <w:r>
        <w:rPr>
          <w:b/>
          <w:i w:val="0"/>
          <w:smallCaps w:val="0"/>
          <w:strike w:val="0"/>
          <w:sz w:val="22"/>
          <w:highlight w:val="cyan"/>
          <w:u w:val="single"/>
        </w:rPr>
        <w:t>people have been increasingly</w:t>
      </w:r>
      <w:r>
        <w:rPr>
          <w:b/>
          <w:i w:val="0"/>
          <w:smallCaps w:val="0"/>
          <w:strike w:val="0"/>
          <w:sz w:val="22"/>
          <w:u w:val="single"/>
        </w:rPr>
        <w:t xml:space="preserve"> </w:t>
      </w:r>
      <w:r>
        <w:rPr>
          <w:b/>
          <w:i w:val="0"/>
          <w:smallCaps w:val="0"/>
          <w:strike w:val="0"/>
          <w:sz w:val="22"/>
          <w:highlight w:val="cyan"/>
          <w:u w:val="single"/>
        </w:rPr>
        <w:t>marginalized</w:t>
      </w:r>
      <w:r>
        <w:rPr>
          <w:b/>
          <w:i w:val="0"/>
          <w:smallCaps w:val="0"/>
          <w:strike w:val="0"/>
          <w:sz w:val="22"/>
          <w:u w:val="single"/>
        </w:rPr>
        <w:t>, and ethnic minority groups are turned into a modern “coolie” labor force</w:t>
      </w:r>
      <w:r>
        <w:rPr>
          <w:b w:val="0"/>
          <w:i w:val="0"/>
          <w:smallCaps w:val="0"/>
          <w:strike w:val="0"/>
          <w:sz w:val="16"/>
          <w:u w:val="none"/>
        </w:rPr>
        <w:t xml:space="preserve">. </w:t>
      </w:r>
      <w:r>
        <w:rPr>
          <w:b/>
          <w:i w:val="0"/>
          <w:smallCaps w:val="0"/>
          <w:strike w:val="0"/>
          <w:sz w:val="22"/>
          <w:highlight w:val="cyan"/>
          <w:u w:val="single"/>
        </w:rPr>
        <w:t>This has been the result</w:t>
      </w:r>
      <w:r>
        <w:rPr>
          <w:b w:val="0"/>
          <w:i w:val="0"/>
          <w:smallCaps w:val="0"/>
          <w:strike w:val="0"/>
          <w:sz w:val="16"/>
          <w:u w:val="none"/>
        </w:rPr>
        <w:t xml:space="preserve">, we contend, </w:t>
      </w:r>
      <w:r>
        <w:rPr>
          <w:b/>
          <w:i w:val="0"/>
          <w:smallCaps w:val="0"/>
          <w:strike w:val="0"/>
          <w:sz w:val="22"/>
          <w:u w:val="single"/>
        </w:rPr>
        <w:t xml:space="preserve">of </w:t>
      </w:r>
      <w:r>
        <w:rPr>
          <w:b/>
          <w:i w:val="0"/>
          <w:smallCaps w:val="0"/>
          <w:strike w:val="0"/>
          <w:sz w:val="22"/>
          <w:highlight w:val="cyan"/>
          <w:u w:val="single"/>
        </w:rPr>
        <w:t xml:space="preserve">a lack of </w:t>
      </w:r>
      <w:r>
        <w:rPr>
          <w:b/>
          <w:i w:val="0"/>
          <w:smallCaps w:val="0"/>
          <w:strike w:val="0"/>
          <w:sz w:val="24"/>
          <w:highlight w:val="cyan"/>
          <w:u w:val="single"/>
        </w:rPr>
        <w:t>concern with real politics</w:t>
      </w:r>
      <w:r>
        <w:rPr>
          <w:b/>
          <w:i w:val="0"/>
          <w:smallCaps w:val="0"/>
          <w:strike w:val="0"/>
          <w:sz w:val="22"/>
          <w:highlight w:val="cyan"/>
          <w:u w:val="single"/>
        </w:rPr>
        <w:t xml:space="preserve"> in</w:t>
      </w:r>
      <w:r>
        <w:rPr>
          <w:b/>
          <w:i w:val="0"/>
          <w:smallCaps w:val="0"/>
          <w:strike w:val="0"/>
          <w:sz w:val="22"/>
          <w:u w:val="single"/>
        </w:rPr>
        <w:t xml:space="preserve"> contemporary </w:t>
      </w:r>
      <w:r>
        <w:rPr>
          <w:b/>
          <w:i w:val="0"/>
          <w:smallCaps w:val="0"/>
          <w:strike w:val="0"/>
          <w:sz w:val="22"/>
          <w:highlight w:val="cyan"/>
          <w:u w:val="single"/>
        </w:rPr>
        <w:t>radical theory</w:t>
      </w:r>
      <w:r>
        <w:rPr>
          <w:b w:val="0"/>
          <w:i w:val="0"/>
          <w:smallCaps w:val="0"/>
          <w:strike w:val="0"/>
          <w:sz w:val="16"/>
          <w:u w:val="none"/>
        </w:rPr>
        <w:t xml:space="preserve">. Further, we believe that </w:t>
      </w:r>
      <w:r>
        <w:rPr>
          <w:b/>
          <w:i w:val="0"/>
          <w:smallCaps w:val="0"/>
          <w:strike w:val="0"/>
          <w:sz w:val="22"/>
          <w:u w:val="single"/>
        </w:rPr>
        <w:t>this is the result of a transformation of</w:t>
      </w:r>
      <w:r>
        <w:rPr>
          <w:b w:val="0"/>
          <w:i w:val="0"/>
          <w:smallCaps w:val="0"/>
          <w:strike w:val="0"/>
          <w:sz w:val="16"/>
          <w:u w:val="none"/>
        </w:rPr>
        <w:t xml:space="preserve"> ideas, that contemporary political theory on </w:t>
      </w:r>
      <w:r>
        <w:rPr>
          <w:b/>
          <w:i w:val="0"/>
          <w:smallCaps w:val="0"/>
          <w:strike w:val="0"/>
          <w:sz w:val="22"/>
          <w:u w:val="single"/>
        </w:rPr>
        <w:t>the left</w:t>
      </w:r>
      <w:r>
        <w:rPr>
          <w:b w:val="0"/>
          <w:i w:val="0"/>
          <w:smallCaps w:val="0"/>
          <w:strike w:val="0"/>
          <w:sz w:val="16"/>
          <w:u w:val="none"/>
        </w:rPr>
        <w:t xml:space="preserve"> has witnessed a decisive shift in focus in recent decades – </w:t>
      </w:r>
      <w:r>
        <w:rPr>
          <w:b/>
          <w:i w:val="0"/>
          <w:smallCaps w:val="0"/>
          <w:strike w:val="0"/>
          <w:sz w:val="22"/>
          <w:u w:val="single"/>
        </w:rPr>
        <w:t>a shift that has produced nothing less than the incoherence of the tradition of progressive politics in our age</w:t>
      </w:r>
      <w:r>
        <w:rPr>
          <w:b w:val="0"/>
          <w:i w:val="0"/>
          <w:smallCaps w:val="0"/>
          <w:strike w:val="0"/>
          <w:sz w:val="16"/>
          <w:u w:val="none"/>
        </w:rPr>
        <w:t xml:space="preserve">. At a time when the left is struggling to redefine itself and respond to current political and economic crises, a series of trends in contemporary theory has reshaped the ways that politics is understood and practiced. Older thinkers such as Michel Foucault, Jacques Lacan, and Jacques Derrida, and newer voices like Alain Badiou, Jacques Rancière, David Graeber and Judith Butler, among others, have risen to the status of academic and cultural icons while their ideas have become embedded in the “logics” of new social movements. As some aspects of the recent Occupy Wall Street demonstrations have shown, </w:t>
      </w:r>
      <w:r>
        <w:rPr>
          <w:b/>
          <w:i w:val="0"/>
          <w:smallCaps w:val="0"/>
          <w:strike w:val="0"/>
          <w:sz w:val="22"/>
          <w:highlight w:val="cyan"/>
          <w:u w:val="single"/>
        </w:rPr>
        <w:t>political discourse has</w:t>
      </w:r>
      <w:r>
        <w:rPr>
          <w:b/>
          <w:i w:val="0"/>
          <w:smallCaps w:val="0"/>
          <w:strike w:val="0"/>
          <w:sz w:val="22"/>
          <w:u w:val="single"/>
        </w:rPr>
        <w:t xml:space="preserve"> </w:t>
      </w:r>
      <w:r>
        <w:rPr>
          <w:b/>
          <w:i w:val="0"/>
          <w:smallCaps w:val="0"/>
          <w:strike w:val="0"/>
          <w:sz w:val="22"/>
          <w:highlight w:val="cyan"/>
          <w:u w:val="single"/>
        </w:rPr>
        <w:t>become</w:t>
      </w:r>
      <w:r>
        <w:rPr>
          <w:b/>
          <w:i w:val="0"/>
          <w:smallCaps w:val="0"/>
          <w:strike w:val="0"/>
          <w:sz w:val="22"/>
          <w:u w:val="single"/>
        </w:rPr>
        <w:t xml:space="preserve"> increasingly </w:t>
      </w:r>
      <w:r>
        <w:rPr>
          <w:b/>
          <w:i w:val="0"/>
          <w:smallCaps w:val="0"/>
          <w:strike w:val="0"/>
          <w:sz w:val="22"/>
          <w:highlight w:val="cyan"/>
          <w:u w:val="single"/>
        </w:rPr>
        <w:t>dominated by</w:t>
      </w:r>
      <w:r>
        <w:rPr>
          <w:b/>
          <w:i w:val="0"/>
          <w:smallCaps w:val="0"/>
          <w:strike w:val="0"/>
          <w:sz w:val="22"/>
          <w:u w:val="single"/>
        </w:rPr>
        <w:t xml:space="preserve"> the impulses of </w:t>
      </w:r>
      <w:r>
        <w:rPr>
          <w:b/>
          <w:i w:val="0"/>
          <w:smallCaps w:val="0"/>
          <w:strike w:val="0"/>
          <w:sz w:val="22"/>
          <w:highlight w:val="cyan"/>
          <w:u w:val="single"/>
        </w:rPr>
        <w:t>neo-anarchism, identity politics, post-colonialism, and other intellectual fads</w:t>
      </w:r>
      <w:r>
        <w:rPr>
          <w:b w:val="0"/>
          <w:i w:val="0"/>
          <w:smallCaps w:val="0"/>
          <w:strike w:val="0"/>
          <w:sz w:val="16"/>
          <w:u w:val="none"/>
        </w:rPr>
        <w:t xml:space="preserve">. </w:t>
      </w:r>
      <w:r>
        <w:rPr>
          <w:b/>
          <w:i w:val="0"/>
          <w:smallCaps w:val="0"/>
          <w:strike w:val="0"/>
          <w:sz w:val="22"/>
          <w:highlight w:val="cyan"/>
          <w:u w:val="single"/>
        </w:rPr>
        <w:t>This</w:t>
      </w:r>
      <w:r>
        <w:rPr>
          <w:b/>
          <w:i w:val="0"/>
          <w:smallCaps w:val="0"/>
          <w:strike w:val="0"/>
          <w:sz w:val="22"/>
          <w:u w:val="single"/>
        </w:rPr>
        <w:t xml:space="preserve"> new </w:t>
      </w:r>
      <w:r>
        <w:rPr>
          <w:b/>
          <w:i w:val="0"/>
          <w:smallCaps w:val="0"/>
          <w:strike w:val="0"/>
          <w:sz w:val="22"/>
          <w:highlight w:val="cyan"/>
          <w:u w:val="single"/>
        </w:rPr>
        <w:t>radicalism has made itself</w:t>
      </w:r>
      <w:r>
        <w:rPr>
          <w:b/>
          <w:i w:val="0"/>
          <w:smallCaps w:val="0"/>
          <w:strike w:val="0"/>
          <w:sz w:val="22"/>
          <w:u w:val="single"/>
        </w:rPr>
        <w:t xml:space="preserve"> </w:t>
      </w:r>
      <w:r>
        <w:rPr>
          <w:b/>
          <w:i w:val="0"/>
          <w:smallCaps w:val="0"/>
          <w:strike w:val="0"/>
          <w:sz w:val="24"/>
          <w:u w:val="single"/>
        </w:rPr>
        <w:t xml:space="preserve">so </w:t>
      </w:r>
      <w:r>
        <w:rPr>
          <w:b/>
          <w:i w:val="0"/>
          <w:smallCaps w:val="0"/>
          <w:strike w:val="0"/>
          <w:sz w:val="24"/>
          <w:highlight w:val="cyan"/>
          <w:u w:val="single"/>
        </w:rPr>
        <w:t>irrelevant</w:t>
      </w:r>
      <w:r>
        <w:rPr>
          <w:b/>
          <w:i w:val="0"/>
          <w:smallCaps w:val="0"/>
          <w:strike w:val="0"/>
          <w:sz w:val="22"/>
          <w:highlight w:val="cyan"/>
          <w:u w:val="single"/>
        </w:rPr>
        <w:t xml:space="preserve"> with respect to </w:t>
      </w:r>
      <w:r>
        <w:rPr>
          <w:b/>
          <w:i w:val="0"/>
          <w:smallCaps w:val="0"/>
          <w:strike w:val="0"/>
          <w:sz w:val="24"/>
          <w:highlight w:val="cyan"/>
          <w:u w:val="single"/>
        </w:rPr>
        <w:t>real politics</w:t>
      </w:r>
      <w:r>
        <w:rPr>
          <w:b/>
          <w:i w:val="0"/>
          <w:smallCaps w:val="0"/>
          <w:strike w:val="0"/>
          <w:sz w:val="22"/>
          <w:u w:val="single"/>
        </w:rPr>
        <w:t xml:space="preserve"> that </w:t>
      </w:r>
      <w:r>
        <w:rPr>
          <w:b/>
          <w:i w:val="0"/>
          <w:smallCaps w:val="0"/>
          <w:strike w:val="0"/>
          <w:sz w:val="22"/>
          <w:highlight w:val="cyan"/>
          <w:u w:val="single"/>
        </w:rPr>
        <w:t xml:space="preserve">it ends up serving as a kind of </w:t>
      </w:r>
      <w:r>
        <w:rPr>
          <w:b/>
          <w:i w:val="0"/>
          <w:smallCaps w:val="0"/>
          <w:strike w:val="0"/>
          <w:sz w:val="24"/>
          <w:highlight w:val="cyan"/>
          <w:u w:val="single"/>
        </w:rPr>
        <w:t>cathartic space</w:t>
      </w:r>
      <w:r>
        <w:rPr>
          <w:b/>
          <w:i w:val="0"/>
          <w:smallCaps w:val="0"/>
          <w:strike w:val="0"/>
          <w:sz w:val="22"/>
          <w:highlight w:val="cyan"/>
          <w:u w:val="single"/>
        </w:rPr>
        <w:t xml:space="preserve"> </w:t>
      </w:r>
      <w:r>
        <w:rPr>
          <w:b/>
          <w:i w:val="0"/>
          <w:smallCaps w:val="0"/>
          <w:strike w:val="0"/>
          <w:sz w:val="22"/>
          <w:u w:val="single"/>
        </w:rPr>
        <w:t>for</w:t>
      </w:r>
      <w:r>
        <w:rPr>
          <w:b/>
          <w:i w:val="0"/>
          <w:smallCaps w:val="0"/>
          <w:strike w:val="0"/>
          <w:sz w:val="22"/>
          <w:u w:val="single"/>
        </w:rPr>
        <w:t xml:space="preserve"> the justifiable </w:t>
      </w:r>
      <w:r>
        <w:rPr>
          <w:b/>
          <w:i w:val="0"/>
          <w:smallCaps w:val="0"/>
          <w:strike w:val="0"/>
          <w:sz w:val="22"/>
          <w:highlight w:val="cyan"/>
          <w:u w:val="single"/>
        </w:rPr>
        <w:t>anxieties</w:t>
      </w:r>
      <w:r>
        <w:rPr>
          <w:b/>
          <w:i w:val="0"/>
          <w:smallCaps w:val="0"/>
          <w:strike w:val="0"/>
          <w:sz w:val="22"/>
          <w:u w:val="single"/>
        </w:rPr>
        <w:t xml:space="preserve"> </w:t>
      </w:r>
      <w:r>
        <w:rPr>
          <w:b/>
          <w:i w:val="0"/>
          <w:smallCaps w:val="0"/>
          <w:strike w:val="0"/>
          <w:sz w:val="22"/>
          <w:highlight w:val="cyan"/>
          <w:u w:val="single"/>
        </w:rPr>
        <w:t>wrought by late capitalism</w:t>
      </w:r>
      <w:r>
        <w:rPr>
          <w:b w:val="0"/>
          <w:i w:val="0"/>
          <w:smallCaps w:val="0"/>
          <w:strike w:val="0"/>
          <w:sz w:val="16"/>
          <w:u w:val="none"/>
        </w:rPr>
        <w:t xml:space="preserve">, </w:t>
      </w:r>
      <w:r>
        <w:rPr>
          <w:b/>
          <w:i w:val="0"/>
          <w:smallCaps w:val="0"/>
          <w:strike w:val="0"/>
          <w:sz w:val="24"/>
          <w:highlight w:val="cyan"/>
          <w:u w:val="single"/>
        </w:rPr>
        <w:t>further stabilizing</w:t>
      </w:r>
      <w:r>
        <w:rPr>
          <w:b/>
          <w:i w:val="0"/>
          <w:smallCaps w:val="0"/>
          <w:strike w:val="0"/>
          <w:sz w:val="24"/>
          <w:u w:val="single"/>
        </w:rPr>
        <w:t xml:space="preserve"> its </w:t>
      </w:r>
      <w:r>
        <w:rPr>
          <w:b/>
          <w:i w:val="0"/>
          <w:smallCaps w:val="0"/>
          <w:strike w:val="0"/>
          <w:sz w:val="24"/>
          <w:highlight w:val="cyan"/>
          <w:u w:val="single"/>
        </w:rPr>
        <w:t>systemic and integrative power rather than disrupting</w:t>
      </w:r>
      <w:r>
        <w:rPr>
          <w:b/>
          <w:i w:val="0"/>
          <w:smallCaps w:val="0"/>
          <w:strike w:val="0"/>
          <w:sz w:val="24"/>
          <w:u w:val="single"/>
        </w:rPr>
        <w:t xml:space="preserve"> </w:t>
      </w:r>
      <w:r>
        <w:rPr>
          <w:b/>
          <w:i w:val="0"/>
          <w:smallCaps w:val="0"/>
          <w:strike w:val="0"/>
          <w:sz w:val="24"/>
          <w:highlight w:val="cyan"/>
          <w:u w:val="single"/>
        </w:rPr>
        <w:t>it</w:t>
      </w:r>
      <w:r>
        <w:rPr>
          <w:b w:val="0"/>
          <w:i w:val="0"/>
          <w:smallCaps w:val="0"/>
          <w:strike w:val="0"/>
          <w:sz w:val="16"/>
          <w:highlight w:val="cyan"/>
          <w:u w:val="none"/>
        </w:rPr>
        <w:t>.</w:t>
      </w:r>
      <w:r>
        <w:rPr>
          <w:b w:val="0"/>
          <w:i w:val="0"/>
          <w:smallCaps w:val="0"/>
          <w:strike w:val="0"/>
          <w:sz w:val="16"/>
          <w:u w:val="none"/>
        </w:rPr>
        <w:t xml:space="preserve"> </w:t>
      </w:r>
      <w:r>
        <w:rPr>
          <w:b/>
          <w:i w:val="0"/>
          <w:smallCaps w:val="0"/>
          <w:strike w:val="0"/>
          <w:sz w:val="22"/>
          <w:u w:val="single"/>
        </w:rPr>
        <w:t>These trends are the products as well as unwitting allies of that which they oppose</w:t>
      </w:r>
      <w:r>
        <w:rPr>
          <w:b w:val="0"/>
          <w:i w:val="0"/>
          <w:smallCaps w:val="0"/>
          <w:strike w:val="0"/>
          <w:sz w:val="16"/>
          <w:u w:val="none"/>
        </w:rPr>
        <w:t xml:space="preserve">. The transformation of radical and progressive politics throughout the latter half of the twentieth and the early decades of the twenty-first centuries is characterized by both a sociological shift as well as an intellectual one. A core thesis has been that the shift from industrial to post-industrial society has led to the weakening of class politics. But this is unsatisfying. There is no reason why class cannot be seen in the divisions of mental and service labor as it was with an industrial proletariat. There is no reason why political power rooted in unequal property and control over resources, in the capacity for some to command and to control the labor of others as well as the consumption of others ought not to be a basic political imperative. To this end, what </w:t>
      </w:r>
      <w:r>
        <w:rPr>
          <w:b/>
          <w:i w:val="0"/>
          <w:smallCaps w:val="0"/>
          <w:strike w:val="0"/>
          <w:sz w:val="22"/>
          <w:highlight w:val="cyan"/>
          <w:u w:val="single"/>
        </w:rPr>
        <w:t>we</w:t>
      </w:r>
      <w:r>
        <w:rPr>
          <w:b w:val="0"/>
          <w:i w:val="0"/>
          <w:smallCaps w:val="0"/>
          <w:strike w:val="0"/>
          <w:sz w:val="16"/>
          <w:u w:val="none"/>
        </w:rPr>
        <w:t xml:space="preserve"> would call a rational radical politics </w:t>
      </w:r>
      <w:r>
        <w:rPr>
          <w:b/>
          <w:i w:val="0"/>
          <w:smallCaps w:val="0"/>
          <w:strike w:val="0"/>
          <w:sz w:val="22"/>
          <w:highlight w:val="cyan"/>
          <w:u w:val="single"/>
        </w:rPr>
        <w:t>should seek not</w:t>
      </w:r>
      <w:r>
        <w:rPr>
          <w:b/>
          <w:i w:val="0"/>
          <w:smallCaps w:val="0"/>
          <w:strike w:val="0"/>
          <w:sz w:val="22"/>
          <w:u w:val="single"/>
        </w:rPr>
        <w:t xml:space="preserve"> the utopian </w:t>
      </w:r>
      <w:r>
        <w:rPr>
          <w:b w:val="0"/>
          <w:i w:val="0"/>
          <w:smallCaps w:val="0"/>
          <w:strike w:val="0"/>
          <w:sz w:val="16"/>
          <w:u w:val="none"/>
        </w:rPr>
        <w:t>end of a “</w:t>
      </w:r>
      <w:r>
        <w:rPr>
          <w:b/>
          <w:i w:val="0"/>
          <w:smallCaps w:val="0"/>
          <w:strike w:val="0"/>
          <w:sz w:val="22"/>
          <w:highlight w:val="cyan"/>
          <w:u w:val="single"/>
        </w:rPr>
        <w:t>post-statist” politics, but</w:t>
      </w:r>
      <w:r>
        <w:rPr>
          <w:b w:val="0"/>
          <w:i w:val="0"/>
          <w:smallCaps w:val="0"/>
          <w:strike w:val="0"/>
          <w:sz w:val="16"/>
          <w:u w:val="none"/>
        </w:rPr>
        <w:t xml:space="preserve"> rather </w:t>
      </w:r>
      <w:r>
        <w:rPr>
          <w:b/>
          <w:i w:val="0"/>
          <w:smallCaps w:val="0"/>
          <w:strike w:val="0"/>
          <w:sz w:val="22"/>
          <w:highlight w:val="cyan"/>
          <w:u w:val="single"/>
        </w:rPr>
        <w:t>to enrich</w:t>
      </w:r>
      <w:r>
        <w:rPr>
          <w:b/>
          <w:i w:val="0"/>
          <w:smallCaps w:val="0"/>
          <w:strike w:val="0"/>
          <w:sz w:val="22"/>
          <w:u w:val="single"/>
        </w:rPr>
        <w:t xml:space="preserve"> common </w:t>
      </w:r>
      <w:r>
        <w:rPr>
          <w:b/>
          <w:i w:val="0"/>
          <w:smallCaps w:val="0"/>
          <w:strike w:val="0"/>
          <w:sz w:val="22"/>
          <w:highlight w:val="cyan"/>
          <w:u w:val="single"/>
        </w:rPr>
        <w:t>goods, erode</w:t>
      </w:r>
      <w:r>
        <w:rPr>
          <w:b/>
          <w:i w:val="0"/>
          <w:smallCaps w:val="0"/>
          <w:strike w:val="0"/>
          <w:sz w:val="22"/>
          <w:u w:val="single"/>
        </w:rPr>
        <w:t xml:space="preserve"> the great </w:t>
      </w:r>
      <w:r>
        <w:rPr>
          <w:b/>
          <w:i w:val="0"/>
          <w:smallCaps w:val="0"/>
          <w:strike w:val="0"/>
          <w:sz w:val="22"/>
          <w:highlight w:val="cyan"/>
          <w:u w:val="single"/>
        </w:rPr>
        <w:t>divisions of wealth and</w:t>
      </w:r>
      <w:r>
        <w:rPr>
          <w:b w:val="0"/>
          <w:i w:val="0"/>
          <w:smallCaps w:val="0"/>
          <w:strike w:val="0"/>
          <w:sz w:val="16"/>
          <w:u w:val="none"/>
        </w:rPr>
        <w:t xml:space="preserve"> class, </w:t>
      </w:r>
      <w:r>
        <w:rPr>
          <w:b/>
          <w:i w:val="0"/>
          <w:smallCaps w:val="0"/>
          <w:strike w:val="0"/>
          <w:sz w:val="22"/>
          <w:highlight w:val="cyan"/>
          <w:u w:val="single"/>
        </w:rPr>
        <w:t>democratize</w:t>
      </w:r>
      <w:r>
        <w:rPr>
          <w:b w:val="0"/>
          <w:i w:val="0"/>
          <w:smallCaps w:val="0"/>
          <w:strike w:val="0"/>
          <w:sz w:val="16"/>
          <w:u w:val="none"/>
        </w:rPr>
        <w:t xml:space="preserve"> all aspects of </w:t>
      </w:r>
      <w:r>
        <w:rPr>
          <w:b/>
          <w:i w:val="0"/>
          <w:smallCaps w:val="0"/>
          <w:strike w:val="0"/>
          <w:sz w:val="22"/>
          <w:highlight w:val="cyan"/>
          <w:u w:val="single"/>
        </w:rPr>
        <w:t>society</w:t>
      </w:r>
      <w:r>
        <w:rPr>
          <w:b w:val="0"/>
          <w:i w:val="0"/>
          <w:smallCaps w:val="0"/>
          <w:strike w:val="0"/>
          <w:sz w:val="16"/>
          <w:u w:val="none"/>
        </w:rPr>
        <w:t xml:space="preserve"> and economy, </w:t>
      </w:r>
      <w:r>
        <w:rPr>
          <w:b/>
          <w:i w:val="0"/>
          <w:smallCaps w:val="0"/>
          <w:strike w:val="0"/>
          <w:sz w:val="22"/>
          <w:highlight w:val="cyan"/>
          <w:u w:val="single"/>
        </w:rPr>
        <w:t>and</w:t>
      </w:r>
      <w:r>
        <w:rPr>
          <w:b/>
          <w:i w:val="0"/>
          <w:smallCaps w:val="0"/>
          <w:strike w:val="0"/>
          <w:sz w:val="22"/>
          <w:u w:val="single"/>
        </w:rPr>
        <w:t xml:space="preserve"> seek to </w:t>
      </w:r>
      <w:r>
        <w:rPr>
          <w:b/>
          <w:i w:val="0"/>
          <w:smallCaps w:val="0"/>
          <w:strike w:val="0"/>
          <w:sz w:val="22"/>
          <w:highlight w:val="cyan"/>
          <w:u w:val="single"/>
        </w:rPr>
        <w:t>orient the powers of</w:t>
      </w:r>
      <w:r>
        <w:rPr>
          <w:b/>
          <w:i w:val="0"/>
          <w:smallCaps w:val="0"/>
          <w:strike w:val="0"/>
          <w:sz w:val="22"/>
          <w:u w:val="single"/>
        </w:rPr>
        <w:t xml:space="preserve"> individuals and the </w:t>
      </w:r>
      <w:r>
        <w:rPr>
          <w:b/>
          <w:i w:val="0"/>
          <w:smallCaps w:val="0"/>
          <w:strike w:val="0"/>
          <w:sz w:val="22"/>
          <w:highlight w:val="cyan"/>
          <w:u w:val="single"/>
        </w:rPr>
        <w:t>community</w:t>
      </w:r>
      <w:r>
        <w:rPr>
          <w:b/>
          <w:i w:val="0"/>
          <w:smallCaps w:val="0"/>
          <w:strike w:val="0"/>
          <w:sz w:val="22"/>
          <w:u w:val="single"/>
        </w:rPr>
        <w:t xml:space="preserve"> toward common ends</w:t>
      </w:r>
      <w:r>
        <w:rPr>
          <w:b w:val="0"/>
          <w:i w:val="0"/>
          <w:smallCaps w:val="0"/>
          <w:strike w:val="0"/>
          <w:sz w:val="16"/>
          <w:u w:val="none"/>
        </w:rPr>
        <w:t xml:space="preserve">. Indeed, only by widening the struggles of labor and re-thinking the ends of the labor movement – connecting the struggles labor to issues beyond the workplace, to education, the environment, public life, issues of racial and gender equality, culture and the nature of the social order more broadly – can we envision a revitalization of a worker’s movement, one that would have no need of the alienated theory of the new radicals.[1] But this is merely one fringe expression of what we see as a corrupted, simplified and de-politicized “new” radicalism. </w:t>
      </w:r>
      <w:r>
        <w:rPr>
          <w:b/>
          <w:i w:val="0"/>
          <w:smallCaps w:val="0"/>
          <w:strike w:val="0"/>
          <w:sz w:val="22"/>
          <w:highlight w:val="cyan"/>
          <w:u w:val="single"/>
        </w:rPr>
        <w:t>Once grounded in</w:t>
      </w:r>
      <w:r>
        <w:rPr>
          <w:b/>
          <w:i w:val="0"/>
          <w:smallCaps w:val="0"/>
          <w:strike w:val="0"/>
          <w:sz w:val="22"/>
          <w:u w:val="single"/>
        </w:rPr>
        <w:t xml:space="preserve"> the</w:t>
      </w:r>
      <w:r>
        <w:rPr>
          <w:b w:val="0"/>
          <w:i w:val="0"/>
          <w:smallCaps w:val="0"/>
          <w:strike w:val="0"/>
          <w:sz w:val="16"/>
          <w:u w:val="none"/>
        </w:rPr>
        <w:t xml:space="preserve"> Enlightenment </w:t>
      </w:r>
      <w:r>
        <w:rPr>
          <w:b/>
          <w:i w:val="0"/>
          <w:smallCaps w:val="0"/>
          <w:strike w:val="0"/>
          <w:sz w:val="22"/>
          <w:u w:val="single"/>
        </w:rPr>
        <w:t>impulse for</w:t>
      </w:r>
      <w:r>
        <w:rPr>
          <w:b w:val="0"/>
          <w:i w:val="0"/>
          <w:smallCaps w:val="0"/>
          <w:strike w:val="0"/>
          <w:sz w:val="16"/>
          <w:u w:val="none"/>
        </w:rPr>
        <w:t xml:space="preserve"> progress, </w:t>
      </w:r>
      <w:r>
        <w:rPr>
          <w:b/>
          <w:i w:val="0"/>
          <w:smallCaps w:val="0"/>
          <w:strike w:val="0"/>
          <w:sz w:val="22"/>
          <w:u w:val="single"/>
        </w:rPr>
        <w:t xml:space="preserve">equality, rationalism, and the </w:t>
      </w:r>
      <w:r>
        <w:rPr>
          <w:b/>
          <w:i w:val="0"/>
          <w:smallCaps w:val="0"/>
          <w:strike w:val="0"/>
          <w:sz w:val="22"/>
          <w:highlight w:val="cyan"/>
          <w:u w:val="single"/>
        </w:rPr>
        <w:t>critical confrontation with asymmetrical power relations</w:t>
      </w:r>
      <w:r>
        <w:rPr>
          <w:b/>
          <w:i w:val="0"/>
          <w:smallCaps w:val="0"/>
          <w:strike w:val="0"/>
          <w:sz w:val="22"/>
          <w:u w:val="single"/>
        </w:rPr>
        <w:t xml:space="preserve">, the </w:t>
      </w:r>
      <w:r>
        <w:rPr>
          <w:b/>
          <w:i w:val="0"/>
          <w:smallCaps w:val="0"/>
          <w:strike w:val="0"/>
          <w:sz w:val="22"/>
          <w:highlight w:val="cyan"/>
          <w:u w:val="single"/>
        </w:rPr>
        <w:t>dominant</w:t>
      </w:r>
      <w:r>
        <w:rPr>
          <w:b/>
          <w:i w:val="0"/>
          <w:smallCaps w:val="0"/>
          <w:strike w:val="0"/>
          <w:sz w:val="22"/>
          <w:u w:val="single"/>
        </w:rPr>
        <w:t xml:space="preserve"> </w:t>
      </w:r>
      <w:r>
        <w:rPr>
          <w:b/>
          <w:i w:val="0"/>
          <w:smallCaps w:val="0"/>
          <w:strike w:val="0"/>
          <w:sz w:val="22"/>
          <w:highlight w:val="cyan"/>
          <w:u w:val="single"/>
        </w:rPr>
        <w:t>trends of radical political</w:t>
      </w:r>
      <w:r>
        <w:rPr>
          <w:b/>
          <w:i w:val="0"/>
          <w:smallCaps w:val="0"/>
          <w:strike w:val="0"/>
          <w:sz w:val="22"/>
          <w:u w:val="single"/>
        </w:rPr>
        <w:t xml:space="preserve"> thought now </w:t>
      </w:r>
      <w:r>
        <w:rPr>
          <w:b/>
          <w:i w:val="0"/>
          <w:smallCaps w:val="0"/>
          <w:strike w:val="0"/>
          <w:sz w:val="22"/>
          <w:highlight w:val="cyan"/>
          <w:u w:val="single"/>
        </w:rPr>
        <w:t>evade</w:t>
      </w:r>
      <w:r>
        <w:rPr>
          <w:b w:val="0"/>
          <w:i w:val="0"/>
          <w:smallCaps w:val="0"/>
          <w:strike w:val="0"/>
          <w:sz w:val="16"/>
          <w:u w:val="none"/>
        </w:rPr>
        <w:t xml:space="preserve"> the concrete nature of </w:t>
      </w:r>
      <w:r>
        <w:rPr>
          <w:b/>
          <w:i w:val="0"/>
          <w:smallCaps w:val="0"/>
          <w:strike w:val="0"/>
          <w:sz w:val="22"/>
          <w:highlight w:val="cyan"/>
          <w:u w:val="single"/>
        </w:rPr>
        <w:t>these concerns</w:t>
      </w:r>
      <w:r>
        <w:rPr>
          <w:b w:val="0"/>
          <w:i w:val="0"/>
          <w:smallCaps w:val="0"/>
          <w:strike w:val="0"/>
          <w:sz w:val="16"/>
          <w:u w:val="none"/>
        </w:rPr>
        <w:t xml:space="preserve">. The battles that raged in the 1980s and 1990s between postmodernists and defenders of modernity – while serving as a harbinger of the contemporary split between the radical theorists divorced from reality and those who seek to establish anti-foundationalist conceptions of democratic discourse – were attached to a strong sense that the future of rationalism and radical politics hung in the balance. </w:t>
      </w:r>
      <w:r>
        <w:rPr>
          <w:b/>
          <w:i w:val="0"/>
          <w:smallCaps w:val="0"/>
          <w:strike w:val="0"/>
          <w:sz w:val="22"/>
          <w:u w:val="single"/>
        </w:rPr>
        <w:t xml:space="preserve">Today’s radical intellectuals do not feel compelled to defend their arguments or respond to their critics. Their purported radicalism becomes all the more opaque when the coherence of their claims is called into question. </w:t>
      </w:r>
      <w:r>
        <w:rPr>
          <w:b/>
          <w:i w:val="0"/>
          <w:smallCaps w:val="0"/>
          <w:strike w:val="0"/>
          <w:sz w:val="22"/>
          <w:highlight w:val="cyan"/>
          <w:u w:val="single"/>
        </w:rPr>
        <w:t>A concern for an exaggerated subjectivity, identity politics</w:t>
      </w:r>
      <w:r>
        <w:rPr>
          <w:b/>
          <w:i w:val="0"/>
          <w:smallCaps w:val="0"/>
          <w:strike w:val="0"/>
          <w:sz w:val="22"/>
          <w:u w:val="single"/>
        </w:rPr>
        <w:t xml:space="preserve">, </w:t>
      </w:r>
      <w:r>
        <w:rPr>
          <w:b/>
          <w:i w:val="0"/>
          <w:smallCaps w:val="0"/>
          <w:strike w:val="0"/>
          <w:sz w:val="22"/>
          <w:highlight w:val="cyan"/>
          <w:u w:val="single"/>
        </w:rPr>
        <w:t xml:space="preserve">anti-empirical theories of power, an obsession with “difference” </w:t>
      </w:r>
      <w:r>
        <w:rPr>
          <w:b w:val="0"/>
          <w:i w:val="0"/>
          <w:smallCaps w:val="0"/>
          <w:strike w:val="0"/>
          <w:sz w:val="16"/>
          <w:highlight w:val="cyan"/>
          <w:u w:val="none"/>
        </w:rPr>
        <w:t xml:space="preserve">– </w:t>
      </w:r>
      <w:r>
        <w:rPr>
          <w:b/>
          <w:i w:val="0"/>
          <w:smallCaps w:val="0"/>
          <w:strike w:val="0"/>
          <w:sz w:val="22"/>
          <w:highlight w:val="cyan"/>
          <w:u w:val="single"/>
        </w:rPr>
        <w:t>all serve to</w:t>
      </w:r>
      <w:r>
        <w:rPr>
          <w:b/>
          <w:i w:val="0"/>
          <w:smallCaps w:val="0"/>
          <w:strike w:val="0"/>
          <w:sz w:val="22"/>
          <w:u w:val="single"/>
        </w:rPr>
        <w:t xml:space="preserve"> </w:t>
      </w:r>
      <w:r>
        <w:rPr>
          <w:b/>
          <w:i w:val="0"/>
          <w:smallCaps w:val="0"/>
          <w:strike w:val="0"/>
          <w:sz w:val="22"/>
          <w:highlight w:val="cyan"/>
          <w:u w:val="single"/>
        </w:rPr>
        <w:t>deplete the radical tradition of its potency</w:t>
      </w:r>
      <w:r>
        <w:rPr>
          <w:b w:val="0"/>
          <w:i w:val="0"/>
          <w:smallCaps w:val="0"/>
          <w:strike w:val="0"/>
          <w:sz w:val="16"/>
          <w:highlight w:val="cyan"/>
          <w:u w:val="none"/>
        </w:rPr>
        <w:t xml:space="preserve">. </w:t>
      </w:r>
      <w:r>
        <w:rPr>
          <w:b/>
          <w:i w:val="0"/>
          <w:smallCaps w:val="0"/>
          <w:strike w:val="0"/>
          <w:sz w:val="22"/>
          <w:highlight w:val="cyan"/>
          <w:u w:val="single"/>
        </w:rPr>
        <w:t>Radical intellectuals</w:t>
      </w:r>
      <w:r>
        <w:rPr>
          <w:b/>
          <w:i w:val="0"/>
          <w:smallCaps w:val="0"/>
          <w:strike w:val="0"/>
          <w:sz w:val="22"/>
          <w:u w:val="single"/>
        </w:rPr>
        <w:t xml:space="preserve"> now formulate new vocabularies</w:t>
      </w:r>
      <w:r>
        <w:rPr>
          <w:b w:val="0"/>
          <w:i w:val="0"/>
          <w:smallCaps w:val="0"/>
          <w:strike w:val="0"/>
          <w:sz w:val="16"/>
          <w:u w:val="none"/>
        </w:rPr>
        <w:t xml:space="preserve">, invent new forms of “subjectivity,” </w:t>
      </w:r>
      <w:r>
        <w:rPr>
          <w:b/>
          <w:i w:val="0"/>
          <w:smallCaps w:val="0"/>
          <w:strike w:val="0"/>
          <w:sz w:val="22"/>
          <w:u w:val="single"/>
        </w:rPr>
        <w:t xml:space="preserve">and </w:t>
      </w:r>
      <w:r>
        <w:rPr>
          <w:b/>
          <w:i w:val="0"/>
          <w:smallCaps w:val="0"/>
          <w:strike w:val="0"/>
          <w:sz w:val="22"/>
          <w:highlight w:val="cyan"/>
          <w:u w:val="single"/>
        </w:rPr>
        <w:t>concoct new languages of</w:t>
      </w:r>
      <w:r>
        <w:rPr>
          <w:b/>
          <w:i w:val="0"/>
          <w:smallCaps w:val="0"/>
          <w:strike w:val="0"/>
          <w:sz w:val="22"/>
          <w:u w:val="single"/>
        </w:rPr>
        <w:t xml:space="preserve"> </w:t>
      </w:r>
      <w:r>
        <w:rPr>
          <w:b/>
          <w:i w:val="0"/>
          <w:smallCaps w:val="0"/>
          <w:strike w:val="0"/>
          <w:sz w:val="22"/>
          <w:highlight w:val="cyan"/>
          <w:u w:val="single"/>
        </w:rPr>
        <w:t>discourse that only</w:t>
      </w:r>
      <w:r>
        <w:rPr>
          <w:b/>
          <w:i w:val="0"/>
          <w:smallCaps w:val="0"/>
          <w:strike w:val="0"/>
          <w:sz w:val="22"/>
          <w:u w:val="single"/>
        </w:rPr>
        <w:t xml:space="preserve"> serve to </w:t>
      </w:r>
      <w:r>
        <w:rPr>
          <w:b/>
          <w:i w:val="0"/>
          <w:smallCaps w:val="0"/>
          <w:strike w:val="0"/>
          <w:sz w:val="22"/>
          <w:highlight w:val="cyan"/>
          <w:u w:val="single"/>
        </w:rPr>
        <w:t>splinter</w:t>
      </w:r>
      <w:r>
        <w:rPr>
          <w:b/>
          <w:i w:val="0"/>
          <w:smallCaps w:val="0"/>
          <w:strike w:val="0"/>
          <w:sz w:val="22"/>
          <w:u w:val="single"/>
        </w:rPr>
        <w:t xml:space="preserve"> forms of </w:t>
      </w:r>
      <w:r>
        <w:rPr>
          <w:b/>
          <w:i w:val="0"/>
          <w:smallCaps w:val="0"/>
          <w:strike w:val="0"/>
          <w:sz w:val="22"/>
          <w:highlight w:val="cyan"/>
          <w:u w:val="single"/>
        </w:rPr>
        <w:t>political resistance, consigning</w:t>
      </w:r>
      <w:r>
        <w:rPr>
          <w:b/>
          <w:i w:val="0"/>
          <w:smallCaps w:val="0"/>
          <w:strike w:val="0"/>
          <w:sz w:val="22"/>
          <w:u w:val="single"/>
        </w:rPr>
        <w:t xml:space="preserve"> </w:t>
      </w:r>
      <w:r>
        <w:rPr>
          <w:b/>
          <w:i w:val="0"/>
          <w:smallCaps w:val="0"/>
          <w:strike w:val="0"/>
          <w:sz w:val="22"/>
          <w:highlight w:val="cyan"/>
          <w:u w:val="single"/>
        </w:rPr>
        <w:t xml:space="preserve">radicalism to the depths of </w:t>
      </w:r>
      <w:r>
        <w:rPr>
          <w:b/>
          <w:i w:val="0"/>
          <w:smallCaps w:val="0"/>
          <w:strike w:val="0"/>
          <w:sz w:val="24"/>
          <w:highlight w:val="cyan"/>
          <w:u w:val="single"/>
        </w:rPr>
        <w:t>incoherence and</w:t>
      </w:r>
      <w:r>
        <w:rPr>
          <w:b w:val="0"/>
          <w:i w:val="0"/>
          <w:smallCaps w:val="0"/>
          <w:strike w:val="0"/>
          <w:sz w:val="16"/>
          <w:u w:val="none"/>
        </w:rPr>
        <w:t xml:space="preserve"> (academic success notwithstanding) </w:t>
      </w:r>
      <w:r>
        <w:rPr>
          <w:b/>
          <w:i w:val="0"/>
          <w:smallCaps w:val="0"/>
          <w:strike w:val="0"/>
          <w:sz w:val="24"/>
          <w:highlight w:val="cyan"/>
          <w:u w:val="single"/>
        </w:rPr>
        <w:t>political</w:t>
      </w:r>
      <w:r>
        <w:rPr>
          <w:b/>
          <w:i w:val="0"/>
          <w:smallCaps w:val="0"/>
          <w:strike w:val="0"/>
          <w:sz w:val="24"/>
          <w:u w:val="single"/>
        </w:rPr>
        <w:t xml:space="preserve"> </w:t>
      </w:r>
      <w:r>
        <w:rPr>
          <w:b/>
          <w:i w:val="0"/>
          <w:smallCaps w:val="0"/>
          <w:strike w:val="0"/>
          <w:sz w:val="24"/>
          <w:highlight w:val="cyan"/>
          <w:u w:val="single"/>
        </w:rPr>
        <w:t>irrelevance</w:t>
      </w:r>
      <w:r>
        <w:rPr>
          <w:b w:val="0"/>
          <w:i w:val="0"/>
          <w:smallCaps w:val="0"/>
          <w:strike w:val="0"/>
          <w:sz w:val="16"/>
          <w:u w:val="none"/>
        </w:rPr>
        <w:t xml:space="preserve">. Indeed, </w:t>
      </w:r>
      <w:r>
        <w:rPr>
          <w:b/>
          <w:i w:val="0"/>
          <w:smallCaps w:val="0"/>
          <w:strike w:val="0"/>
          <w:sz w:val="22"/>
          <w:highlight w:val="cyan"/>
          <w:u w:val="single"/>
        </w:rPr>
        <w:t>the disintegration of the great radical movements</w:t>
      </w:r>
      <w:r>
        <w:rPr>
          <w:b/>
          <w:i w:val="0"/>
          <w:smallCaps w:val="0"/>
          <w:strike w:val="0"/>
          <w:sz w:val="22"/>
          <w:u w:val="single"/>
        </w:rPr>
        <w:t xml:space="preserve"> of the nineteenth and twentieth centuries – </w:t>
      </w:r>
      <w:r>
        <w:rPr>
          <w:b/>
          <w:i w:val="0"/>
          <w:smallCaps w:val="0"/>
          <w:strike w:val="0"/>
          <w:sz w:val="22"/>
          <w:highlight w:val="cyan"/>
          <w:u w:val="single"/>
        </w:rPr>
        <w:t>from</w:t>
      </w:r>
      <w:r>
        <w:rPr>
          <w:b/>
          <w:i w:val="0"/>
          <w:smallCaps w:val="0"/>
          <w:strike w:val="0"/>
          <w:sz w:val="22"/>
          <w:u w:val="single"/>
        </w:rPr>
        <w:t xml:space="preserve"> the </w:t>
      </w:r>
      <w:r>
        <w:rPr>
          <w:b/>
          <w:i w:val="0"/>
          <w:smallCaps w:val="0"/>
          <w:strike w:val="0"/>
          <w:sz w:val="22"/>
          <w:highlight w:val="cyan"/>
          <w:u w:val="single"/>
        </w:rPr>
        <w:t>labor</w:t>
      </w:r>
      <w:r>
        <w:rPr>
          <w:b/>
          <w:i w:val="0"/>
          <w:smallCaps w:val="0"/>
          <w:strike w:val="0"/>
          <w:sz w:val="22"/>
          <w:u w:val="single"/>
        </w:rPr>
        <w:t xml:space="preserve"> movement </w:t>
      </w:r>
      <w:r>
        <w:rPr>
          <w:b/>
          <w:i w:val="0"/>
          <w:smallCaps w:val="0"/>
          <w:strike w:val="0"/>
          <w:sz w:val="22"/>
          <w:highlight w:val="cyan"/>
          <w:u w:val="single"/>
        </w:rPr>
        <w:t>to</w:t>
      </w:r>
      <w:r>
        <w:rPr>
          <w:b/>
          <w:i w:val="0"/>
          <w:smallCaps w:val="0"/>
          <w:strike w:val="0"/>
          <w:sz w:val="22"/>
          <w:u w:val="single"/>
        </w:rPr>
        <w:t xml:space="preserve"> the </w:t>
      </w:r>
      <w:r>
        <w:rPr>
          <w:b/>
          <w:i w:val="0"/>
          <w:smallCaps w:val="0"/>
          <w:strike w:val="0"/>
          <w:sz w:val="22"/>
          <w:highlight w:val="cyan"/>
          <w:u w:val="single"/>
        </w:rPr>
        <w:t>Civil Rights</w:t>
      </w:r>
      <w:r>
        <w:rPr>
          <w:b/>
          <w:i w:val="0"/>
          <w:smallCaps w:val="0"/>
          <w:strike w:val="0"/>
          <w:sz w:val="22"/>
          <w:u w:val="single"/>
        </w:rPr>
        <w:t xml:space="preserve"> movement – </w:t>
      </w:r>
      <w:r>
        <w:rPr>
          <w:b/>
          <w:i w:val="0"/>
          <w:smallCaps w:val="0"/>
          <w:strike w:val="0"/>
          <w:sz w:val="22"/>
          <w:highlight w:val="cyan"/>
          <w:u w:val="single"/>
        </w:rPr>
        <w:t>has detached philosophical thinking from</w:t>
      </w:r>
      <w:r>
        <w:rPr>
          <w:b/>
          <w:i w:val="0"/>
          <w:smallCaps w:val="0"/>
          <w:strike w:val="0"/>
          <w:sz w:val="22"/>
          <w:u w:val="single"/>
        </w:rPr>
        <w:t xml:space="preserve"> the mechanisms of power and </w:t>
      </w:r>
      <w:r>
        <w:rPr>
          <w:b/>
          <w:i w:val="0"/>
          <w:smallCaps w:val="0"/>
          <w:strike w:val="0"/>
          <w:sz w:val="22"/>
          <w:highlight w:val="cyan"/>
          <w:u w:val="single"/>
        </w:rPr>
        <w:t>political</w:t>
      </w:r>
      <w:r>
        <w:rPr>
          <w:b/>
          <w:i w:val="0"/>
          <w:smallCaps w:val="0"/>
          <w:strike w:val="0"/>
          <w:sz w:val="22"/>
          <w:u w:val="single"/>
        </w:rPr>
        <w:t xml:space="preserve"> </w:t>
      </w:r>
      <w:r>
        <w:rPr>
          <w:b/>
          <w:i w:val="0"/>
          <w:smallCaps w:val="0"/>
          <w:strike w:val="0"/>
          <w:sz w:val="22"/>
          <w:highlight w:val="cyan"/>
          <w:u w:val="single"/>
        </w:rPr>
        <w:t>reality</w:t>
      </w:r>
      <w:r>
        <w:rPr>
          <w:b/>
          <w:i w:val="0"/>
          <w:smallCaps w:val="0"/>
          <w:strike w:val="0"/>
          <w:sz w:val="22"/>
          <w:u w:val="single"/>
        </w:rPr>
        <w:t xml:space="preserve"> more broadly. The result has been</w:t>
      </w:r>
      <w:r>
        <w:rPr>
          <w:b w:val="0"/>
          <w:i w:val="0"/>
          <w:smallCaps w:val="0"/>
          <w:strike w:val="0"/>
          <w:sz w:val="16"/>
          <w:u w:val="none"/>
        </w:rPr>
        <w:t xml:space="preserve"> – despite the ironic new turn toward “anti-philosophy” – </w:t>
      </w:r>
      <w:r>
        <w:rPr>
          <w:b/>
          <w:i w:val="0"/>
          <w:smallCaps w:val="0"/>
          <w:strike w:val="0"/>
          <w:sz w:val="22"/>
          <w:u w:val="single"/>
        </w:rPr>
        <w:t>the conquest of politics by poorly constructed philosophy</w:t>
      </w:r>
      <w:r>
        <w:rPr>
          <w:b w:val="0"/>
          <w:i w:val="0"/>
          <w:smallCaps w:val="0"/>
          <w:strike w:val="0"/>
          <w:sz w:val="16"/>
          <w:u w:val="none"/>
        </w:rPr>
        <w:t xml:space="preserve">. Abstraction has been the result, as well as a panoply of shibboleths that have only served to sever “radical” thought from its relevance to contemporary politics and society. It seems to us that </w:t>
      </w:r>
      <w:r>
        <w:rPr>
          <w:b/>
          <w:i w:val="0"/>
          <w:smallCaps w:val="0"/>
          <w:strike w:val="0"/>
          <w:sz w:val="22"/>
          <w:highlight w:val="cyan"/>
          <w:u w:val="single"/>
        </w:rPr>
        <w:t>the survival of</w:t>
      </w:r>
      <w:r>
        <w:rPr>
          <w:b/>
          <w:i w:val="0"/>
          <w:smallCaps w:val="0"/>
          <w:strike w:val="0"/>
          <w:sz w:val="22"/>
          <w:u w:val="single"/>
        </w:rPr>
        <w:t xml:space="preserve"> the tradition of rational, </w:t>
      </w:r>
      <w:r>
        <w:rPr>
          <w:b/>
          <w:i w:val="0"/>
          <w:smallCaps w:val="0"/>
          <w:strike w:val="0"/>
          <w:sz w:val="22"/>
          <w:highlight w:val="cyan"/>
          <w:u w:val="single"/>
        </w:rPr>
        <w:t xml:space="preserve">radical political and social criticism pivots on a </w:t>
      </w:r>
      <w:r>
        <w:rPr>
          <w:b/>
          <w:i w:val="0"/>
          <w:smallCaps w:val="0"/>
          <w:strike w:val="0"/>
          <w:sz w:val="24"/>
          <w:highlight w:val="cyan"/>
          <w:u w:val="single"/>
        </w:rPr>
        <w:t>confrontation</w:t>
      </w:r>
      <w:r>
        <w:rPr>
          <w:b/>
          <w:i w:val="0"/>
          <w:smallCaps w:val="0"/>
          <w:strike w:val="0"/>
          <w:sz w:val="22"/>
          <w:highlight w:val="cyan"/>
          <w:u w:val="single"/>
        </w:rPr>
        <w:t xml:space="preserve"> with </w:t>
      </w:r>
      <w:r>
        <w:rPr>
          <w:b/>
          <w:i w:val="0"/>
          <w:smallCaps w:val="0"/>
          <w:strike w:val="0"/>
          <w:sz w:val="24"/>
          <w:highlight w:val="cyan"/>
          <w:u w:val="single"/>
        </w:rPr>
        <w:t>these new academic trends and fads</w:t>
      </w:r>
      <w:r>
        <w:rPr>
          <w:b w:val="0"/>
          <w:i w:val="0"/>
          <w:smallCaps w:val="0"/>
          <w:strike w:val="0"/>
          <w:sz w:val="16"/>
          <w:u w:val="none"/>
        </w:rPr>
        <w:t>.</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