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Catharsis—the aff is a </w:t>
      </w:r>
      <w:r>
        <w:rPr>
          <w:b/>
          <w:i w:val="0"/>
          <w:smallCaps w:val="0"/>
          <w:strike w:val="0"/>
          <w:sz w:val="26"/>
          <w:u w:val="single"/>
        </w:rPr>
        <w:t>performative victory</w:t>
      </w:r>
      <w:r>
        <w:rPr>
          <w:b/>
          <w:i w:val="0"/>
          <w:smallCaps w:val="0"/>
          <w:strike w:val="0"/>
          <w:sz w:val="26"/>
          <w:u w:val="none"/>
        </w:rPr>
        <w:t xml:space="preserve"> that drains energy from broader political movements—proves the perm fails by funneling energy into cathartic individual responses</w:t>
      </w:r>
    </w:p>
    <w:p>
      <w:pPr>
        <w:spacing w:after="80"/>
      </w:pPr>
      <w:r>
        <w:rPr>
          <w:b/>
          <w:i w:val="0"/>
          <w:smallCaps w:val="0"/>
          <w:strike w:val="0"/>
          <w:sz w:val="26"/>
          <w:u w:val="none"/>
        </w:rPr>
        <w:t>Smulewicz-Zucker 15</w:t>
      </w:r>
      <w:r>
        <w:rPr>
          <w:b w:val="0"/>
          <w:i w:val="0"/>
          <w:smallCaps w:val="0"/>
          <w:strike w:val="0"/>
          <w:u w:val="none"/>
        </w:rPr>
        <w:t xml:space="preserve"> - Professor of Philosophy @ Baruch College CUNY</w:t>
      </w:r>
    </w:p>
    <w:p>
      <w:pPr>
        <w:spacing w:after="60"/>
      </w:pPr>
      <w:r>
        <w:rPr>
          <w:b w:val="0"/>
          <w:i w:val="0"/>
          <w:smallCaps w:val="0"/>
          <w:strike w:val="0"/>
          <w:u w:val="none"/>
        </w:rPr>
        <w:t>(Interview by Devon Douglas-Bowers, “Questioning the Left: An Interview with Gregory Smulewicz-Zucker and Michael J. Thompson,” The Hampton Institution, http://www.hamptoninstitution.org/questioning-the-left.html#.VmTzZN8rJE4)</w:t>
      </w:r>
    </w:p>
    <w:p>
      <w:pPr>
        <w:spacing w:after="60"/>
      </w:pPr>
      <w:r>
        <w:rPr>
          <w:b w:val="0"/>
          <w:i w:val="0"/>
          <w:smallCaps w:val="0"/>
          <w:strike w:val="0"/>
          <w:sz w:val="16"/>
          <w:u w:val="none"/>
        </w:rPr>
        <w:t xml:space="preserve">Expand upon the statement: "This </w:t>
      </w:r>
      <w:r>
        <w:rPr>
          <w:b/>
          <w:i w:val="0"/>
          <w:smallCaps w:val="0"/>
          <w:strike w:val="0"/>
          <w:sz w:val="22"/>
          <w:highlight w:val="cyan"/>
          <w:u w:val="single"/>
        </w:rPr>
        <w:t>new radicalism</w:t>
      </w:r>
      <w:r>
        <w:rPr>
          <w:b/>
          <w:i w:val="0"/>
          <w:smallCaps w:val="0"/>
          <w:strike w:val="0"/>
          <w:sz w:val="22"/>
          <w:u w:val="single"/>
        </w:rPr>
        <w:t xml:space="preserve"> has </w:t>
      </w:r>
      <w:r>
        <w:rPr>
          <w:b/>
          <w:i w:val="0"/>
          <w:smallCaps w:val="0"/>
          <w:strike w:val="0"/>
          <w:sz w:val="22"/>
          <w:highlight w:val="cyan"/>
          <w:u w:val="single"/>
        </w:rPr>
        <w:t xml:space="preserve">made itself </w:t>
      </w:r>
      <w:r>
        <w:rPr>
          <w:b/>
          <w:i w:val="0"/>
          <w:smallCaps w:val="0"/>
          <w:strike w:val="0"/>
          <w:sz w:val="22"/>
          <w:u w:val="single"/>
        </w:rPr>
        <w:t xml:space="preserve">so </w:t>
      </w:r>
      <w:r>
        <w:rPr>
          <w:b/>
          <w:i w:val="0"/>
          <w:smallCaps w:val="0"/>
          <w:strike w:val="0"/>
          <w:sz w:val="22"/>
          <w:highlight w:val="cyan"/>
          <w:u w:val="single"/>
        </w:rPr>
        <w:t xml:space="preserve">irrelevant </w:t>
      </w:r>
      <w:r>
        <w:rPr>
          <w:b/>
          <w:i w:val="0"/>
          <w:smallCaps w:val="0"/>
          <w:strike w:val="0"/>
          <w:sz w:val="22"/>
          <w:u w:val="single"/>
        </w:rPr>
        <w:t>with respect to real politics th</w:t>
      </w:r>
      <w:r>
        <w:rPr>
          <w:b/>
          <w:i w:val="0"/>
          <w:smallCaps w:val="0"/>
          <w:strike w:val="0"/>
          <w:sz w:val="22"/>
          <w:u w:val="single"/>
        </w:rPr>
        <w:t xml:space="preserve">at </w:t>
      </w:r>
      <w:r>
        <w:rPr>
          <w:b/>
          <w:i w:val="0"/>
          <w:smallCaps w:val="0"/>
          <w:strike w:val="0"/>
          <w:sz w:val="22"/>
          <w:highlight w:val="cyan"/>
          <w:u w:val="single"/>
        </w:rPr>
        <w:t xml:space="preserve">it ends up serving as a </w:t>
      </w:r>
      <w:r>
        <w:rPr>
          <w:b/>
          <w:i w:val="0"/>
          <w:smallCaps w:val="0"/>
          <w:strike w:val="0"/>
          <w:sz w:val="22"/>
          <w:u w:val="single"/>
        </w:rPr>
        <w:t xml:space="preserve">kind of </w:t>
      </w:r>
      <w:r>
        <w:rPr>
          <w:b/>
          <w:i w:val="0"/>
          <w:smallCaps w:val="0"/>
          <w:strike w:val="0"/>
          <w:sz w:val="22"/>
          <w:highlight w:val="cyan"/>
          <w:u w:val="single"/>
        </w:rPr>
        <w:t>cathartic space</w:t>
      </w:r>
      <w:r>
        <w:rPr>
          <w:b w:val="0"/>
          <w:i w:val="0"/>
          <w:smallCaps w:val="0"/>
          <w:strike w:val="0"/>
          <w:sz w:val="16"/>
          <w:u w:val="none"/>
        </w:rPr>
        <w:t xml:space="preserve"> for the justifiable </w:t>
      </w:r>
      <w:r>
        <w:rPr>
          <w:b/>
          <w:i w:val="0"/>
          <w:smallCaps w:val="0"/>
          <w:strike w:val="0"/>
          <w:sz w:val="22"/>
          <w:u w:val="single"/>
        </w:rPr>
        <w:t>anxieties</w:t>
      </w:r>
      <w:r>
        <w:rPr>
          <w:b w:val="0"/>
          <w:i w:val="0"/>
          <w:smallCaps w:val="0"/>
          <w:strike w:val="0"/>
          <w:sz w:val="16"/>
          <w:u w:val="none"/>
        </w:rPr>
        <w:t xml:space="preserve"> wrought by late capitalism further stabilizing its systemic and integrative power rather than disrupting it." What exactly do you mean by this? Also, couldn't some push back and argue that in many ways, this new radicalism is disruptive, as can be seen by the Black Bloc, activists fighting against the Keystone XL pipeline, and those who engage in direct action? This was not meant as a critique of those who participate in direct action. Direct action becomes the only means for combatting injustices when concrete political programs fade away. </w:t>
      </w:r>
      <w:r>
        <w:rPr>
          <w:b/>
          <w:i w:val="0"/>
          <w:smallCaps w:val="0"/>
          <w:strike w:val="0"/>
          <w:sz w:val="22"/>
          <w:u w:val="single"/>
        </w:rPr>
        <w:t xml:space="preserve">What is worrying is the way direct action has supplanted political strategy much in the same way </w:t>
      </w:r>
      <w:r>
        <w:rPr>
          <w:b/>
          <w:i w:val="0"/>
          <w:smallCaps w:val="0"/>
          <w:strike w:val="0"/>
          <w:sz w:val="22"/>
          <w:u w:val="single"/>
        </w:rPr>
        <w:t xml:space="preserve">that so-called </w:t>
      </w:r>
      <w:r>
        <w:rPr>
          <w:b/>
          <w:i w:val="0"/>
          <w:smallCaps w:val="0"/>
          <w:strike w:val="0"/>
          <w:sz w:val="22"/>
          <w:highlight w:val="cyan"/>
          <w:u w:val="single"/>
        </w:rPr>
        <w:t xml:space="preserve">theory has become </w:t>
      </w:r>
      <w:r>
        <w:rPr>
          <w:b/>
          <w:i w:val="0"/>
          <w:smallCaps w:val="0"/>
          <w:strike w:val="0"/>
          <w:sz w:val="24"/>
          <w:highlight w:val="cyan"/>
          <w:u w:val="single"/>
        </w:rPr>
        <w:t>fetishized in and of itself</w:t>
      </w:r>
      <w:r>
        <w:rPr>
          <w:b w:val="0"/>
          <w:i w:val="0"/>
          <w:smallCaps w:val="0"/>
          <w:strike w:val="0"/>
          <w:sz w:val="16"/>
          <w:u w:val="none"/>
        </w:rPr>
        <w:t xml:space="preserve">. </w:t>
      </w:r>
      <w:r>
        <w:rPr>
          <w:b/>
          <w:i w:val="0"/>
          <w:smallCaps w:val="0"/>
          <w:strike w:val="0"/>
          <w:sz w:val="22"/>
          <w:u w:val="single"/>
        </w:rPr>
        <w:t xml:space="preserve">Our critique questions the political salience of these actions as a general political program. </w:t>
      </w:r>
      <w:r>
        <w:rPr>
          <w:b/>
          <w:i w:val="0"/>
          <w:smallCaps w:val="0"/>
          <w:strike w:val="0"/>
          <w:sz w:val="22"/>
          <w:highlight w:val="cyan"/>
          <w:u w:val="single"/>
        </w:rPr>
        <w:t>Neo-anarchism has become a model for political activity on the left.</w:t>
      </w:r>
      <w:r>
        <w:rPr>
          <w:b/>
          <w:i w:val="0"/>
          <w:smallCaps w:val="0"/>
          <w:strike w:val="0"/>
          <w:sz w:val="22"/>
          <w:u w:val="single"/>
        </w:rPr>
        <w:t xml:space="preserve"> It has claimed for itself the mantle of engaged politics</w:t>
      </w:r>
      <w:r>
        <w:rPr>
          <w:b w:val="0"/>
          <w:i w:val="0"/>
          <w:smallCaps w:val="0"/>
          <w:strike w:val="0"/>
          <w:sz w:val="16"/>
          <w:u w:val="none"/>
        </w:rPr>
        <w:t xml:space="preserve">. We think </w:t>
      </w:r>
      <w:r>
        <w:rPr>
          <w:b/>
          <w:i w:val="0"/>
          <w:smallCaps w:val="0"/>
          <w:strike w:val="0"/>
          <w:sz w:val="24"/>
          <w:highlight w:val="cyan"/>
          <w:u w:val="single"/>
        </w:rPr>
        <w:t>this is a grave error</w:t>
      </w:r>
      <w:r>
        <w:rPr>
          <w:b w:val="0"/>
          <w:i w:val="0"/>
          <w:smallCaps w:val="0"/>
          <w:strike w:val="0"/>
          <w:sz w:val="16"/>
          <w:u w:val="none"/>
        </w:rPr>
        <w:t xml:space="preserve">. </w:t>
      </w:r>
      <w:r>
        <w:rPr>
          <w:b/>
          <w:i w:val="0"/>
          <w:smallCaps w:val="0"/>
          <w:strike w:val="0"/>
          <w:sz w:val="22"/>
          <w:u w:val="single"/>
        </w:rPr>
        <w:t xml:space="preserve">When </w:t>
      </w:r>
      <w:r>
        <w:rPr>
          <w:b/>
          <w:i w:val="0"/>
          <w:smallCaps w:val="0"/>
          <w:strike w:val="0"/>
          <w:sz w:val="22"/>
          <w:highlight w:val="cyan"/>
          <w:u w:val="single"/>
        </w:rPr>
        <w:t xml:space="preserve">demonstrations </w:t>
      </w:r>
      <w:r>
        <w:rPr>
          <w:b/>
          <w:i w:val="0"/>
          <w:smallCaps w:val="0"/>
          <w:strike w:val="0"/>
          <w:sz w:val="22"/>
          <w:u w:val="single"/>
        </w:rPr>
        <w:t xml:space="preserve">occur, they </w:t>
      </w:r>
      <w:r>
        <w:rPr>
          <w:b/>
          <w:i w:val="0"/>
          <w:smallCaps w:val="0"/>
          <w:strike w:val="0"/>
          <w:sz w:val="22"/>
          <w:highlight w:val="cyan"/>
          <w:u w:val="single"/>
        </w:rPr>
        <w:t xml:space="preserve">are </w:t>
      </w:r>
      <w:r>
        <w:rPr>
          <w:b/>
          <w:i w:val="0"/>
          <w:smallCaps w:val="0"/>
          <w:strike w:val="0"/>
          <w:sz w:val="22"/>
          <w:u w:val="single"/>
        </w:rPr>
        <w:t xml:space="preserve">more often than not </w:t>
      </w:r>
      <w:r>
        <w:rPr>
          <w:b/>
          <w:i w:val="0"/>
          <w:smallCaps w:val="0"/>
          <w:strike w:val="0"/>
          <w:sz w:val="22"/>
          <w:highlight w:val="cyan"/>
          <w:u w:val="single"/>
        </w:rPr>
        <w:t>spaces for moral rage,</w:t>
      </w:r>
      <w:r>
        <w:rPr>
          <w:b/>
          <w:i w:val="0"/>
          <w:smallCaps w:val="0"/>
          <w:strike w:val="0"/>
          <w:sz w:val="22"/>
          <w:u w:val="single"/>
        </w:rPr>
        <w:t xml:space="preserve"> not for political programs</w:t>
      </w:r>
      <w:r>
        <w:rPr>
          <w:b/>
          <w:i w:val="0"/>
          <w:smallCaps w:val="0"/>
          <w:strike w:val="0"/>
          <w:sz w:val="22"/>
          <w:u w:val="single"/>
        </w:rPr>
        <w:t>. Take the Civil Rights movement</w:t>
      </w:r>
      <w:r>
        <w:rPr>
          <w:b w:val="0"/>
          <w:i w:val="0"/>
          <w:smallCaps w:val="0"/>
          <w:strike w:val="0"/>
          <w:sz w:val="16"/>
          <w:u w:val="none"/>
        </w:rPr>
        <w:t xml:space="preserve">. Yes, there were </w:t>
      </w:r>
      <w:r>
        <w:rPr>
          <w:b/>
          <w:i w:val="0"/>
          <w:smallCaps w:val="0"/>
          <w:strike w:val="0"/>
          <w:sz w:val="22"/>
          <w:u w:val="single"/>
        </w:rPr>
        <w:t>symbolic acts</w:t>
      </w:r>
      <w:r>
        <w:rPr>
          <w:b w:val="0"/>
          <w:i w:val="0"/>
          <w:smallCaps w:val="0"/>
          <w:strike w:val="0"/>
          <w:sz w:val="16"/>
          <w:u w:val="none"/>
        </w:rPr>
        <w:t xml:space="preserve"> of direct action, but these were integrated into a more general movement that </w:t>
      </w:r>
      <w:r>
        <w:rPr>
          <w:b/>
          <w:i w:val="0"/>
          <w:smallCaps w:val="0"/>
          <w:strike w:val="0"/>
          <w:sz w:val="22"/>
          <w:u w:val="single"/>
        </w:rPr>
        <w:t>included a political strategy to influence political elites, crafting ideas for legislation to be enacted, as well as a new cultural understanding of civic rights. To isolate ourselves to direct action</w:t>
      </w:r>
      <w:r>
        <w:rPr>
          <w:b w:val="0"/>
          <w:i w:val="0"/>
          <w:smallCaps w:val="0"/>
          <w:strike w:val="0"/>
          <w:sz w:val="16"/>
          <w:u w:val="none"/>
        </w:rPr>
        <w:t xml:space="preserve"> without a larger movement</w:t>
      </w:r>
      <w:r>
        <w:rPr>
          <w:b w:val="0"/>
          <w:i w:val="0"/>
          <w:smallCaps w:val="0"/>
          <w:strike w:val="0"/>
          <w:sz w:val="16"/>
          <w:highlight w:val="cyan"/>
          <w:u w:val="none"/>
        </w:rPr>
        <w:t xml:space="preserve">, </w:t>
      </w:r>
      <w:r>
        <w:rPr>
          <w:b/>
          <w:i w:val="0"/>
          <w:smallCaps w:val="0"/>
          <w:strike w:val="0"/>
          <w:sz w:val="24"/>
          <w:highlight w:val="cyan"/>
          <w:u w:val="single"/>
        </w:rPr>
        <w:t>without</w:t>
      </w:r>
      <w:r>
        <w:rPr>
          <w:b w:val="0"/>
          <w:i w:val="0"/>
          <w:smallCaps w:val="0"/>
          <w:strike w:val="0"/>
          <w:sz w:val="16"/>
          <w:highlight w:val="cyan"/>
          <w:u w:val="none"/>
        </w:rPr>
        <w:t xml:space="preserve"> </w:t>
      </w:r>
      <w:r>
        <w:rPr>
          <w:b/>
          <w:i w:val="0"/>
          <w:smallCaps w:val="0"/>
          <w:strike w:val="0"/>
          <w:sz w:val="24"/>
          <w:highlight w:val="cyan"/>
          <w:u w:val="single"/>
        </w:rPr>
        <w:t>a</w:t>
      </w:r>
      <w:r>
        <w:rPr>
          <w:b w:val="0"/>
          <w:i w:val="0"/>
          <w:smallCaps w:val="0"/>
          <w:strike w:val="0"/>
          <w:sz w:val="16"/>
          <w:u w:val="none"/>
        </w:rPr>
        <w:t xml:space="preserve"> more radical </w:t>
      </w:r>
      <w:r>
        <w:rPr>
          <w:b/>
          <w:i w:val="0"/>
          <w:smallCaps w:val="0"/>
          <w:strike w:val="0"/>
          <w:sz w:val="24"/>
          <w:highlight w:val="cyan"/>
          <w:u w:val="single"/>
        </w:rPr>
        <w:t>program for action</w:t>
      </w:r>
      <w:r>
        <w:rPr>
          <w:b w:val="0"/>
          <w:i w:val="0"/>
          <w:smallCaps w:val="0"/>
          <w:strike w:val="0"/>
          <w:sz w:val="16"/>
          <w:highlight w:val="cyan"/>
          <w:u w:val="none"/>
        </w:rPr>
        <w:t>,</w:t>
      </w:r>
      <w:r>
        <w:rPr>
          <w:b w:val="0"/>
          <w:i w:val="0"/>
          <w:smallCaps w:val="0"/>
          <w:strike w:val="0"/>
          <w:sz w:val="16"/>
          <w:u w:val="none"/>
        </w:rPr>
        <w:t xml:space="preserve"> </w:t>
      </w:r>
      <w:r>
        <w:rPr>
          <w:b/>
          <w:i w:val="0"/>
          <w:smallCaps w:val="0"/>
          <w:strike w:val="0"/>
          <w:sz w:val="24"/>
          <w:u w:val="single"/>
        </w:rPr>
        <w:t xml:space="preserve">for </w:t>
      </w:r>
      <w:r>
        <w:rPr>
          <w:b/>
          <w:i w:val="0"/>
          <w:smallCaps w:val="0"/>
          <w:strike w:val="0"/>
          <w:sz w:val="24"/>
          <w:highlight w:val="cyan"/>
          <w:u w:val="single"/>
        </w:rPr>
        <w:t>what you want to implement in a positive way through institutions</w:t>
      </w:r>
      <w:r>
        <w:rPr>
          <w:b w:val="0"/>
          <w:i w:val="0"/>
          <w:smallCaps w:val="0"/>
          <w:strike w:val="0"/>
          <w:sz w:val="16"/>
          <w:highlight w:val="cyan"/>
          <w:u w:val="none"/>
        </w:rPr>
        <w:t xml:space="preserve">, </w:t>
      </w:r>
      <w:r>
        <w:rPr>
          <w:b/>
          <w:i w:val="0"/>
          <w:smallCaps w:val="0"/>
          <w:strike w:val="0"/>
          <w:sz w:val="24"/>
          <w:highlight w:val="cyan"/>
          <w:u w:val="single"/>
        </w:rPr>
        <w:t>is simply not radical politics</w:t>
      </w:r>
      <w:r>
        <w:rPr>
          <w:b w:val="0"/>
          <w:i w:val="0"/>
          <w:smallCaps w:val="0"/>
          <w:strike w:val="0"/>
          <w:sz w:val="16"/>
          <w:u w:val="none"/>
        </w:rPr>
        <w:t xml:space="preserve">. </w:t>
      </w:r>
      <w:r>
        <w:rPr>
          <w:b/>
          <w:i w:val="0"/>
          <w:smallCaps w:val="0"/>
          <w:strike w:val="0"/>
          <w:sz w:val="22"/>
          <w:highlight w:val="cyan"/>
          <w:u w:val="single"/>
        </w:rPr>
        <w:t>This</w:t>
      </w:r>
      <w:r>
        <w:rPr>
          <w:b/>
          <w:i w:val="0"/>
          <w:smallCaps w:val="0"/>
          <w:strike w:val="0"/>
          <w:sz w:val="22"/>
          <w:u w:val="single"/>
        </w:rPr>
        <w:t xml:space="preserve"> is </w:t>
      </w:r>
      <w:r>
        <w:rPr>
          <w:b w:val="0"/>
          <w:i w:val="0"/>
          <w:smallCaps w:val="0"/>
          <w:strike w:val="0"/>
          <w:sz w:val="16"/>
          <w:u w:val="none"/>
        </w:rPr>
        <w:t>the "</w:t>
      </w:r>
      <w:r>
        <w:rPr>
          <w:b/>
          <w:i w:val="0"/>
          <w:smallCaps w:val="0"/>
          <w:strike w:val="0"/>
          <w:sz w:val="22"/>
          <w:highlight w:val="cyan"/>
          <w:u w:val="single"/>
        </w:rPr>
        <w:t>cathartic space</w:t>
      </w:r>
      <w:r>
        <w:rPr>
          <w:b w:val="0"/>
          <w:i w:val="0"/>
          <w:smallCaps w:val="0"/>
          <w:strike w:val="0"/>
          <w:sz w:val="16"/>
          <w:u w:val="none"/>
        </w:rPr>
        <w:t xml:space="preserve">" we refer to: </w:t>
      </w:r>
      <w:r>
        <w:rPr>
          <w:b/>
          <w:i w:val="0"/>
          <w:smallCaps w:val="0"/>
          <w:strike w:val="0"/>
          <w:sz w:val="22"/>
          <w:u w:val="single"/>
        </w:rPr>
        <w:t xml:space="preserve">it </w:t>
      </w:r>
      <w:r>
        <w:rPr>
          <w:b/>
          <w:i w:val="0"/>
          <w:smallCaps w:val="0"/>
          <w:strike w:val="0"/>
          <w:sz w:val="22"/>
          <w:highlight w:val="cyan"/>
          <w:u w:val="single"/>
        </w:rPr>
        <w:t>grants a moral self-righteousness to the individual who has genuine anger</w:t>
      </w:r>
      <w:r>
        <w:rPr>
          <w:b/>
          <w:i w:val="0"/>
          <w:smallCaps w:val="0"/>
          <w:strike w:val="0"/>
          <w:sz w:val="22"/>
          <w:u w:val="single"/>
        </w:rPr>
        <w:t xml:space="preserve"> against society</w:t>
      </w:r>
      <w:r>
        <w:rPr>
          <w:b w:val="0"/>
          <w:i w:val="0"/>
          <w:smallCaps w:val="0"/>
          <w:strike w:val="0"/>
          <w:sz w:val="16"/>
          <w:u w:val="none"/>
        </w:rPr>
        <w:t xml:space="preserve">. But </w:t>
      </w:r>
      <w:r>
        <w:rPr>
          <w:b/>
          <w:i w:val="0"/>
          <w:smallCaps w:val="0"/>
          <w:strike w:val="0"/>
          <w:sz w:val="22"/>
          <w:highlight w:val="cyan"/>
          <w:u w:val="single"/>
        </w:rPr>
        <w:t>we should not confuse this with</w:t>
      </w:r>
      <w:r>
        <w:rPr>
          <w:b/>
          <w:i w:val="0"/>
          <w:smallCaps w:val="0"/>
          <w:strike w:val="0"/>
          <w:sz w:val="22"/>
          <w:u w:val="single"/>
        </w:rPr>
        <w:t xml:space="preserve"> the </w:t>
      </w:r>
      <w:r>
        <w:rPr>
          <w:b/>
          <w:i w:val="0"/>
          <w:smallCaps w:val="0"/>
          <w:strike w:val="0"/>
          <w:sz w:val="22"/>
          <w:highlight w:val="cyan"/>
          <w:u w:val="single"/>
        </w:rPr>
        <w:t>hard work of political action</w:t>
      </w:r>
      <w:r>
        <w:rPr>
          <w:b/>
          <w:i w:val="0"/>
          <w:smallCaps w:val="0"/>
          <w:strike w:val="0"/>
          <w:sz w:val="22"/>
          <w:u w:val="single"/>
        </w:rPr>
        <w:t xml:space="preserve"> that has in view the transformation of society through the shaping of law, winning elections, and so on</w:t>
      </w:r>
      <w:r>
        <w:rPr>
          <w:b w:val="0"/>
          <w:i w:val="0"/>
          <w:smallCaps w:val="0"/>
          <w:strike w:val="0"/>
          <w:sz w:val="16"/>
          <w:u w:val="none"/>
        </w:rPr>
        <w:t xml:space="preserve">. </w:t>
      </w:r>
      <w:r>
        <w:rPr>
          <w:b/>
          <w:i w:val="0"/>
          <w:smallCaps w:val="0"/>
          <w:strike w:val="0"/>
          <w:sz w:val="22"/>
          <w:u w:val="single"/>
        </w:rPr>
        <w:t>Look at modern conservatives</w:t>
      </w:r>
      <w:r>
        <w:rPr>
          <w:b w:val="0"/>
          <w:i w:val="0"/>
          <w:smallCaps w:val="0"/>
          <w:strike w:val="0"/>
          <w:sz w:val="16"/>
          <w:u w:val="none"/>
        </w:rPr>
        <w:t xml:space="preserve"> as an example. During the 1960s, they were a political, cultural and intellectual minority. Their ideas for destroying public schools (Milton Friedman championed the school voucher idea, considered insane at the time), for constitutional interpretation, for economic liberalization and privatization, and so on were policy non-starters. Now </w:t>
      </w:r>
      <w:r>
        <w:rPr>
          <w:b/>
          <w:i w:val="0"/>
          <w:smallCaps w:val="0"/>
          <w:strike w:val="0"/>
          <w:sz w:val="22"/>
          <w:u w:val="single"/>
        </w:rPr>
        <w:t>they have reframed American political life</w:t>
      </w:r>
      <w:r>
        <w:rPr>
          <w:b w:val="0"/>
          <w:i w:val="0"/>
          <w:smallCaps w:val="0"/>
          <w:strike w:val="0"/>
          <w:sz w:val="16"/>
          <w:u w:val="none"/>
        </w:rPr>
        <w:t xml:space="preserve">. Look at the last two vice presidential Republican candidates. As patently imbecilic as Sarah Palin and Paul Ryan are, the fact that such people are able to run in national elections and advocate political policies evidences how fringe ideas gained some degree of public approval because there is no rational radical left to oppose them. </w:t>
      </w:r>
      <w:r>
        <w:rPr>
          <w:b/>
          <w:i w:val="0"/>
          <w:smallCaps w:val="0"/>
          <w:strike w:val="0"/>
          <w:sz w:val="22"/>
          <w:highlight w:val="cyan"/>
          <w:u w:val="single"/>
        </w:rPr>
        <w:t xml:space="preserve">Radicals have no ideas about how to combat </w:t>
      </w:r>
      <w:r>
        <w:rPr>
          <w:b/>
          <w:i w:val="0"/>
          <w:smallCaps w:val="0"/>
          <w:strike w:val="0"/>
          <w:sz w:val="22"/>
          <w:u w:val="single"/>
        </w:rPr>
        <w:t xml:space="preserve">these </w:t>
      </w:r>
      <w:r>
        <w:rPr>
          <w:b/>
          <w:i w:val="0"/>
          <w:smallCaps w:val="0"/>
          <w:strike w:val="0"/>
          <w:sz w:val="22"/>
          <w:highlight w:val="cyan"/>
          <w:u w:val="single"/>
        </w:rPr>
        <w:t>policy imperatives</w:t>
      </w:r>
      <w:r>
        <w:rPr>
          <w:b/>
          <w:i w:val="0"/>
          <w:smallCaps w:val="0"/>
          <w:strike w:val="0"/>
          <w:sz w:val="22"/>
          <w:u w:val="single"/>
        </w:rPr>
        <w:t>, and this is simply absurd.</w:t>
      </w:r>
      <w:r>
        <w:rPr>
          <w:b w:val="0"/>
          <w:i w:val="0"/>
          <w:smallCaps w:val="0"/>
          <w:strike w:val="0"/>
          <w:sz w:val="16"/>
          <w:u w:val="none"/>
        </w:rPr>
        <w:t xml:space="preserve"> </w:t>
      </w:r>
      <w:r>
        <w:rPr>
          <w:b/>
          <w:i w:val="0"/>
          <w:smallCaps w:val="0"/>
          <w:strike w:val="0"/>
          <w:sz w:val="22"/>
          <w:u w:val="single"/>
        </w:rPr>
        <w:t xml:space="preserve">How can we talk about radical politics that has any efficacy if we oppose the state, taking law, political parties, and so on seriously as mechanisms for change? Not to do so is to suffer from a kind of infantile disorder. </w:t>
      </w:r>
      <w:r>
        <w:rPr>
          <w:b/>
          <w:i w:val="0"/>
          <w:smallCaps w:val="0"/>
          <w:strike w:val="0"/>
          <w:sz w:val="22"/>
          <w:highlight w:val="cyan"/>
          <w:u w:val="single"/>
        </w:rPr>
        <w:t xml:space="preserve">This </w:t>
      </w:r>
      <w:r>
        <w:rPr>
          <w:b/>
          <w:i w:val="0"/>
          <w:smallCaps w:val="0"/>
          <w:strike w:val="0"/>
          <w:sz w:val="24"/>
          <w:highlight w:val="cyan"/>
          <w:u w:val="single"/>
        </w:rPr>
        <w:t>makes Leftists surrender their place in politics to the right. The dangers are rea</w:t>
      </w:r>
      <w:r>
        <w:rPr>
          <w:b/>
          <w:i w:val="0"/>
          <w:smallCaps w:val="0"/>
          <w:strike w:val="0"/>
          <w:sz w:val="22"/>
          <w:highlight w:val="cyan"/>
          <w:u w:val="single"/>
        </w:rPr>
        <w:t>l</w:t>
      </w:r>
      <w:r>
        <w:rPr>
          <w:b w:val="0"/>
          <w:i w:val="0"/>
          <w:smallCaps w:val="0"/>
          <w:strike w:val="0"/>
          <w:sz w:val="16"/>
          <w:highlight w:val="cyan"/>
          <w:u w:val="none"/>
        </w:rPr>
        <w:t>.</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