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state fails </w:t>
      </w:r>
      <w:r>
        <w:rPr>
          <w:b/>
          <w:i w:val="0"/>
          <w:smallCaps w:val="0"/>
          <w:strike w:val="0"/>
          <w:sz w:val="26"/>
          <w:u w:val="single"/>
        </w:rPr>
        <w:t>often,</w:t>
      </w:r>
      <w:r>
        <w:rPr>
          <w:b/>
          <w:i w:val="0"/>
          <w:smallCaps w:val="0"/>
          <w:strike w:val="0"/>
          <w:sz w:val="26"/>
          <w:u w:val="none"/>
        </w:rPr>
        <w:t xml:space="preserve"> but retreat into subjectivity confuses history with potential---creating an institutional program recaptures progressive potential of the state</w:t>
      </w:r>
    </w:p>
    <w:p>
      <w:pPr>
        <w:spacing w:after="80"/>
      </w:pPr>
      <w:r>
        <w:rPr>
          <w:b/>
          <w:i w:val="0"/>
          <w:smallCaps w:val="0"/>
          <w:strike w:val="0"/>
          <w:sz w:val="26"/>
          <w:u w:val="none"/>
        </w:rPr>
        <w:t>Smulewicz-Zucker 15</w:t>
      </w:r>
      <w:r>
        <w:rPr>
          <w:b w:val="0"/>
          <w:i w:val="0"/>
          <w:smallCaps w:val="0"/>
          <w:strike w:val="0"/>
          <w:u w:val="none"/>
        </w:rPr>
        <w:t xml:space="preserve"> – Professor of Philosophy @ Baruch College CUNY</w:t>
      </w:r>
    </w:p>
    <w:p>
      <w:pPr>
        <w:spacing w:after="60"/>
      </w:pPr>
      <w:r>
        <w:rPr>
          <w:b w:val="0"/>
          <w:i w:val="0"/>
          <w:smallCaps w:val="0"/>
          <w:strike w:val="0"/>
          <w:u w:val="none"/>
        </w:rPr>
        <w:t>(Gregory, “Radical Intellectuals and the Subversion of Progressive Politics,” p. 141-143)</w:t>
      </w:r>
    </w:p>
    <w:p>
      <w:pPr>
        <w:spacing w:after="60"/>
      </w:pPr>
      <w:r>
        <w:rPr>
          <w:b/>
          <w:i w:val="0"/>
          <w:smallCaps w:val="0"/>
          <w:strike w:val="0"/>
          <w:sz w:val="22"/>
          <w:highlight w:val="cyan"/>
          <w:u w:val="single"/>
        </w:rPr>
        <w:t>Neo-anarchism</w:t>
      </w:r>
      <w:r>
        <w:rPr>
          <w:b w:val="0"/>
          <w:i w:val="0"/>
          <w:smallCaps w:val="0"/>
          <w:strike w:val="0"/>
          <w:u w:val="none"/>
        </w:rPr>
        <w:t xml:space="preserve"> may not be the primary idiom through which the Left practices politics, but its </w:t>
      </w:r>
      <w:r>
        <w:rPr>
          <w:b/>
          <w:i w:val="0"/>
          <w:smallCaps w:val="0"/>
          <w:strike w:val="0"/>
          <w:sz w:val="22"/>
          <w:highlight w:val="cyan"/>
          <w:u w:val="single"/>
        </w:rPr>
        <w:t xml:space="preserve">emphasis on </w:t>
      </w:r>
      <w:r>
        <w:rPr>
          <w:b/>
          <w:i w:val="0"/>
          <w:smallCaps w:val="0"/>
          <w:strike w:val="0"/>
          <w:sz w:val="24"/>
          <w:highlight w:val="cyan"/>
          <w:u w:val="single"/>
        </w:rPr>
        <w:t>conduct</w:t>
      </w:r>
      <w:r>
        <w:rPr>
          <w:b/>
          <w:i w:val="0"/>
          <w:smallCaps w:val="0"/>
          <w:strike w:val="0"/>
          <w:sz w:val="22"/>
          <w:highlight w:val="cyan"/>
          <w:u w:val="single"/>
        </w:rPr>
        <w:t xml:space="preserve"> as expressive of freedom is</w:t>
      </w:r>
      <w:r>
        <w:rPr>
          <w:b/>
          <w:i w:val="0"/>
          <w:smallCaps w:val="0"/>
          <w:strike w:val="0"/>
          <w:sz w:val="22"/>
          <w:u w:val="single"/>
        </w:rPr>
        <w:t xml:space="preserve"> </w:t>
      </w:r>
      <w:r>
        <w:rPr>
          <w:b/>
          <w:i w:val="0"/>
          <w:smallCaps w:val="0"/>
          <w:strike w:val="0"/>
          <w:sz w:val="22"/>
          <w:u w:val="single"/>
        </w:rPr>
        <w:t xml:space="preserve">already </w:t>
      </w:r>
      <w:r>
        <w:rPr>
          <w:b/>
          <w:i w:val="0"/>
          <w:smallCaps w:val="0"/>
          <w:strike w:val="0"/>
          <w:sz w:val="22"/>
          <w:highlight w:val="cyan"/>
          <w:u w:val="single"/>
        </w:rPr>
        <w:t>showing</w:t>
      </w:r>
      <w:r>
        <w:rPr>
          <w:b/>
          <w:i w:val="0"/>
          <w:smallCaps w:val="0"/>
          <w:strike w:val="0"/>
          <w:sz w:val="22"/>
          <w:u w:val="single"/>
        </w:rPr>
        <w:t xml:space="preserve"> its </w:t>
      </w:r>
      <w:r>
        <w:rPr>
          <w:b/>
          <w:i w:val="0"/>
          <w:smallCaps w:val="0"/>
          <w:strike w:val="0"/>
          <w:sz w:val="22"/>
          <w:highlight w:val="cyan"/>
          <w:u w:val="single"/>
        </w:rPr>
        <w:t>broader detrimental implications</w:t>
      </w:r>
      <w:r>
        <w:rPr>
          <w:b/>
          <w:i w:val="0"/>
          <w:smallCaps w:val="0"/>
          <w:strike w:val="0"/>
          <w:sz w:val="22"/>
          <w:u w:val="single"/>
        </w:rPr>
        <w:t xml:space="preserve">. </w:t>
      </w:r>
      <w:r>
        <w:rPr>
          <w:b/>
          <w:i w:val="0"/>
          <w:smallCaps w:val="0"/>
          <w:strike w:val="0"/>
          <w:sz w:val="22"/>
          <w:highlight w:val="cyan"/>
          <w:u w:val="single"/>
        </w:rPr>
        <w:t>If the broader Left continues to embrace this</w:t>
      </w:r>
      <w:r>
        <w:rPr>
          <w:b/>
          <w:i w:val="0"/>
          <w:smallCaps w:val="0"/>
          <w:strike w:val="0"/>
          <w:sz w:val="22"/>
          <w:u w:val="single"/>
        </w:rPr>
        <w:t xml:space="preserve"> stance, </w:t>
      </w:r>
      <w:r>
        <w:rPr>
          <w:b/>
          <w:i w:val="0"/>
          <w:smallCaps w:val="0"/>
          <w:strike w:val="0"/>
          <w:sz w:val="22"/>
          <w:highlight w:val="cyan"/>
          <w:u w:val="single"/>
        </w:rPr>
        <w:t xml:space="preserve">it will </w:t>
      </w:r>
      <w:r>
        <w:rPr>
          <w:b/>
          <w:i w:val="0"/>
          <w:smallCaps w:val="0"/>
          <w:strike w:val="0"/>
          <w:sz w:val="24"/>
          <w:highlight w:val="cyan"/>
          <w:u w:val="single"/>
        </w:rPr>
        <w:t>abandon</w:t>
      </w:r>
      <w:r>
        <w:rPr>
          <w:b/>
          <w:i w:val="0"/>
          <w:smallCaps w:val="0"/>
          <w:strike w:val="0"/>
          <w:sz w:val="22"/>
          <w:highlight w:val="cyan"/>
          <w:u w:val="single"/>
        </w:rPr>
        <w:t xml:space="preserve"> any</w:t>
      </w:r>
      <w:r>
        <w:rPr>
          <w:b/>
          <w:i w:val="0"/>
          <w:smallCaps w:val="0"/>
          <w:strike w:val="0"/>
          <w:sz w:val="22"/>
          <w:u w:val="single"/>
        </w:rPr>
        <w:t xml:space="preserve"> practical </w:t>
      </w:r>
      <w:r>
        <w:rPr>
          <w:b/>
          <w:i w:val="0"/>
          <w:smallCaps w:val="0"/>
          <w:strike w:val="0"/>
          <w:sz w:val="22"/>
          <w:highlight w:val="cyan"/>
          <w:u w:val="single"/>
        </w:rPr>
        <w:t>means</w:t>
      </w:r>
      <w:r>
        <w:rPr>
          <w:b/>
          <w:i w:val="0"/>
          <w:smallCaps w:val="0"/>
          <w:strike w:val="0"/>
          <w:sz w:val="22"/>
          <w:u w:val="single"/>
        </w:rPr>
        <w:t xml:space="preserve"> </w:t>
      </w:r>
      <w:r>
        <w:rPr>
          <w:b/>
          <w:i w:val="0"/>
          <w:smallCaps w:val="0"/>
          <w:strike w:val="0"/>
          <w:sz w:val="22"/>
          <w:highlight w:val="cyan"/>
          <w:u w:val="single"/>
        </w:rPr>
        <w:t>for establishing goals and,</w:t>
      </w:r>
      <w:r>
        <w:rPr>
          <w:b/>
          <w:i w:val="0"/>
          <w:smallCaps w:val="0"/>
          <w:strike w:val="0"/>
          <w:sz w:val="22"/>
          <w:u w:val="single"/>
        </w:rPr>
        <w:t xml:space="preserve"> consequently, </w:t>
      </w:r>
      <w:r>
        <w:rPr>
          <w:b/>
          <w:i w:val="0"/>
          <w:smallCaps w:val="0"/>
          <w:strike w:val="0"/>
          <w:sz w:val="24"/>
          <w:highlight w:val="cyan"/>
          <w:u w:val="single"/>
        </w:rPr>
        <w:t>debilitate its politics</w:t>
      </w:r>
      <w:r>
        <w:rPr>
          <w:b w:val="0"/>
          <w:i w:val="0"/>
          <w:smallCaps w:val="0"/>
          <w:strike w:val="0"/>
          <w:u w:val="none"/>
        </w:rPr>
        <w:t xml:space="preserve">. </w:t>
      </w:r>
      <w:r>
        <w:rPr>
          <w:b/>
          <w:i w:val="0"/>
          <w:smallCaps w:val="0"/>
          <w:strike w:val="0"/>
          <w:sz w:val="22"/>
          <w:u w:val="single"/>
        </w:rPr>
        <w:t>Without goals</w:t>
      </w:r>
      <w:r>
        <w:rPr>
          <w:b w:val="0"/>
          <w:i w:val="0"/>
          <w:smallCaps w:val="0"/>
          <w:strike w:val="0"/>
          <w:u w:val="none"/>
        </w:rPr>
        <w:t xml:space="preserve">, </w:t>
      </w:r>
      <w:r>
        <w:rPr>
          <w:b/>
          <w:i w:val="0"/>
          <w:smallCaps w:val="0"/>
          <w:strike w:val="0"/>
          <w:sz w:val="22"/>
          <w:u w:val="single"/>
        </w:rPr>
        <w:t xml:space="preserve">the Left cannot assess its strength or success. </w:t>
      </w:r>
      <w:r>
        <w:rPr>
          <w:b/>
          <w:i w:val="0"/>
          <w:smallCaps w:val="0"/>
          <w:strike w:val="0"/>
          <w:sz w:val="24"/>
          <w:highlight w:val="cyan"/>
          <w:u w:val="single"/>
        </w:rPr>
        <w:t>The only measure becomes how free one</w:t>
      </w:r>
      <w:r>
        <w:rPr>
          <w:b/>
          <w:i w:val="0"/>
          <w:smallCaps w:val="0"/>
          <w:strike w:val="0"/>
          <w:sz w:val="22"/>
          <w:u w:val="single"/>
        </w:rPr>
        <w:t xml:space="preserve"> subjectively </w:t>
      </w:r>
      <w:r>
        <w:rPr>
          <w:b/>
          <w:i w:val="0"/>
          <w:smallCaps w:val="0"/>
          <w:strike w:val="0"/>
          <w:sz w:val="22"/>
          <w:highlight w:val="cyan"/>
          <w:u w:val="single"/>
        </w:rPr>
        <w:t>feels</w:t>
      </w:r>
      <w:r>
        <w:rPr>
          <w:b/>
          <w:i w:val="0"/>
          <w:smallCaps w:val="0"/>
          <w:strike w:val="0"/>
          <w:sz w:val="22"/>
          <w:u w:val="single"/>
        </w:rPr>
        <w:t>. Freedom ceases to be something objective</w:t>
      </w:r>
      <w:r>
        <w:rPr>
          <w:b w:val="0"/>
          <w:i w:val="0"/>
          <w:smallCaps w:val="0"/>
          <w:strike w:val="0"/>
          <w:u w:val="none"/>
        </w:rPr>
        <w:t xml:space="preserve">. Only the subject can determine whether or not she is free. </w:t>
      </w:r>
      <w:r>
        <w:rPr>
          <w:b/>
          <w:i w:val="0"/>
          <w:smallCaps w:val="0"/>
          <w:strike w:val="0"/>
          <w:sz w:val="22"/>
          <w:u w:val="single"/>
        </w:rPr>
        <w:t>Neo-anarchism</w:t>
      </w:r>
      <w:r>
        <w:rPr>
          <w:b w:val="0"/>
          <w:i w:val="0"/>
          <w:smallCaps w:val="0"/>
          <w:strike w:val="0"/>
          <w:u w:val="none"/>
        </w:rPr>
        <w:t xml:space="preserve"> is not only problematic in theory. It </w:t>
      </w:r>
      <w:r>
        <w:rPr>
          <w:b/>
          <w:i w:val="0"/>
          <w:smallCaps w:val="0"/>
          <w:strike w:val="0"/>
          <w:sz w:val="22"/>
          <w:u w:val="single"/>
        </w:rPr>
        <w:t>is fatal for political praxis. The historic means by which political change has been achieved, specifically the</w:t>
      </w:r>
      <w:r>
        <w:rPr>
          <w:b/>
          <w:i w:val="0"/>
          <w:smallCaps w:val="0"/>
          <w:strike w:val="0"/>
          <w:sz w:val="22"/>
          <w:u w:val="single"/>
        </w:rPr>
        <w:t xml:space="preserve"> </w:t>
      </w:r>
      <w:r>
        <w:rPr>
          <w:b/>
          <w:i w:val="0"/>
          <w:smallCaps w:val="0"/>
          <w:strike w:val="0"/>
          <w:sz w:val="22"/>
          <w:u w:val="single"/>
        </w:rPr>
        <w:t>mobilization of movements and the formation of parties, are foreclosed</w:t>
      </w:r>
      <w:r>
        <w:rPr>
          <w:b/>
          <w:i w:val="0"/>
          <w:smallCaps w:val="0"/>
          <w:strike w:val="0"/>
          <w:sz w:val="22"/>
          <w:u w:val="single"/>
        </w:rPr>
        <w:t xml:space="preserve"> </w:t>
      </w:r>
      <w:r>
        <w:rPr>
          <w:b/>
          <w:i w:val="0"/>
          <w:smallCaps w:val="0"/>
          <w:strike w:val="0"/>
          <w:sz w:val="22"/>
          <w:u w:val="single"/>
        </w:rPr>
        <w:t xml:space="preserve">because Of their hierarchical Structures. </w:t>
      </w:r>
      <w:r>
        <w:rPr>
          <w:b/>
          <w:i w:val="0"/>
          <w:smallCaps w:val="0"/>
          <w:strike w:val="0"/>
          <w:sz w:val="22"/>
          <w:highlight w:val="cyan"/>
          <w:u w:val="single"/>
        </w:rPr>
        <w:t>Measurable gains</w:t>
      </w:r>
      <w:r>
        <w:rPr>
          <w:b w:val="0"/>
          <w:i w:val="0"/>
          <w:smallCaps w:val="0"/>
          <w:strike w:val="0"/>
          <w:u w:val="none"/>
        </w:rPr>
        <w:t>—whether in terms of policy or legislative change—</w:t>
      </w:r>
      <w:r>
        <w:rPr>
          <w:b/>
          <w:i w:val="0"/>
          <w:smallCaps w:val="0"/>
          <w:strike w:val="0"/>
          <w:sz w:val="22"/>
          <w:highlight w:val="cyan"/>
          <w:u w:val="single"/>
        </w:rPr>
        <w:t>lose</w:t>
      </w:r>
      <w:r>
        <w:rPr>
          <w:b/>
          <w:i w:val="0"/>
          <w:smallCaps w:val="0"/>
          <w:strike w:val="0"/>
          <w:sz w:val="22"/>
          <w:u w:val="single"/>
        </w:rPr>
        <w:t xml:space="preserve"> </w:t>
      </w:r>
      <w:r>
        <w:rPr>
          <w:b/>
          <w:i w:val="0"/>
          <w:smallCaps w:val="0"/>
          <w:strike w:val="0"/>
          <w:sz w:val="22"/>
          <w:highlight w:val="cyan"/>
          <w:u w:val="single"/>
        </w:rPr>
        <w:t>their historic significance as</w:t>
      </w:r>
      <w:r>
        <w:rPr>
          <w:b w:val="0"/>
          <w:i w:val="0"/>
          <w:smallCaps w:val="0"/>
          <w:strike w:val="0"/>
          <w:highlight w:val="cyan"/>
          <w:u w:val="none"/>
        </w:rPr>
        <w:t xml:space="preserve"> </w:t>
      </w:r>
      <w:r>
        <w:rPr>
          <w:b/>
          <w:i w:val="0"/>
          <w:smallCaps w:val="0"/>
          <w:strike w:val="0"/>
          <w:sz w:val="22"/>
          <w:highlight w:val="cyan"/>
          <w:u w:val="single"/>
        </w:rPr>
        <w:t>exemplifying antiradical reformism</w:t>
      </w:r>
      <w:r>
        <w:rPr>
          <w:b w:val="0"/>
          <w:i w:val="0"/>
          <w:smallCaps w:val="0"/>
          <w:strike w:val="0"/>
          <w:u w:val="none"/>
        </w:rPr>
        <w:t xml:space="preserve">. </w:t>
      </w:r>
      <w:r>
        <w:rPr>
          <w:b/>
          <w:i w:val="0"/>
          <w:smallCaps w:val="0"/>
          <w:strike w:val="0"/>
          <w:sz w:val="22"/>
          <w:u w:val="single"/>
        </w:rPr>
        <w:t>U</w:t>
      </w:r>
      <w:r>
        <w:rPr>
          <w:b/>
          <w:i w:val="0"/>
          <w:smallCaps w:val="0"/>
          <w:strike w:val="0"/>
          <w:sz w:val="22"/>
          <w:u w:val="single"/>
        </w:rPr>
        <w:t>tility o</w:t>
      </w:r>
      <w:r>
        <w:rPr>
          <w:b/>
          <w:i w:val="0"/>
          <w:smallCaps w:val="0"/>
          <w:strike w:val="0"/>
          <w:sz w:val="22"/>
          <w:u w:val="single"/>
        </w:rPr>
        <w:t>f parties is denigrated</w:t>
      </w:r>
      <w:r>
        <w:rPr>
          <w:b w:val="0"/>
          <w:i w:val="0"/>
          <w:smallCaps w:val="0"/>
          <w:strike w:val="0"/>
          <w:u w:val="none"/>
        </w:rPr>
        <w:t xml:space="preserve"> because they are held to entirely subjective standards. </w:t>
      </w:r>
      <w:r>
        <w:rPr>
          <w:b/>
          <w:i w:val="0"/>
          <w:smallCaps w:val="0"/>
          <w:strike w:val="0"/>
          <w:sz w:val="22"/>
          <w:u w:val="single"/>
        </w:rPr>
        <w:t>This conception</w:t>
      </w:r>
      <w:r>
        <w:rPr>
          <w:b/>
          <w:i w:val="0"/>
          <w:smallCaps w:val="0"/>
          <w:strike w:val="0"/>
          <w:sz w:val="22"/>
          <w:u w:val="single"/>
        </w:rPr>
        <w:t xml:space="preserve"> </w:t>
      </w:r>
      <w:r>
        <w:rPr>
          <w:b/>
          <w:i w:val="0"/>
          <w:smallCaps w:val="0"/>
          <w:strike w:val="0"/>
          <w:sz w:val="22"/>
          <w:u w:val="single"/>
        </w:rPr>
        <w:t>of politics only allows the policies that the Left has battled against to</w:t>
      </w:r>
      <w:r>
        <w:rPr>
          <w:b/>
          <w:i w:val="0"/>
          <w:smallCaps w:val="0"/>
          <w:strike w:val="0"/>
          <w:sz w:val="22"/>
          <w:u w:val="single"/>
        </w:rPr>
        <w:t xml:space="preserve"> </w:t>
      </w:r>
      <w:r>
        <w:rPr>
          <w:b/>
          <w:i w:val="0"/>
          <w:smallCaps w:val="0"/>
          <w:strike w:val="0"/>
          <w:sz w:val="22"/>
          <w:u w:val="single"/>
        </w:rPr>
        <w:t>flourish</w:t>
      </w:r>
      <w:r>
        <w:rPr>
          <w:b w:val="0"/>
          <w:i w:val="0"/>
          <w:smallCaps w:val="0"/>
          <w:strike w:val="0"/>
          <w:u w:val="none"/>
        </w:rPr>
        <w:t xml:space="preserve">. Ultimately, </w:t>
      </w:r>
      <w:r>
        <w:rPr>
          <w:b/>
          <w:i w:val="0"/>
          <w:smallCaps w:val="0"/>
          <w:strike w:val="0"/>
          <w:sz w:val="24"/>
          <w:highlight w:val="cyan"/>
          <w:u w:val="single"/>
        </w:rPr>
        <w:t>neo-anarchism upholds the very politics it claims to oppose</w:t>
      </w:r>
      <w:r>
        <w:rPr>
          <w:b w:val="0"/>
          <w:i w:val="0"/>
          <w:smallCaps w:val="0"/>
          <w:strike w:val="0"/>
          <w:u w:val="none"/>
        </w:rPr>
        <w:t xml:space="preserve">. </w:t>
      </w:r>
      <w:r>
        <w:rPr>
          <w:b/>
          <w:i w:val="0"/>
          <w:smallCaps w:val="0"/>
          <w:strike w:val="0"/>
          <w:sz w:val="22"/>
          <w:u w:val="single"/>
        </w:rPr>
        <w:t xml:space="preserve">Its </w:t>
      </w:r>
      <w:r>
        <w:rPr>
          <w:b/>
          <w:i w:val="0"/>
          <w:smallCaps w:val="0"/>
          <w:strike w:val="0"/>
          <w:sz w:val="22"/>
          <w:highlight w:val="cyan"/>
          <w:u w:val="single"/>
        </w:rPr>
        <w:t>emphasis on subjectivity</w:t>
      </w:r>
      <w:r>
        <w:rPr>
          <w:b w:val="0"/>
          <w:i w:val="0"/>
          <w:smallCaps w:val="0"/>
          <w:strike w:val="0"/>
          <w:u w:val="none"/>
        </w:rPr>
        <w:t xml:space="preserve"> and community </w:t>
      </w:r>
      <w:r>
        <w:rPr>
          <w:b/>
          <w:i w:val="0"/>
          <w:smallCaps w:val="0"/>
          <w:strike w:val="0"/>
          <w:sz w:val="22"/>
          <w:u w:val="single"/>
        </w:rPr>
        <w:t>are</w:t>
      </w:r>
      <w:r>
        <w:rPr>
          <w:b w:val="0"/>
          <w:i w:val="0"/>
          <w:smallCaps w:val="0"/>
          <w:strike w:val="0"/>
          <w:u w:val="none"/>
        </w:rPr>
        <w:t xml:space="preserve"> contemporary </w:t>
      </w:r>
      <w:r>
        <w:rPr>
          <w:b/>
          <w:i w:val="0"/>
          <w:smallCaps w:val="0"/>
          <w:strike w:val="0"/>
          <w:sz w:val="22"/>
          <w:u w:val="single"/>
        </w:rPr>
        <w:t xml:space="preserve">manifestations of the reactionary antimodernism that has perennially </w:t>
      </w:r>
      <w:r>
        <w:rPr>
          <w:b/>
          <w:i w:val="0"/>
          <w:smallCaps w:val="0"/>
          <w:strike w:val="0"/>
          <w:sz w:val="22"/>
          <w:highlight w:val="cyan"/>
          <w:u w:val="single"/>
        </w:rPr>
        <w:t>plagued politics</w:t>
      </w:r>
      <w:r>
        <w:rPr>
          <w:b/>
          <w:i w:val="0"/>
          <w:smallCaps w:val="0"/>
          <w:strike w:val="0"/>
          <w:sz w:val="22"/>
          <w:u w:val="single"/>
        </w:rPr>
        <w:t xml:space="preserve"> on both the Left and the Right for over a century and a half</w:t>
      </w:r>
      <w:r>
        <w:rPr>
          <w:b w:val="0"/>
          <w:i w:val="0"/>
          <w:smallCaps w:val="0"/>
          <w:strike w:val="0"/>
          <w:u w:val="none"/>
        </w:rPr>
        <w:t xml:space="preserve">. </w:t>
      </w:r>
      <w:r>
        <w:rPr>
          <w:b/>
          <w:i w:val="0"/>
          <w:smallCaps w:val="0"/>
          <w:strike w:val="0"/>
          <w:sz w:val="22"/>
          <w:u w:val="single"/>
        </w:rPr>
        <w:t>The emphasis on subjectivity breeds</w:t>
      </w:r>
      <w:r>
        <w:rPr>
          <w:b w:val="0"/>
          <w:i w:val="0"/>
          <w:smallCaps w:val="0"/>
          <w:strike w:val="0"/>
          <w:u w:val="none"/>
        </w:rPr>
        <w:t xml:space="preserve"> irrationalism, </w:t>
      </w:r>
      <w:r>
        <w:rPr>
          <w:b/>
          <w:i w:val="0"/>
          <w:smallCaps w:val="0"/>
          <w:strike w:val="0"/>
          <w:sz w:val="22"/>
          <w:u w:val="single"/>
        </w:rPr>
        <w:t>outbursts of anguished</w:t>
      </w:r>
      <w:r>
        <w:rPr>
          <w:b/>
          <w:i w:val="0"/>
          <w:smallCaps w:val="0"/>
          <w:strike w:val="0"/>
          <w:sz w:val="22"/>
          <w:u w:val="single"/>
        </w:rPr>
        <w:t xml:space="preserve"> </w:t>
      </w:r>
      <w:r>
        <w:rPr>
          <w:b/>
          <w:i w:val="0"/>
          <w:smallCaps w:val="0"/>
          <w:strike w:val="0"/>
          <w:sz w:val="22"/>
          <w:u w:val="single"/>
        </w:rPr>
        <w:t xml:space="preserve">populism, mysticism, and vitalism. </w:t>
      </w:r>
      <w:r>
        <w:rPr>
          <w:b/>
          <w:i w:val="0"/>
          <w:smallCaps w:val="0"/>
          <w:strike w:val="0"/>
          <w:sz w:val="22"/>
          <w:highlight w:val="cyan"/>
          <w:u w:val="single"/>
        </w:rPr>
        <w:t xml:space="preserve">The </w:t>
      </w:r>
      <w:r>
        <w:rPr>
          <w:b/>
          <w:i w:val="0"/>
          <w:smallCaps w:val="0"/>
          <w:strike w:val="0"/>
          <w:sz w:val="24"/>
          <w:highlight w:val="cyan"/>
          <w:u w:val="single"/>
        </w:rPr>
        <w:t>retreat from politics</w:t>
      </w:r>
      <w:r>
        <w:rPr>
          <w:b/>
          <w:i w:val="0"/>
          <w:smallCaps w:val="0"/>
          <w:strike w:val="0"/>
          <w:sz w:val="22"/>
          <w:highlight w:val="cyan"/>
          <w:u w:val="single"/>
        </w:rPr>
        <w:t xml:space="preserve"> into subjectivity </w:t>
      </w:r>
      <w:r>
        <w:rPr>
          <w:b/>
          <w:i w:val="0"/>
          <w:smallCaps w:val="0"/>
          <w:strike w:val="0"/>
          <w:sz w:val="24"/>
          <w:highlight w:val="cyan"/>
          <w:u w:val="single"/>
        </w:rPr>
        <w:t>leads to its antipode</w:t>
      </w:r>
      <w:r>
        <w:rPr>
          <w:b w:val="0"/>
          <w:i w:val="0"/>
          <w:smallCaps w:val="0"/>
          <w:strike w:val="0"/>
          <w:u w:val="none"/>
        </w:rPr>
        <w:t xml:space="preserve">. Neo-anarchism's talk about consensus-building leads to either political inaction or, worse, an antiliberal conception of political participation that fails to defend differing views. </w:t>
      </w:r>
      <w:r>
        <w:rPr>
          <w:b/>
          <w:i w:val="0"/>
          <w:smallCaps w:val="0"/>
          <w:strike w:val="0"/>
          <w:sz w:val="22"/>
          <w:u w:val="single"/>
        </w:rPr>
        <w:t>Its refusal to</w:t>
      </w:r>
      <w:r>
        <w:rPr>
          <w:b/>
          <w:i w:val="0"/>
          <w:smallCaps w:val="0"/>
          <w:strike w:val="0"/>
          <w:sz w:val="22"/>
          <w:u w:val="single"/>
        </w:rPr>
        <w:t xml:space="preserve"> </w:t>
      </w:r>
      <w:r>
        <w:rPr>
          <w:b/>
          <w:i w:val="0"/>
          <w:smallCaps w:val="0"/>
          <w:strike w:val="0"/>
          <w:sz w:val="22"/>
          <w:u w:val="single"/>
        </w:rPr>
        <w:t>distinguish between the illegitimate and legitimate exercise of authority is</w:t>
      </w:r>
      <w:r>
        <w:rPr>
          <w:b/>
          <w:i w:val="0"/>
          <w:smallCaps w:val="0"/>
          <w:strike w:val="0"/>
          <w:sz w:val="22"/>
          <w:u w:val="single"/>
        </w:rPr>
        <w:t xml:space="preserve"> </w:t>
      </w:r>
      <w:r>
        <w:rPr>
          <w:b/>
          <w:i w:val="0"/>
          <w:smallCaps w:val="0"/>
          <w:strike w:val="0"/>
          <w:sz w:val="22"/>
          <w:u w:val="single"/>
        </w:rPr>
        <w:t>prone to a conspiratorial mind-set. Its rejection of intermediary political</w:t>
      </w:r>
      <w:r>
        <w:rPr>
          <w:b/>
          <w:i w:val="0"/>
          <w:smallCaps w:val="0"/>
          <w:strike w:val="0"/>
          <w:sz w:val="22"/>
          <w:u w:val="single"/>
        </w:rPr>
        <w:t xml:space="preserve"> </w:t>
      </w:r>
      <w:r>
        <w:rPr>
          <w:b/>
          <w:i w:val="0"/>
          <w:smallCaps w:val="0"/>
          <w:strike w:val="0"/>
          <w:sz w:val="22"/>
          <w:u w:val="single"/>
        </w:rPr>
        <w:t>bodies abolishes the institutions that mediate political control</w:t>
      </w:r>
      <w:r>
        <w:rPr>
          <w:b w:val="0"/>
          <w:i w:val="0"/>
          <w:smallCaps w:val="0"/>
          <w:strike w:val="0"/>
          <w:u w:val="none"/>
        </w:rPr>
        <w:t xml:space="preserve">. Against all this, the neo-anarchist and other </w:t>
      </w:r>
      <w:r>
        <w:rPr>
          <w:b/>
          <w:i w:val="0"/>
          <w:smallCaps w:val="0"/>
          <w:strike w:val="0"/>
          <w:sz w:val="22"/>
          <w:u w:val="single"/>
        </w:rPr>
        <w:t>extremist elements on the Left can</w:t>
      </w:r>
      <w:r>
        <w:rPr>
          <w:b w:val="0"/>
          <w:i w:val="0"/>
          <w:smallCaps w:val="0"/>
          <w:strike w:val="0"/>
          <w:u w:val="none"/>
        </w:rPr>
        <w:t xml:space="preserve"> </w:t>
      </w:r>
      <w:r>
        <w:rPr>
          <w:b/>
          <w:i w:val="0"/>
          <w:smallCaps w:val="0"/>
          <w:strike w:val="0"/>
          <w:sz w:val="22"/>
          <w:u w:val="single"/>
        </w:rPr>
        <w:t>rightly cite myriad</w:t>
      </w:r>
      <w:r>
        <w:rPr>
          <w:b/>
          <w:i w:val="0"/>
          <w:smallCaps w:val="0"/>
          <w:strike w:val="0"/>
          <w:sz w:val="22"/>
          <w:u w:val="single"/>
        </w:rPr>
        <w:t xml:space="preserve"> </w:t>
      </w:r>
      <w:r>
        <w:rPr>
          <w:b/>
          <w:i w:val="0"/>
          <w:smallCaps w:val="0"/>
          <w:strike w:val="0"/>
          <w:sz w:val="22"/>
          <w:u w:val="single"/>
        </w:rPr>
        <w:t>cases in which institutions have acted as instruments</w:t>
      </w:r>
      <w:r>
        <w:rPr>
          <w:b/>
          <w:i w:val="0"/>
          <w:smallCaps w:val="0"/>
          <w:strike w:val="0"/>
          <w:sz w:val="22"/>
          <w:u w:val="single"/>
        </w:rPr>
        <w:t xml:space="preserve"> </w:t>
      </w:r>
      <w:r>
        <w:rPr>
          <w:b/>
          <w:i w:val="0"/>
          <w:smallCaps w:val="0"/>
          <w:strike w:val="0"/>
          <w:sz w:val="22"/>
          <w:u w:val="single"/>
        </w:rPr>
        <w:t xml:space="preserve">of oppression and domination. But this is to </w:t>
      </w:r>
      <w:r>
        <w:rPr>
          <w:b/>
          <w:i w:val="0"/>
          <w:smallCaps w:val="0"/>
          <w:strike w:val="0"/>
          <w:sz w:val="24"/>
          <w:u w:val="single"/>
        </w:rPr>
        <w:t>willfully confuse the issues</w:t>
      </w:r>
      <w:r>
        <w:rPr>
          <w:b/>
          <w:i w:val="0"/>
          <w:smallCaps w:val="0"/>
          <w:strike w:val="0"/>
          <w:sz w:val="24"/>
          <w:u w:val="single"/>
        </w:rPr>
        <w:t xml:space="preserve"> </w:t>
      </w:r>
      <w:r>
        <w:rPr>
          <w:b/>
          <w:i w:val="0"/>
          <w:smallCaps w:val="0"/>
          <w:strike w:val="0"/>
          <w:sz w:val="24"/>
          <w:u w:val="single"/>
        </w:rPr>
        <w:t>at stake</w:t>
      </w:r>
      <w:r>
        <w:rPr>
          <w:b/>
          <w:i w:val="0"/>
          <w:smallCaps w:val="0"/>
          <w:strike w:val="0"/>
          <w:sz w:val="22"/>
          <w:u w:val="single"/>
        </w:rPr>
        <w:t>. The point is not that the problems they identify do not exist, but</w:t>
      </w:r>
      <w:r>
        <w:rPr>
          <w:b/>
          <w:i w:val="0"/>
          <w:smallCaps w:val="0"/>
          <w:strike w:val="0"/>
          <w:sz w:val="22"/>
          <w:u w:val="single"/>
        </w:rPr>
        <w:t xml:space="preserve"> </w:t>
      </w:r>
      <w:r>
        <w:rPr>
          <w:b/>
          <w:i w:val="0"/>
          <w:smallCaps w:val="0"/>
          <w:strike w:val="0"/>
          <w:sz w:val="22"/>
          <w:u w:val="single"/>
        </w:rPr>
        <w:t xml:space="preserve">that </w:t>
      </w:r>
      <w:r>
        <w:rPr>
          <w:b/>
          <w:i w:val="0"/>
          <w:smallCaps w:val="0"/>
          <w:strike w:val="0"/>
          <w:sz w:val="24"/>
          <w:u w:val="single"/>
        </w:rPr>
        <w:t xml:space="preserve">their </w:t>
      </w:r>
      <w:r>
        <w:rPr>
          <w:b/>
          <w:i w:val="0"/>
          <w:smallCaps w:val="0"/>
          <w:strike w:val="0"/>
          <w:sz w:val="24"/>
          <w:highlight w:val="cyan"/>
          <w:u w:val="single"/>
        </w:rPr>
        <w:t>solutions pose serious dangers</w:t>
      </w:r>
      <w:r>
        <w:rPr>
          <w:b w:val="0"/>
          <w:i w:val="0"/>
          <w:smallCaps w:val="0"/>
          <w:strike w:val="0"/>
          <w:u w:val="none"/>
        </w:rPr>
        <w:t xml:space="preserve">. In a critique of Simone Weil, Daniel Bensaid provided a prescient warning about the kind of disengage- ment from politics that has been advocated by the neo-anarchists: </w:t>
      </w:r>
      <w:r>
        <w:rPr>
          <w:b/>
          <w:i w:val="0"/>
          <w:smallCaps w:val="0"/>
          <w:strike w:val="0"/>
          <w:sz w:val="22"/>
          <w:u w:val="single"/>
        </w:rPr>
        <w:t>The refusal of</w:t>
      </w:r>
      <w:r>
        <w:rPr>
          <w:b w:val="0"/>
          <w:i w:val="0"/>
          <w:smallCaps w:val="0"/>
          <w:strike w:val="0"/>
          <w:u w:val="none"/>
        </w:rPr>
        <w:t xml:space="preserve"> profane </w:t>
      </w:r>
      <w:r>
        <w:rPr>
          <w:b/>
          <w:i w:val="0"/>
          <w:smallCaps w:val="0"/>
          <w:strike w:val="0"/>
          <w:sz w:val="22"/>
          <w:u w:val="single"/>
        </w:rPr>
        <w:t>politics, with its impurities, uncertainties</w:t>
      </w:r>
      <w:r>
        <w:rPr>
          <w:b w:val="0"/>
          <w:i w:val="0"/>
          <w:smallCaps w:val="0"/>
          <w:strike w:val="0"/>
          <w:u w:val="none"/>
        </w:rPr>
        <w:t xml:space="preserve">, and wobbly conventions, </w:t>
      </w:r>
      <w:r>
        <w:rPr>
          <w:b/>
          <w:i w:val="0"/>
          <w:smallCaps w:val="0"/>
          <w:strike w:val="0"/>
          <w:sz w:val="22"/>
          <w:u w:val="single"/>
        </w:rPr>
        <w:t>l</w:t>
      </w:r>
      <w:r>
        <w:rPr>
          <w:b/>
          <w:i w:val="0"/>
          <w:smallCaps w:val="0"/>
          <w:strike w:val="0"/>
          <w:sz w:val="22"/>
          <w:u w:val="single"/>
        </w:rPr>
        <w:t>eads ineluctably back to theology</w:t>
      </w:r>
      <w:r>
        <w:rPr>
          <w:b/>
          <w:i w:val="0"/>
          <w:smallCaps w:val="0"/>
          <w:strike w:val="0"/>
          <w:sz w:val="22"/>
          <w:u w:val="single"/>
        </w:rPr>
        <w:t xml:space="preserve"> and its jumble</w:t>
      </w:r>
      <w:r>
        <w:rPr>
          <w:b/>
          <w:i w:val="0"/>
          <w:smallCaps w:val="0"/>
          <w:strike w:val="0"/>
          <w:sz w:val="22"/>
          <w:u w:val="single"/>
        </w:rPr>
        <w:t xml:space="preserve"> </w:t>
      </w:r>
      <w:r>
        <w:rPr>
          <w:b/>
          <w:i w:val="0"/>
          <w:smallCaps w:val="0"/>
          <w:strike w:val="0"/>
          <w:sz w:val="22"/>
          <w:u w:val="single"/>
        </w:rPr>
        <w:t>of graces, miracles, revelations, repentances, and pardons. Illusory flights</w:t>
      </w:r>
      <w:r>
        <w:rPr>
          <w:b/>
          <w:i w:val="0"/>
          <w:smallCaps w:val="0"/>
          <w:strike w:val="0"/>
          <w:sz w:val="22"/>
          <w:u w:val="single"/>
        </w:rPr>
        <w:t xml:space="preserve"> </w:t>
      </w:r>
      <w:r>
        <w:rPr>
          <w:b/>
          <w:i w:val="0"/>
          <w:smallCaps w:val="0"/>
          <w:strike w:val="0"/>
          <w:sz w:val="22"/>
          <w:u w:val="single"/>
        </w:rPr>
        <w:t>from the sordidness of politics actually perpetuate impotence</w:t>
      </w:r>
      <w:r>
        <w:rPr>
          <w:b w:val="0"/>
          <w:i w:val="0"/>
          <w:smallCaps w:val="0"/>
          <w:strike w:val="0"/>
          <w:u w:val="none"/>
        </w:rPr>
        <w:t xml:space="preserve">. Instead Of pretending to write out of the contradictions between unconditional principles and the conditionality of practical living, politics means taking a stand there and working to surmount it without ever suppressing it. Get rid of mediation by political parties and you will have the single party— even the single State—of the "partyless."63 </w:t>
      </w:r>
      <w:r>
        <w:rPr>
          <w:b/>
          <w:i w:val="0"/>
          <w:smallCaps w:val="0"/>
          <w:strike w:val="0"/>
          <w:sz w:val="22"/>
          <w:u w:val="single"/>
        </w:rPr>
        <w:t>Neo-anarchism's rejection o</w:t>
      </w:r>
      <w:r>
        <w:rPr>
          <w:b/>
          <w:i w:val="0"/>
          <w:smallCaps w:val="0"/>
          <w:strike w:val="0"/>
          <w:sz w:val="22"/>
          <w:u w:val="single"/>
        </w:rPr>
        <w:t>f</w:t>
      </w:r>
      <w:r>
        <w:rPr>
          <w:b w:val="0"/>
          <w:i w:val="0"/>
          <w:smallCaps w:val="0"/>
          <w:strike w:val="0"/>
          <w:u w:val="none"/>
        </w:rPr>
        <w:t xml:space="preserve"> "profane </w:t>
      </w:r>
      <w:r>
        <w:rPr>
          <w:b/>
          <w:i w:val="0"/>
          <w:smallCaps w:val="0"/>
          <w:strike w:val="0"/>
          <w:sz w:val="22"/>
          <w:u w:val="single"/>
        </w:rPr>
        <w:t>politics" carries reactionary impli-</w:t>
      </w:r>
      <w:r>
        <w:rPr>
          <w:b/>
          <w:i w:val="0"/>
          <w:smallCaps w:val="0"/>
          <w:strike w:val="0"/>
          <w:sz w:val="22"/>
          <w:u w:val="single"/>
        </w:rPr>
        <w:t xml:space="preserve"> </w:t>
      </w:r>
      <w:r>
        <w:rPr>
          <w:b/>
          <w:i w:val="0"/>
          <w:smallCaps w:val="0"/>
          <w:strike w:val="0"/>
          <w:sz w:val="22"/>
          <w:u w:val="single"/>
        </w:rPr>
        <w:t>cations. The insistence on the immanence of freedom is an expression of</w:t>
      </w:r>
      <w:r>
        <w:rPr>
          <w:b/>
          <w:i w:val="0"/>
          <w:smallCaps w:val="0"/>
          <w:strike w:val="0"/>
          <w:sz w:val="22"/>
          <w:u w:val="single"/>
        </w:rPr>
        <w:t xml:space="preserve"> </w:t>
      </w:r>
      <w:r>
        <w:rPr>
          <w:b/>
          <w:i w:val="0"/>
          <w:smallCaps w:val="0"/>
          <w:strike w:val="0"/>
          <w:sz w:val="22"/>
          <w:u w:val="single"/>
        </w:rPr>
        <w:t>political impotence, which becomes all the more disconcerting as defenses</w:t>
      </w:r>
      <w:r>
        <w:rPr>
          <w:b/>
          <w:i w:val="0"/>
          <w:smallCaps w:val="0"/>
          <w:strike w:val="0"/>
          <w:sz w:val="22"/>
          <w:u w:val="single"/>
        </w:rPr>
        <w:t xml:space="preserve"> </w:t>
      </w:r>
      <w:r>
        <w:rPr>
          <w:b/>
          <w:i w:val="0"/>
          <w:smallCaps w:val="0"/>
          <w:strike w:val="0"/>
          <w:sz w:val="22"/>
          <w:u w:val="single"/>
        </w:rPr>
        <w:t>of left-wing violence abound</w:t>
      </w:r>
      <w:r>
        <w:rPr>
          <w:b w:val="0"/>
          <w:i w:val="0"/>
          <w:smallCaps w:val="0"/>
          <w:strike w:val="0"/>
          <w:u w:val="none"/>
        </w:rPr>
        <w:t xml:space="preserve">. 64 </w:t>
      </w:r>
      <w:r>
        <w:rPr>
          <w:b/>
          <w:i w:val="0"/>
          <w:smallCaps w:val="0"/>
          <w:strike w:val="0"/>
          <w:sz w:val="22"/>
          <w:u w:val="single"/>
        </w:rPr>
        <w:t>As the Left copes with a worsening political terrain, it would not only</w:t>
      </w:r>
      <w:r>
        <w:rPr>
          <w:b/>
          <w:i w:val="0"/>
          <w:smallCaps w:val="0"/>
          <w:strike w:val="0"/>
          <w:sz w:val="22"/>
          <w:u w:val="single"/>
        </w:rPr>
        <w:t xml:space="preserve"> </w:t>
      </w:r>
      <w:r>
        <w:rPr>
          <w:b/>
          <w:i w:val="0"/>
          <w:smallCaps w:val="0"/>
          <w:strike w:val="0"/>
          <w:sz w:val="22"/>
          <w:u w:val="single"/>
        </w:rPr>
        <w:t>be ill advised, but also potentially seriously detrimental to the Left's capac-</w:t>
      </w:r>
      <w:r>
        <w:rPr>
          <w:b/>
          <w:i w:val="0"/>
          <w:smallCaps w:val="0"/>
          <w:strike w:val="0"/>
          <w:sz w:val="22"/>
          <w:u w:val="single"/>
        </w:rPr>
        <w:t xml:space="preserve"> </w:t>
      </w:r>
      <w:r>
        <w:rPr>
          <w:b/>
          <w:i w:val="0"/>
          <w:smallCaps w:val="0"/>
          <w:strike w:val="0"/>
          <w:sz w:val="22"/>
          <w:u w:val="single"/>
        </w:rPr>
        <w:t>icy to reassert its relevance, for it to continue on its current trajectory</w:t>
      </w:r>
      <w:r>
        <w:rPr>
          <w:b w:val="0"/>
          <w:i w:val="0"/>
          <w:smallCaps w:val="0"/>
          <w:strike w:val="0"/>
          <w:u w:val="none"/>
        </w:rPr>
        <w:t xml:space="preserve">. </w:t>
      </w:r>
      <w:r>
        <w:rPr>
          <w:b/>
          <w:i w:val="0"/>
          <w:smallCaps w:val="0"/>
          <w:strike w:val="0"/>
          <w:sz w:val="22"/>
          <w:highlight w:val="cyan"/>
          <w:u w:val="single"/>
        </w:rPr>
        <w:t>The solution does not lie in more abstract principles, but</w:t>
      </w:r>
      <w:r>
        <w:rPr>
          <w:b/>
          <w:i w:val="0"/>
          <w:smallCaps w:val="0"/>
          <w:strike w:val="0"/>
          <w:sz w:val="22"/>
          <w:u w:val="single"/>
        </w:rPr>
        <w:t xml:space="preserve"> more concrete</w:t>
      </w:r>
      <w:r>
        <w:rPr>
          <w:b/>
          <w:i w:val="0"/>
          <w:smallCaps w:val="0"/>
          <w:strike w:val="0"/>
          <w:sz w:val="22"/>
          <w:u w:val="single"/>
        </w:rPr>
        <w:t xml:space="preserve"> </w:t>
      </w:r>
      <w:r>
        <w:rPr>
          <w:b/>
          <w:i w:val="0"/>
          <w:smallCaps w:val="0"/>
          <w:strike w:val="0"/>
          <w:sz w:val="22"/>
          <w:u w:val="single"/>
        </w:rPr>
        <w:t xml:space="preserve">ones. It does not lie in political disengagement, </w:t>
      </w:r>
      <w:r>
        <w:rPr>
          <w:b/>
          <w:i w:val="0"/>
          <w:smallCaps w:val="0"/>
          <w:strike w:val="0"/>
          <w:sz w:val="24"/>
          <w:u w:val="single"/>
        </w:rPr>
        <w:t xml:space="preserve">but </w:t>
      </w:r>
      <w:r>
        <w:rPr>
          <w:b/>
          <w:i w:val="0"/>
          <w:smallCaps w:val="0"/>
          <w:strike w:val="0"/>
          <w:sz w:val="24"/>
          <w:highlight w:val="cyan"/>
          <w:u w:val="single"/>
        </w:rPr>
        <w:t>a more active role in real politics</w:t>
      </w:r>
      <w:r>
        <w:rPr>
          <w:b w:val="0"/>
          <w:i w:val="0"/>
          <w:smallCaps w:val="0"/>
          <w:strike w:val="0"/>
          <w:u w:val="none"/>
        </w:rPr>
        <w:t xml:space="preserve">. </w:t>
      </w:r>
      <w:r>
        <w:rPr>
          <w:b/>
          <w:i w:val="0"/>
          <w:smallCaps w:val="0"/>
          <w:strike w:val="0"/>
          <w:sz w:val="22"/>
          <w:u w:val="single"/>
        </w:rPr>
        <w:t xml:space="preserve">This means organizing </w:t>
      </w:r>
      <w:r>
        <w:rPr>
          <w:b/>
          <w:i w:val="0"/>
          <w:smallCaps w:val="0"/>
          <w:strike w:val="0"/>
          <w:sz w:val="22"/>
          <w:highlight w:val="cyan"/>
          <w:u w:val="single"/>
        </w:rPr>
        <w:t xml:space="preserve">movements with </w:t>
      </w:r>
      <w:r>
        <w:rPr>
          <w:b/>
          <w:i w:val="0"/>
          <w:smallCaps w:val="0"/>
          <w:strike w:val="0"/>
          <w:sz w:val="24"/>
          <w:highlight w:val="cyan"/>
          <w:u w:val="single"/>
        </w:rPr>
        <w:t>clear demands</w:t>
      </w:r>
      <w:r>
        <w:rPr>
          <w:b w:val="0"/>
          <w:i w:val="0"/>
          <w:smallCaps w:val="0"/>
          <w:strike w:val="0"/>
          <w:u w:val="none"/>
        </w:rPr>
        <w:t xml:space="preserve">. </w:t>
      </w:r>
      <w:r>
        <w:rPr>
          <w:b/>
          <w:i w:val="0"/>
          <w:smallCaps w:val="0"/>
          <w:strike w:val="0"/>
          <w:sz w:val="22"/>
          <w:u w:val="single"/>
        </w:rPr>
        <w:t xml:space="preserve">It means </w:t>
      </w:r>
      <w:r>
        <w:rPr>
          <w:b/>
          <w:i w:val="0"/>
          <w:smallCaps w:val="0"/>
          <w:strike w:val="0"/>
          <w:sz w:val="22"/>
          <w:highlight w:val="cyan"/>
          <w:u w:val="single"/>
        </w:rPr>
        <w:t>building think tanks</w:t>
      </w:r>
      <w:r>
        <w:rPr>
          <w:b/>
          <w:i w:val="0"/>
          <w:smallCaps w:val="0"/>
          <w:strike w:val="0"/>
          <w:sz w:val="22"/>
          <w:u w:val="single"/>
        </w:rPr>
        <w:t xml:space="preserve"> to inform policies,</w:t>
      </w:r>
      <w:r>
        <w:rPr>
          <w:b w:val="0"/>
          <w:i w:val="0"/>
          <w:smallCaps w:val="0"/>
          <w:strike w:val="0"/>
          <w:u w:val="none"/>
        </w:rPr>
        <w:t xml:space="preserve"> which, consequently, means more intellectuals not fewer. </w:t>
      </w:r>
      <w:r>
        <w:rPr>
          <w:b/>
          <w:i w:val="0"/>
          <w:smallCaps w:val="0"/>
          <w:strike w:val="0"/>
          <w:sz w:val="22"/>
          <w:u w:val="single"/>
        </w:rPr>
        <w:t xml:space="preserve">It also means </w:t>
      </w:r>
      <w:r>
        <w:rPr>
          <w:b/>
          <w:i w:val="0"/>
          <w:smallCaps w:val="0"/>
          <w:strike w:val="0"/>
          <w:sz w:val="22"/>
          <w:highlight w:val="cyan"/>
          <w:u w:val="single"/>
        </w:rPr>
        <w:t>building</w:t>
      </w:r>
      <w:r>
        <w:rPr>
          <w:b w:val="0"/>
          <w:i w:val="0"/>
          <w:smallCaps w:val="0"/>
          <w:strike w:val="0"/>
          <w:u w:val="none"/>
        </w:rPr>
        <w:t xml:space="preserve"> constituencies for </w:t>
      </w:r>
      <w:r>
        <w:rPr>
          <w:b/>
          <w:i w:val="0"/>
          <w:smallCaps w:val="0"/>
          <w:strike w:val="0"/>
          <w:sz w:val="22"/>
          <w:highlight w:val="cyan"/>
          <w:u w:val="single"/>
        </w:rPr>
        <w:t>political parties</w:t>
      </w:r>
      <w:r>
        <w:rPr>
          <w:b w:val="0"/>
          <w:i w:val="0"/>
          <w:smallCaps w:val="0"/>
          <w:strike w:val="0"/>
          <w:u w:val="none"/>
        </w:rPr>
        <w:t xml:space="preserve"> and </w:t>
      </w:r>
      <w:r>
        <w:rPr>
          <w:b/>
          <w:i w:val="0"/>
          <w:smallCaps w:val="0"/>
          <w:strike w:val="0"/>
          <w:sz w:val="22"/>
          <w:highlight w:val="cyan"/>
          <w:u w:val="single"/>
        </w:rPr>
        <w:t>cultivating political candidates</w:t>
      </w:r>
      <w:r>
        <w:rPr>
          <w:b w:val="0"/>
          <w:i w:val="0"/>
          <w:smallCaps w:val="0"/>
          <w:strike w:val="0"/>
          <w:u w:val="none"/>
        </w:rPr>
        <w:t xml:space="preserve"> who can be held accountable to their constituents. </w:t>
      </w:r>
      <w:r>
        <w:rPr>
          <w:b/>
          <w:i w:val="0"/>
          <w:smallCaps w:val="0"/>
          <w:strike w:val="0"/>
          <w:sz w:val="22"/>
          <w:u w:val="single"/>
        </w:rPr>
        <w:t>These are the kinds of measures that</w:t>
      </w:r>
      <w:r>
        <w:rPr>
          <w:b/>
          <w:i w:val="0"/>
          <w:smallCaps w:val="0"/>
          <w:strike w:val="0"/>
          <w:sz w:val="22"/>
          <w:u w:val="single"/>
        </w:rPr>
        <w:t xml:space="preserve"> </w:t>
      </w:r>
      <w:r>
        <w:rPr>
          <w:b/>
          <w:i w:val="0"/>
          <w:smallCaps w:val="0"/>
          <w:strike w:val="0"/>
          <w:sz w:val="22"/>
          <w:u w:val="single"/>
        </w:rPr>
        <w:t>would allow the Left to work progressively within</w:t>
      </w:r>
      <w:r>
        <w:rPr>
          <w:b w:val="0"/>
          <w:i w:val="0"/>
          <w:smallCaps w:val="0"/>
          <w:strike w:val="0"/>
          <w:u w:val="none"/>
        </w:rPr>
        <w:t xml:space="preserve"> the framework Of mod- ern </w:t>
      </w:r>
      <w:r>
        <w:rPr>
          <w:b/>
          <w:i w:val="0"/>
          <w:smallCaps w:val="0"/>
          <w:strike w:val="0"/>
          <w:sz w:val="22"/>
          <w:u w:val="single"/>
        </w:rPr>
        <w:t xml:space="preserve">politics </w:t>
      </w:r>
      <w:r>
        <w:rPr>
          <w:b/>
          <w:i w:val="0"/>
          <w:smallCaps w:val="0"/>
          <w:strike w:val="0"/>
          <w:sz w:val="22"/>
          <w:highlight w:val="cyan"/>
          <w:u w:val="single"/>
        </w:rPr>
        <w:t xml:space="preserve">instead of engaging in the kind of </w:t>
      </w:r>
      <w:r>
        <w:rPr>
          <w:b/>
          <w:i w:val="0"/>
          <w:smallCaps w:val="0"/>
          <w:strike w:val="0"/>
          <w:sz w:val="24"/>
          <w:highlight w:val="cyan"/>
          <w:u w:val="single"/>
        </w:rPr>
        <w:t>illusory triumphalism</w:t>
      </w:r>
      <w:r>
        <w:rPr>
          <w:b/>
          <w:i w:val="0"/>
          <w:smallCaps w:val="0"/>
          <w:strike w:val="0"/>
          <w:sz w:val="22"/>
          <w:highlight w:val="cyan"/>
          <w:u w:val="single"/>
        </w:rPr>
        <w:t xml:space="preserve"> that neo-anarchism endorses</w:t>
      </w:r>
      <w:r>
        <w:rPr>
          <w:b/>
          <w:i w:val="0"/>
          <w:smallCaps w:val="0"/>
          <w:strike w:val="0"/>
          <w:sz w:val="22"/>
          <w:u w:val="single"/>
        </w:rPr>
        <w:t xml:space="preserve">. </w:t>
      </w:r>
      <w:r>
        <w:rPr>
          <w:b/>
          <w:i w:val="0"/>
          <w:smallCaps w:val="0"/>
          <w:strike w:val="0"/>
          <w:sz w:val="22"/>
          <w:highlight w:val="cyan"/>
          <w:u w:val="single"/>
        </w:rPr>
        <w:t>The work of radical politics is</w:t>
      </w:r>
      <w:r>
        <w:rPr>
          <w:b/>
          <w:i w:val="0"/>
          <w:smallCaps w:val="0"/>
          <w:strike w:val="0"/>
          <w:sz w:val="22"/>
          <w:u w:val="single"/>
        </w:rPr>
        <w:t xml:space="preserve"> to realize political</w:t>
      </w:r>
      <w:r>
        <w:rPr>
          <w:b/>
          <w:i w:val="0"/>
          <w:smallCaps w:val="0"/>
          <w:strike w:val="0"/>
          <w:sz w:val="22"/>
          <w:u w:val="single"/>
        </w:rPr>
        <w:t xml:space="preserve"> </w:t>
      </w:r>
      <w:r>
        <w:rPr>
          <w:b/>
          <w:i w:val="0"/>
          <w:smallCaps w:val="0"/>
          <w:strike w:val="0"/>
          <w:sz w:val="22"/>
          <w:u w:val="single"/>
        </w:rPr>
        <w:t xml:space="preserve">programs and </w:t>
      </w:r>
      <w:r>
        <w:rPr>
          <w:b/>
          <w:i w:val="0"/>
          <w:smallCaps w:val="0"/>
          <w:strike w:val="0"/>
          <w:sz w:val="22"/>
          <w:highlight w:val="cyan"/>
          <w:u w:val="single"/>
        </w:rPr>
        <w:t>not to retreat into fantastical worlds of the imagination and exaggerated subjectivity</w:t>
      </w:r>
      <w:r>
        <w:rPr>
          <w:b w:val="0"/>
          <w:i w:val="0"/>
          <w:smallCaps w:val="0"/>
          <w:strike w:val="0"/>
          <w:highlight w:val="cyan"/>
          <w:u w:val="none"/>
        </w:rPr>
        <w:t>.</w:t>
      </w:r>
      <w:r>
        <w:rPr>
          <w:b w:val="0"/>
          <w:i w:val="0"/>
          <w:smallCaps w:val="0"/>
          <w:strike w:val="0"/>
          <w:u w:val="none"/>
        </w:rPr>
        <w:t xml:space="preserve"> </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