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concept of agency rests on an organic vision for the local—this non-institutional democracy lapses into </w:t>
      </w:r>
      <w:r>
        <w:rPr>
          <w:b/>
          <w:i w:val="0"/>
          <w:smallCaps w:val="0"/>
          <w:strike w:val="0"/>
          <w:sz w:val="26"/>
          <w:u w:val="single"/>
        </w:rPr>
        <w:t>provincialism</w:t>
      </w:r>
      <w:r>
        <w:rPr>
          <w:b/>
          <w:i w:val="0"/>
          <w:smallCaps w:val="0"/>
          <w:strike w:val="0"/>
          <w:sz w:val="26"/>
          <w:u w:val="none"/>
        </w:rPr>
        <w:t xml:space="preserve"> and </w:t>
      </w:r>
      <w:r>
        <w:rPr>
          <w:b/>
          <w:i w:val="0"/>
          <w:smallCaps w:val="0"/>
          <w:strike w:val="0"/>
          <w:sz w:val="26"/>
          <w:u w:val="single"/>
        </w:rPr>
        <w:t>libertarianism</w:t>
      </w:r>
      <w:r>
        <w:rPr>
          <w:b/>
          <w:i w:val="0"/>
          <w:smallCaps w:val="0"/>
          <w:strike w:val="0"/>
          <w:sz w:val="26"/>
          <w:u w:val="none"/>
        </w:rPr>
        <w:t>—they entrench everything they criticize at the local level</w:t>
      </w:r>
    </w:p>
    <w:p>
      <w:pPr>
        <w:spacing w:after="80"/>
      </w:pPr>
      <w:r>
        <w:rPr>
          <w:b/>
          <w:i w:val="0"/>
          <w:smallCaps w:val="0"/>
          <w:strike w:val="0"/>
          <w:sz w:val="26"/>
          <w:u w:val="none"/>
        </w:rPr>
        <w:t xml:space="preserve">Marcus </w:t>
      </w:r>
      <w:r>
        <w:rPr>
          <w:b/>
          <w:i w:val="0"/>
          <w:smallCaps w:val="0"/>
          <w:strike w:val="0"/>
          <w:sz w:val="26"/>
          <w:u w:val="none"/>
        </w:rPr>
        <w:t>12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associate book editor at Dissent</w:t>
      </w:r>
    </w:p>
    <w:p>
      <w:pPr>
        <w:spacing w:after="60"/>
      </w:pPr>
      <w:r>
        <w:rPr>
          <w:b w:val="0"/>
          <w:i w:val="0"/>
          <w:smallCaps w:val="0"/>
          <w:strike w:val="0"/>
          <w:u w:val="none"/>
        </w:rPr>
        <w:t>(</w:t>
      </w:r>
      <w:r>
        <w:rPr>
          <w:b w:val="0"/>
          <w:i w:val="0"/>
          <w:smallCaps w:val="0"/>
          <w:strike w:val="0"/>
          <w:u w:val="none"/>
        </w:rPr>
        <w:t>David, "The Horizontalists</w:t>
      </w:r>
      <w:r>
        <w:rPr>
          <w:b w:val="0"/>
          <w:i w:val="0"/>
          <w:smallCaps w:val="0"/>
          <w:strike w:val="0"/>
          <w:u w:val="none"/>
        </w:rPr>
        <w:t>,</w:t>
      </w:r>
      <w:r>
        <w:rPr>
          <w:b w:val="0"/>
          <w:i w:val="0"/>
          <w:smallCaps w:val="0"/>
          <w:strike w:val="0"/>
          <w:u w:val="none"/>
        </w:rPr>
        <w:t xml:space="preserve">" Fall, </w:t>
      </w:r>
      <w:r>
        <w:rPr>
          <w:b w:val="0"/>
          <w:i w:val="0"/>
          <w:smallCaps w:val="0"/>
          <w:strike w:val="0"/>
          <w:u w:val="none"/>
        </w:rPr>
        <w:t>http://www.dissentmagazine.org/article/the-horizontalists</w:t>
      </w:r>
      <w:r>
        <w:rPr>
          <w:b w:val="0"/>
          <w:i w:val="0"/>
          <w:smallCaps w:val="0"/>
          <w:strike w:val="0"/>
          <w:u w:val="none"/>
        </w:rPr>
        <w:t>)</w:t>
      </w:r>
    </w:p>
    <w:p>
      <w:pPr>
        <w:spacing w:after="60"/>
      </w:pPr>
      <w:r>
        <w:rPr>
          <w:b w:val="0"/>
          <w:i w:val="0"/>
          <w:smallCaps w:val="0"/>
          <w:strike w:val="0"/>
          <w:u w:val="none"/>
        </w:rPr>
        <w:t xml:space="preserve">There is a much-recycled and certainly apocryphal tale told of an ethnographer traveling in India. Journeying up and down the Ganges Delta, he encounters a fisherman who claims to know the source of all truth. “The world,” the fisherman explains, “rests upon the back of an elephant.” “But what does the elephant stand on?” the ethnographer asks. “A turtle.” “And the turtle?” “Another turtle.” “And it?” “Ah, friend,” smiles the fisherman, “it is turtles all the way down.” As with most well-circulated apocrypha, it is a parable that lacks a clear provenance, but has a clear moral: that despite our ever-dialectical minds, we will never get to the bottom of things; that, in fact, there is nothing at the bottom of things. What we define as society is nothing more than a set of locally constructed practices and norms, and what we define as history is nothing more than the passage of one set to the next. Although we might “find the picture of our universe as an infinite tower of tortoises rather ridiculous,” as one reteller admitted, it only raises the question, “Why do we think we know better?” Since the early 1970s we have wondered—with increasing anxiety—why and if we know better. Social scientists, literary critics, philosophers, and jurists have all begun to turn from their particular disciplines to the more general question of interpretation. There has been an increasing uneasiness with universal categories of thought; a whispered suspicion and then a commonly held belief that the sum—societies, histories, identities—never amounts to more than its parts. New analytical frameworks have begun to emerge, sensitive to both the pluralities and localities of life. “What we need,” as Clifford Geertz argued, “are not enormous ideas” but “ways of thinking that are responsive to particularities, to individualities, oddities, discontinuities, contrasts, and singularities.” This growing anxiety over the precision of our interpretive powers has translated into a variety of political as well as epistemological concerns. Many have become uneasy with universal concepts of justice and equality. Simultaneous to—and in part because of—the ascendance of human rights, </w:t>
      </w:r>
      <w:r>
        <w:rPr>
          <w:b/>
          <w:i w:val="0"/>
          <w:smallCaps w:val="0"/>
          <w:strike w:val="0"/>
          <w:sz w:val="22"/>
          <w:highlight w:val="cyan"/>
          <w:u w:val="single"/>
        </w:rPr>
        <w:t>freedom h</w:t>
      </w:r>
      <w:r>
        <w:rPr>
          <w:b/>
          <w:i w:val="0"/>
          <w:smallCaps w:val="0"/>
          <w:strike w:val="0"/>
          <w:sz w:val="22"/>
          <w:u w:val="single"/>
        </w:rPr>
        <w:t>as</w:t>
      </w:r>
      <w:r>
        <w:rPr>
          <w:b w:val="0"/>
          <w:i w:val="0"/>
          <w:smallCaps w:val="0"/>
          <w:strike w:val="0"/>
          <w:u w:val="none"/>
        </w:rPr>
        <w:t xml:space="preserve"> increasingly </w:t>
      </w:r>
      <w:r>
        <w:rPr>
          <w:b/>
          <w:i w:val="0"/>
          <w:smallCaps w:val="0"/>
          <w:strike w:val="0"/>
          <w:sz w:val="22"/>
          <w:highlight w:val="cyan"/>
          <w:u w:val="single"/>
        </w:rPr>
        <w:t>become</w:t>
      </w:r>
      <w:r>
        <w:rPr>
          <w:b w:val="0"/>
          <w:i w:val="0"/>
          <w:smallCaps w:val="0"/>
          <w:strike w:val="0"/>
          <w:u w:val="none"/>
        </w:rPr>
        <w:t xml:space="preserve"> understood as </w:t>
      </w:r>
      <w:r>
        <w:rPr>
          <w:b/>
          <w:i w:val="0"/>
          <w:smallCaps w:val="0"/>
          <w:strike w:val="0"/>
          <w:sz w:val="22"/>
          <w:highlight w:val="cyan"/>
          <w:u w:val="single"/>
        </w:rPr>
        <w:t>an individual entitlement instead of a collective possibility</w:t>
      </w:r>
      <w:r>
        <w:rPr>
          <w:b/>
          <w:i w:val="0"/>
          <w:smallCaps w:val="0"/>
          <w:strike w:val="0"/>
          <w:sz w:val="22"/>
          <w:u w:val="single"/>
        </w:rPr>
        <w:t xml:space="preserve">. The once prevalent conviction that </w:t>
      </w:r>
      <w:r>
        <w:rPr>
          <w:b w:val="0"/>
          <w:i w:val="0"/>
          <w:smallCaps w:val="0"/>
          <w:strike w:val="0"/>
          <w:u w:val="none"/>
        </w:rPr>
        <w:t xml:space="preserve">a handful of </w:t>
      </w:r>
      <w:r>
        <w:rPr>
          <w:b/>
          <w:i w:val="0"/>
          <w:smallCaps w:val="0"/>
          <w:strike w:val="0"/>
          <w:sz w:val="22"/>
          <w:u w:val="single"/>
        </w:rPr>
        <w:t>centripetal values could bind society</w:t>
      </w:r>
      <w:r>
        <w:rPr>
          <w:b w:val="0"/>
          <w:i w:val="0"/>
          <w:smallCaps w:val="0"/>
          <w:strike w:val="0"/>
          <w:u w:val="none"/>
        </w:rPr>
        <w:t xml:space="preserve"> together </w:t>
      </w:r>
      <w:r>
        <w:rPr>
          <w:b/>
          <w:i w:val="0"/>
          <w:smallCaps w:val="0"/>
          <w:strike w:val="0"/>
          <w:sz w:val="22"/>
          <w:u w:val="single"/>
        </w:rPr>
        <w:t>has transformed into a deeply skeptical attitude toward general statements of value</w:t>
      </w:r>
      <w:r>
        <w:rPr>
          <w:b w:val="0"/>
          <w:i w:val="0"/>
          <w:smallCaps w:val="0"/>
          <w:strike w:val="0"/>
          <w:u w:val="none"/>
        </w:rPr>
        <w:t xml:space="preserve">. If it is, indeed, turtles all the way down, then decisions can take place only on a local scale and on a horizontal plane. </w:t>
      </w:r>
      <w:r>
        <w:rPr>
          <w:b/>
          <w:i w:val="0"/>
          <w:smallCaps w:val="0"/>
          <w:strike w:val="0"/>
          <w:sz w:val="22"/>
          <w:u w:val="single"/>
        </w:rPr>
        <w:t xml:space="preserve">There is no </w:t>
      </w:r>
      <w:r>
        <w:rPr>
          <w:b w:val="0"/>
          <w:i w:val="0"/>
          <w:smallCaps w:val="0"/>
          <w:strike w:val="0"/>
          <w:u w:val="none"/>
        </w:rPr>
        <w:t xml:space="preserve">overarching </w:t>
      </w:r>
      <w:r>
        <w:rPr>
          <w:b/>
          <w:i w:val="0"/>
          <w:smallCaps w:val="0"/>
          <w:strike w:val="0"/>
          <w:sz w:val="22"/>
          <w:u w:val="single"/>
        </w:rPr>
        <w:t>platform from which to legislate; only a “local knowledge.”</w:t>
      </w:r>
      <w:r>
        <w:rPr>
          <w:b w:val="0"/>
          <w:i w:val="0"/>
          <w:smallCaps w:val="0"/>
          <w:strike w:val="0"/>
          <w:u w:val="none"/>
        </w:rPr>
        <w:t xml:space="preserve"> As Michael Walzer argued in a 1985 lecture on social criticism, “We have to start from where we are,” we can only ask, “what is the right thing for us to do?” This shift in scale has had a significant impact on the Left over the past twenty to thirty years. Socialism, once the “name of our desire,” has all but disappeared; new desires have emerged in its place: situationism, autonomism, localism, communitarianism, environmentalism, anti-globalism. Often spatial in metaphor, they have been more concerned with where and how politics happen rather than at what pace and to what end. Often local in theory and in practice, they have come to represent a shift in scale: from the large to the small, from the vertical to the horizontal, and from—what Geertz has called—the “thin” to the “thick.” Class, race, and gender—those classic left themes—are, to be sure, still potent categories. But they have often been imagined as spectrums rather than binaries, varying shades rather than static lines of solidarity. Instead of society, there is now talk of communities and actor networks; </w:t>
      </w:r>
      <w:r>
        <w:rPr>
          <w:b/>
          <w:i w:val="0"/>
          <w:smallCaps w:val="0"/>
          <w:strike w:val="0"/>
          <w:sz w:val="22"/>
          <w:u w:val="single"/>
        </w:rPr>
        <w:t>i</w:t>
      </w:r>
      <w:r>
        <w:rPr>
          <w:b/>
          <w:i w:val="0"/>
          <w:smallCaps w:val="0"/>
          <w:strike w:val="0"/>
          <w:sz w:val="22"/>
          <w:highlight w:val="cyan"/>
          <w:u w:val="single"/>
        </w:rPr>
        <w:t>nstead of</w:t>
      </w:r>
      <w:r>
        <w:rPr>
          <w:b/>
          <w:i w:val="0"/>
          <w:smallCaps w:val="0"/>
          <w:strike w:val="0"/>
          <w:sz w:val="22"/>
          <w:u w:val="single"/>
        </w:rPr>
        <w:t xml:space="preserve"> </w:t>
      </w:r>
      <w:r>
        <w:rPr>
          <w:b w:val="0"/>
          <w:i w:val="0"/>
          <w:smallCaps w:val="0"/>
          <w:strike w:val="0"/>
          <w:u w:val="none"/>
        </w:rPr>
        <w:t xml:space="preserve">radical schemes to rework </w:t>
      </w:r>
      <w:r>
        <w:rPr>
          <w:b/>
          <w:i w:val="0"/>
          <w:smallCaps w:val="0"/>
          <w:strike w:val="0"/>
          <w:sz w:val="22"/>
          <w:u w:val="single"/>
        </w:rPr>
        <w:t xml:space="preserve">economic and political </w:t>
      </w:r>
      <w:r>
        <w:rPr>
          <w:b/>
          <w:i w:val="0"/>
          <w:smallCaps w:val="0"/>
          <w:strike w:val="0"/>
          <w:sz w:val="22"/>
          <w:highlight w:val="cyan"/>
          <w:u w:val="single"/>
        </w:rPr>
        <w:t>institutions</w:t>
      </w:r>
      <w:r>
        <w:rPr>
          <w:b/>
          <w:i w:val="0"/>
          <w:smallCaps w:val="0"/>
          <w:strike w:val="0"/>
          <w:sz w:val="22"/>
          <w:u w:val="single"/>
        </w:rPr>
        <w:t xml:space="preserve">, </w:t>
      </w:r>
      <w:r>
        <w:rPr>
          <w:b/>
          <w:i w:val="0"/>
          <w:smallCaps w:val="0"/>
          <w:strike w:val="0"/>
          <w:sz w:val="22"/>
          <w:highlight w:val="cyan"/>
          <w:u w:val="single"/>
        </w:rPr>
        <w:t>there is an emphasis on</w:t>
      </w:r>
      <w:r>
        <w:rPr>
          <w:b w:val="0"/>
          <w:i w:val="0"/>
          <w:smallCaps w:val="0"/>
          <w:strike w:val="0"/>
          <w:u w:val="none"/>
        </w:rPr>
        <w:t xml:space="preserve"> localized campaigns and </w:t>
      </w:r>
      <w:r>
        <w:rPr>
          <w:b/>
          <w:i w:val="0"/>
          <w:smallCaps w:val="0"/>
          <w:strike w:val="0"/>
          <w:sz w:val="22"/>
          <w:highlight w:val="cyan"/>
          <w:u w:val="single"/>
        </w:rPr>
        <w:t>everyday practices</w:t>
      </w:r>
      <w:r>
        <w:rPr>
          <w:b w:val="0"/>
          <w:i w:val="0"/>
          <w:smallCaps w:val="0"/>
          <w:strike w:val="0"/>
          <w:u w:val="none"/>
        </w:rPr>
        <w:t xml:space="preserve">. The critique of capitalism—once heavily informed by intricate historical and social theories—has narrowed. The “ruthless criticism of all,” as Karl Marx once put it, has turned away from exploitative world systems to the pathologies of an over-regulated life. As post-Marxists Ernesto Laclau and Chantal Mouffe declared in 1985, Left-wing thought today stands at a crossroads. The “evident truths” of the past—the classical forms of analysis and political calculation, the nature of the forces in conflict, the very meaning of the Left’s struggles and objectives—have been seriously challenged….From Budapest to Prague and the Polish coup d’état, from Kabul to the sequels of Communist victory in Vietnam and Cambodia, a question-mark has fallen more and more heavily over the whole way of conceiving both socialism and the roads that should lead to it. In many ways, the Left has just been keeping up with the times. Over the last quarter-century, </w:t>
      </w:r>
      <w:r>
        <w:rPr>
          <w:b/>
          <w:i w:val="0"/>
          <w:smallCaps w:val="0"/>
          <w:strike w:val="0"/>
          <w:sz w:val="22"/>
          <w:u w:val="single"/>
        </w:rPr>
        <w:t>there has been a</w:t>
      </w:r>
      <w:r>
        <w:rPr>
          <w:b w:val="0"/>
          <w:i w:val="0"/>
          <w:smallCaps w:val="0"/>
          <w:strike w:val="0"/>
          <w:u w:val="none"/>
        </w:rPr>
        <w:t xml:space="preserve"> general </w:t>
      </w:r>
      <w:r>
        <w:rPr>
          <w:b/>
          <w:i w:val="0"/>
          <w:smallCaps w:val="0"/>
          <w:strike w:val="0"/>
          <w:sz w:val="22"/>
          <w:u w:val="single"/>
        </w:rPr>
        <w:t>fracturing of our social and economic relations</w:t>
      </w:r>
      <w:r>
        <w:rPr>
          <w:b w:val="0"/>
          <w:i w:val="0"/>
          <w:smallCaps w:val="0"/>
          <w:strike w:val="0"/>
          <w:u w:val="none"/>
        </w:rPr>
        <w:t xml:space="preserve">, a “multiplication of,” what one sociologist has called, “partial societies—grouped by age, sex, ethnicity, and proximity.” This has not necessarily been a bad thing. Even as the old Left—the vertical Left—frequently bemoaned the growing differentiation and individuation, these new categories did, in fact, open the door for marginalized voices and communities. They created a space for more diversity, tolerance, and inclusion. They signaled a turn toward the language of recognition: a politics more sensitive to difference. But this turn was also not without its disadvantages. Gone was the Left’s hope for an emerging class consciousness, a movement of the “people” seeking greater realms of freedom. Instead of challenging the top-down structures of late capitalism, radicals now aspired to create—what post-Marxists were frequently calling—“spaces of freedom.” If one of the explicit targets of the global justice movement of the late 1990s was the exploitative trade policies of the World Trade Organization, then its underlying critique was the alienating patterns of its bureaucracy: the erosion of spaces for self-determination and expression. The crisis of globalization was that it stripped individuals of their rights to participate, to act as free agents in a society that was increasingly becoming shaped by a set of global institutions. What most troubled leftists over the past three or four decades was not the increasingly unequal distribution of goods and services in capitalist societies but the increasingly unequal distribution of power. As one frequently sighted placard from the 1999 Seattle protests read, “No globalization without participation!” Occupy Wall Street has come to represent the latest turn in this movement toward local and more horizontal spaces of freedom. Occupation was, itself, a matter of recovering local space: a way to repoliticize the square. And in a moment characterized by foreclosure, it was also symbolically, and sometimes literally, an attempt to reclaim lost homes and abandoned properties. But there was also a deeper notion of space at work. Occupy Wall Street sought out not only new political spaces but also new ways to relate to them. By resisting the top-down management of representative democracy as well as the bottom-up ideals of labor movements, Occupiers hoped to create a new politics in which decisions moved neither up nor down but horizontally. While embracing the new reach of globalization—linking arms and webcams with their encamped comrades in Madrid, Tel Aviv, Cairo, and Santiago—they were also rejecting its patterns of consolidation, its limits on personal freedom, its vertical and bureaucratic structures of decision-making. Time was also to be transformed. The general assemblies and general strikes were efforts to reconstruct, and make more autonomous, our experience of time as well as space. Seeking to escape from the Taylorist demands of productivity, the assemblies insisted that decision-making was an endless process. Who we are, what we do, what we want to be are categories of flexibility, and consensus is as much about repairing this sense of open-endedness as it is about agreeing on a particular set of demands. Life is a mystery, as one pop star fashionista has insisted, and Occupiers wanted to keep it that way. Likewise, general strikes were imagined as ways in which workers could take back time—regain those parts of life that had become routinized by work. Rather than attempts to achieve large-scale reforms, general strikes were improvisations, escapes from the daily calculations of production that demonstrated that we can still be happy, creative, even productive individuals without jobs. As one unfurled banner along New York’s Broadway read during this spring’s May Day protests, “Why work? Be happy.” In many ways, the Occupy movement was a rebellion against the institutionalized nature of twenty-first century capitalism and democracy. Equally skeptical of corporate monopolies as it was of the technocratic tendencies of the state, it was ultimately an insurgency against control, against the ways in which organized power and capital deprived the individual of the time and space needed to control his or her life. Just as the vertically inclined leftists of the twentieth century leveraged the public corporation—the welfare state—against the increasingly powerful number of private ones, so too were Occupy and, more generally, the horizontalist Left to embrace the age of the market: at the center of their politics was the anthropological “man” in both his forms—homo faber and homo ludens—who was capable of negotiating his interests outside the state. For this reason, the movement did not fit neatly into right or left, conservative or liberal, revolutionary or reformist categories. On the one hand, it was sympathetic to the most classic of left aspirations: to dismantle governing hierarchies. On the other, </w:t>
      </w:r>
      <w:r>
        <w:rPr>
          <w:b/>
          <w:i w:val="0"/>
          <w:smallCaps w:val="0"/>
          <w:strike w:val="0"/>
          <w:sz w:val="22"/>
          <w:highlight w:val="cyan"/>
          <w:u w:val="single"/>
        </w:rPr>
        <w:t>its language was imbued with</w:t>
      </w:r>
      <w:r>
        <w:rPr>
          <w:b/>
          <w:i w:val="0"/>
          <w:smallCaps w:val="0"/>
          <w:strike w:val="0"/>
          <w:sz w:val="22"/>
          <w:u w:val="single"/>
        </w:rPr>
        <w:t xml:space="preserve"> a strident </w:t>
      </w:r>
      <w:r>
        <w:rPr>
          <w:b/>
          <w:i w:val="0"/>
          <w:smallCaps w:val="0"/>
          <w:strike w:val="0"/>
          <w:sz w:val="22"/>
          <w:highlight w:val="cyan"/>
          <w:u w:val="single"/>
        </w:rPr>
        <w:t>individualism</w:t>
      </w:r>
      <w:r>
        <w:rPr>
          <w:b/>
          <w:i w:val="0"/>
          <w:smallCaps w:val="0"/>
          <w:strike w:val="0"/>
          <w:sz w:val="22"/>
          <w:u w:val="single"/>
        </w:rPr>
        <w:t xml:space="preserve">: </w:t>
      </w:r>
      <w:r>
        <w:rPr>
          <w:b/>
          <w:i w:val="0"/>
          <w:smallCaps w:val="0"/>
          <w:strike w:val="0"/>
          <w:sz w:val="22"/>
          <w:highlight w:val="cyan"/>
          <w:u w:val="single"/>
        </w:rPr>
        <w:t>a politics</w:t>
      </w:r>
      <w:r>
        <w:rPr>
          <w:b/>
          <w:i w:val="0"/>
          <w:smallCaps w:val="0"/>
          <w:strike w:val="0"/>
          <w:sz w:val="22"/>
          <w:u w:val="single"/>
        </w:rPr>
        <w:t xml:space="preserve"> of anti-institutionalism and personal freedom that has </w:t>
      </w:r>
      <w:r>
        <w:rPr>
          <w:b/>
          <w:i w:val="0"/>
          <w:smallCaps w:val="0"/>
          <w:strike w:val="0"/>
          <w:sz w:val="24"/>
          <w:u w:val="single"/>
        </w:rPr>
        <w:t xml:space="preserve">most often been </w:t>
      </w:r>
      <w:r>
        <w:rPr>
          <w:b/>
          <w:i w:val="0"/>
          <w:smallCaps w:val="0"/>
          <w:strike w:val="0"/>
          <w:sz w:val="24"/>
          <w:highlight w:val="cyan"/>
          <w:u w:val="single"/>
        </w:rPr>
        <w:t>affiliated with the Right</w:t>
      </w:r>
      <w:r>
        <w:rPr>
          <w:b w:val="0"/>
          <w:i w:val="0"/>
          <w:smallCaps w:val="0"/>
          <w:strike w:val="0"/>
          <w:u w:val="none"/>
        </w:rPr>
        <w:t xml:space="preserve">. Seeking an alternative to the bureaucratic tendencies of capitalism and socialism, Occupiers were to frequently invoke the image of autonomy: of a world in which social and economic relations exist outside the institutions of the state. Their aspiration was a society based on organic, decentralized circuits of exchange and deliberation—on voluntary associations, on local debate, on loose networks of affinity groups. If political and economic life had become abstracted in the age of globalization and financialization, then Occupy activists wanted to re-politicize our everyday choices. As David Graeber, one of Occupy’s chief theoretical architects, explained two days after Zuccotti Park was occupied, “The idea is essentially that “the system is not going to save us,” so “we’re going to have to save ourselves.” Borrowing from the anarchist tradition, Graeber has called this work “direct action”: the practice of circumventing, even on occasion subverting, hierarchies through practical projects. Instead of attempting “to pressure the government to institute reforms” or “seize state power,” direct actions seek to “build a new society in the shell of the old.” By creating spaces in which individuals take control over their lives, it is a strategy of acting and thinking “as if one is already free.” Marina Sitrin, another prominent Occupier, has offered another name for this politics—“horizontalism”: “the use of direct democracy, the striving for consensus” and “processes in which everyone is heard and new relationships are created.” It is a politics that not only refuses institutionalization but also imagines a new subjectivity from which one can project the future into the present. Direct action and horizontal democracy are new names, of course, for old ideas. They descend—most directly—from the ideas and tactics of the global justice movement of the 1990s and 2000s. Direct Action Network was founded in 1999 to help coordinate the anti-WTO protests in Seattle; horizontalidad, as it was called in Argentina, emerged as a way for often unemployed workers to organize during the financial crisis of 2001. Both emerged out of the theories and practices of a movement that was learning as it went along. The ad hoc working groups, the all-night bull sessions, the daylong actions, the decentralized planning were all as much by necessity as they were by design. They were not necessarily intended at first. But what emerged out of anti-globalization was a new vision of globalization. Local and horizontal in practice, direct action and democracy were to become catchphrases for a movement that was attempting to resist the often autocratic tendencies of a fast-globalizing capitalism. But direct action and horizontal democracy also tap into a longer, if often neglected, tradition on the left: the anarchism, syndicalism, and autonomist Marxism that stretch from Peter Kropotkin, Emma Goldman, and Rosa Luxemburg to C.L.R. James, Cornelius Castoriadis, and Antonio Negri. If revolutionary socialism was a theory about ideal possibilities, then anarchism and autonomism often focused on the revolutionary practices themselves. The way in which the revolution was organized was the primary act of revolution. Autonomy, as the Greco-French Castoriadis told Le Monde in 1977, demands not only “the elimination of dominant groups and of the institutions embodying and orchestrating that domination” but also new modes of what he calls “self-management and organization.” With direct action and horizontal democracy, the Occupy movement not only developed a set of new tactics but also a governing ideology, a theory of time and space that runs counter to many of the practices of earlier leftist movements. Unlike revolutionary socialism or evolutionary social democracy—Marx’s Esau and Jacob—Occupiers conceived of time as more cyclical than developmental, its understanding of space more local and horizontal than structural and vertical. The revolution was to come but only through everyday acts. It was to occur only through—what Castoriadis obliquely referred to as—“the self-institution of society.” The seemingly spontaneous movement that emerged after the first general assemblies in Zuccotti Park was not, then, sui generis but an elaboration of a much larger turn by the Left. As occupations spread across the country and as activists begin to exchange organizational tactics, it was easy to forget that what was happening was, in fact, a part of a much larger shift in the scale and plane of Western politics: a turn toward more local and horizontal patterns of life, a growing skepticism toward the institutions of the state, and an increasing desire to seek out greater realms of personal freedom. And although its hibernation over the summer has, perhaps, marked the end of the Occupy movement, OWS has also come to represent an important—and perhaps more lasting—break. In both its ideas and tactics, it has given us a new set of desires—autonomy, radical democracy, direct action—that look well beyond the ideological and tactical tropes of socialism. Its occupations and general assemblies, its flash mobs and street performances, its loose network of activists all suggest a bold new set of possibilities for the Left: a horizontalist ethos that believes that revolution will begin by transforming our everyday lives. It can be argued that </w:t>
      </w:r>
      <w:r>
        <w:rPr>
          <w:b/>
          <w:i w:val="0"/>
          <w:smallCaps w:val="0"/>
          <w:strike w:val="0"/>
          <w:sz w:val="22"/>
          <w:highlight w:val="cyan"/>
          <w:u w:val="single"/>
        </w:rPr>
        <w:t>horizontalism is,</w:t>
      </w:r>
      <w:r>
        <w:rPr>
          <w:b w:val="0"/>
          <w:i w:val="0"/>
          <w:smallCaps w:val="0"/>
          <w:strike w:val="0"/>
          <w:u w:val="none"/>
        </w:rPr>
        <w:t xml:space="preserve"> in many ways</w:t>
      </w:r>
      <w:r>
        <w:rPr>
          <w:b w:val="0"/>
          <w:i w:val="0"/>
          <w:smallCaps w:val="0"/>
          <w:strike w:val="0"/>
          <w:highlight w:val="cyan"/>
          <w:u w:val="none"/>
        </w:rPr>
        <w:t xml:space="preserve">, </w:t>
      </w:r>
      <w:r>
        <w:rPr>
          <w:b/>
          <w:i w:val="0"/>
          <w:smallCaps w:val="0"/>
          <w:strike w:val="0"/>
          <w:sz w:val="22"/>
          <w:highlight w:val="cyan"/>
          <w:u w:val="single"/>
        </w:rPr>
        <w:t>a</w:t>
      </w:r>
      <w:r>
        <w:rPr>
          <w:b w:val="0"/>
          <w:i w:val="0"/>
          <w:smallCaps w:val="0"/>
          <w:strike w:val="0"/>
          <w:u w:val="none"/>
        </w:rPr>
        <w:t xml:space="preserve"> product of the growing disaggregation and individuation of Western society; that it is </w:t>
      </w:r>
      <w:r>
        <w:rPr>
          <w:b/>
          <w:i w:val="0"/>
          <w:smallCaps w:val="0"/>
          <w:strike w:val="0"/>
          <w:sz w:val="22"/>
          <w:u w:val="single"/>
        </w:rPr>
        <w:t xml:space="preserve">a kind of </w:t>
      </w:r>
      <w:r>
        <w:rPr>
          <w:b/>
          <w:i w:val="0"/>
          <w:smallCaps w:val="0"/>
          <w:strike w:val="0"/>
          <w:sz w:val="22"/>
          <w:highlight w:val="cyan"/>
          <w:u w:val="single"/>
        </w:rPr>
        <w:t>free-market leftism</w:t>
      </w:r>
      <w:r>
        <w:rPr>
          <w:b/>
          <w:i w:val="0"/>
          <w:smallCaps w:val="0"/>
          <w:strike w:val="0"/>
          <w:sz w:val="22"/>
          <w:u w:val="single"/>
        </w:rPr>
        <w:t>: a politics jury-rigged out of the very culture it hopes to resist.</w:t>
      </w:r>
      <w:r>
        <w:rPr>
          <w:b w:val="0"/>
          <w:i w:val="0"/>
          <w:smallCaps w:val="0"/>
          <w:strike w:val="0"/>
          <w:u w:val="none"/>
        </w:rPr>
        <w:t xml:space="preserve"> For </w:t>
      </w:r>
      <w:r>
        <w:rPr>
          <w:b/>
          <w:i w:val="0"/>
          <w:smallCaps w:val="0"/>
          <w:strike w:val="0"/>
          <w:sz w:val="22"/>
          <w:u w:val="single"/>
        </w:rPr>
        <w:t xml:space="preserve">not only does </w:t>
      </w:r>
      <w:r>
        <w:rPr>
          <w:b/>
          <w:i w:val="0"/>
          <w:smallCaps w:val="0"/>
          <w:strike w:val="0"/>
          <w:sz w:val="22"/>
          <w:highlight w:val="cyan"/>
          <w:u w:val="single"/>
        </w:rPr>
        <w:t>it emphasize the agency of the individual, but it draws</w:t>
      </w:r>
      <w:r>
        <w:rPr>
          <w:b w:val="0"/>
          <w:i w:val="0"/>
          <w:smallCaps w:val="0"/>
          <w:strike w:val="0"/>
          <w:u w:val="none"/>
        </w:rPr>
        <w:t xml:space="preserve"> one of its central inspirations from a </w:t>
      </w:r>
      <w:r>
        <w:rPr>
          <w:b/>
          <w:i w:val="0"/>
          <w:smallCaps w:val="0"/>
          <w:strike w:val="0"/>
          <w:sz w:val="24"/>
          <w:highlight w:val="cyan"/>
          <w:u w:val="single"/>
        </w:rPr>
        <w:t>neoclassical image</w:t>
      </w:r>
      <w:r>
        <w:rPr>
          <w:b w:val="0"/>
          <w:i w:val="0"/>
          <w:smallCaps w:val="0"/>
          <w:strike w:val="0"/>
          <w:u w:val="none"/>
        </w:rPr>
        <w:t xml:space="preserve">: that </w:t>
      </w:r>
      <w:r>
        <w:rPr>
          <w:b/>
          <w:i w:val="0"/>
          <w:smallCaps w:val="0"/>
          <w:strike w:val="0"/>
          <w:sz w:val="24"/>
          <w:highlight w:val="cyan"/>
          <w:u w:val="single"/>
        </w:rPr>
        <w:t>of</w:t>
      </w:r>
      <w:r>
        <w:rPr>
          <w:b w:val="0"/>
          <w:i w:val="0"/>
          <w:smallCaps w:val="0"/>
          <w:strike w:val="0"/>
          <w:u w:val="none"/>
        </w:rPr>
        <w:t xml:space="preserve"> the </w:t>
      </w:r>
      <w:r>
        <w:rPr>
          <w:b/>
          <w:i w:val="0"/>
          <w:smallCaps w:val="0"/>
          <w:strike w:val="0"/>
          <w:sz w:val="24"/>
          <w:highlight w:val="cyan"/>
          <w:u w:val="single"/>
        </w:rPr>
        <w:t>self-managing</w:t>
      </w:r>
      <w:r>
        <w:rPr>
          <w:b w:val="0"/>
          <w:i w:val="0"/>
          <w:smallCaps w:val="0"/>
          <w:strike w:val="0"/>
          <w:highlight w:val="cyan"/>
          <w:u w:val="none"/>
        </w:rPr>
        <w:t xml:space="preserve"> </w:t>
      </w:r>
      <w:r>
        <w:rPr>
          <w:b w:val="0"/>
          <w:i w:val="0"/>
          <w:smallCaps w:val="0"/>
          <w:strike w:val="0"/>
          <w:u w:val="none"/>
        </w:rPr>
        <w:t>society</w:t>
      </w:r>
      <w:r>
        <w:rPr>
          <w:b w:val="0"/>
          <w:i w:val="0"/>
          <w:smallCaps w:val="0"/>
          <w:strike w:val="0"/>
          <w:u w:val="none"/>
        </w:rPr>
        <w:t xml:space="preserve">—the polity that functions best </w:t>
      </w:r>
      <w:r>
        <w:rPr>
          <w:b/>
          <w:i w:val="0"/>
          <w:smallCaps w:val="0"/>
          <w:strike w:val="0"/>
          <w:sz w:val="22"/>
          <w:highlight w:val="cyan"/>
          <w:u w:val="single"/>
        </w:rPr>
        <w:t xml:space="preserve">when the </w:t>
      </w:r>
      <w:r>
        <w:rPr>
          <w:b/>
          <w:i w:val="0"/>
          <w:smallCaps w:val="0"/>
          <w:strike w:val="0"/>
          <w:sz w:val="24"/>
          <w:highlight w:val="cyan"/>
          <w:u w:val="single"/>
        </w:rPr>
        <w:t>state is absent</w:t>
      </w:r>
      <w:r>
        <w:rPr>
          <w:b/>
          <w:i w:val="0"/>
          <w:smallCaps w:val="0"/>
          <w:strike w:val="0"/>
          <w:sz w:val="22"/>
          <w:highlight w:val="cyan"/>
          <w:u w:val="single"/>
        </w:rPr>
        <w:t xml:space="preserve"> from </w:t>
      </w:r>
      <w:r>
        <w:rPr>
          <w:b/>
          <w:i w:val="0"/>
          <w:smallCaps w:val="0"/>
          <w:strike w:val="0"/>
          <w:sz w:val="22"/>
          <w:u w:val="single"/>
        </w:rPr>
        <w:t>e</w:t>
      </w:r>
      <w:r>
        <w:rPr>
          <w:b/>
          <w:i w:val="0"/>
          <w:smallCaps w:val="0"/>
          <w:strike w:val="0"/>
          <w:sz w:val="22"/>
          <w:u w:val="single"/>
        </w:rPr>
        <w:t xml:space="preserve">veryday </w:t>
      </w:r>
      <w:r>
        <w:rPr>
          <w:b/>
          <w:i w:val="0"/>
          <w:smallCaps w:val="0"/>
          <w:strike w:val="0"/>
          <w:sz w:val="22"/>
          <w:highlight w:val="cyan"/>
          <w:u w:val="single"/>
        </w:rPr>
        <w:t>decisions</w:t>
      </w:r>
      <w:r>
        <w:rPr>
          <w:b w:val="0"/>
          <w:i w:val="0"/>
          <w:smallCaps w:val="0"/>
          <w:strike w:val="0"/>
          <w:u w:val="none"/>
        </w:rPr>
        <w:t xml:space="preserve">. But one can also find in its anti-institutionalism an attempt to speak in today’s language for yesterday’s goals. If we must live in a society that neither trusts nor feels compelled by collectivist visions, then horizontalism offers us a leftism that attempts to be, at once, both individualist and egalitarian, anti-institutional and democratic, open to the possibilities of self-management and yet also concerned with the casualties born out of an age that has let capital manage itself for far too long. Horizontalism has absorbed the crisis of knowledge—what we often call “postmodernism”—and the crisis of collectivism—what we often call “neoliberalism.” But instead of seeking to return to some golden age before our current moment of fracture, it seeks—for better and worse—to find a way to make leftist politics conform to our current age of anti-foundationalism and institutionalism. As Graeber argued in the prescriptive last pages of his anthropological epic, Debt: The First 5,000 Years, “Capitalism has transformed the world in many ways that are clearly irreversible” and we therefore need to give up “the false choice between state and market that [has] so monopolized political ideology for the last centuries that it made it difficult to argue about anything else.” We need, in other words, to stop thinking like leftists. But herein lies the problem. Not all possible forms of human existence and social interaction, no matter how removed they are from the institutions of power and capital, are good forms of social organization. Although it is easy to look enthusiastically to those societies—ancient or modern, Western or non-Western—that exist beyond the structures of the state, they, too, have their own patterns of hierarchy, their own embittered lines of inequality and injustice. More important, to select one form of social organization over the other is always an act of exclusion. Instituting and then </w:t>
      </w:r>
      <w:r>
        <w:rPr>
          <w:b/>
          <w:i w:val="0"/>
          <w:smallCaps w:val="0"/>
          <w:strike w:val="0"/>
          <w:sz w:val="22"/>
          <w:u w:val="single"/>
        </w:rPr>
        <w:t>protecting a</w:t>
      </w:r>
      <w:r>
        <w:rPr>
          <w:b w:val="0"/>
          <w:i w:val="0"/>
          <w:smallCaps w:val="0"/>
          <w:strike w:val="0"/>
          <w:u w:val="none"/>
        </w:rPr>
        <w:t xml:space="preserve"> particular </w:t>
      </w:r>
      <w:r>
        <w:rPr>
          <w:b/>
          <w:i w:val="0"/>
          <w:smallCaps w:val="0"/>
          <w:strike w:val="0"/>
          <w:sz w:val="22"/>
          <w:u w:val="single"/>
        </w:rPr>
        <w:t>way of life will always require a normative commitment in which not every value system is respected</w:t>
      </w:r>
      <w:r>
        <w:rPr>
          <w:b w:val="0"/>
          <w:i w:val="0"/>
          <w:smallCaps w:val="0"/>
          <w:strike w:val="0"/>
          <w:u w:val="none"/>
        </w:rPr>
        <w:t xml:space="preserve">—in which, in other words, there is a moral hierarchy. More problematically, by working outside structures of power one may circumvent coercive systems but one does not necessarily subvert them. </w:t>
      </w:r>
      <w:r>
        <w:rPr>
          <w:b/>
          <w:i w:val="0"/>
          <w:smallCaps w:val="0"/>
          <w:strike w:val="0"/>
          <w:sz w:val="24"/>
          <w:highlight w:val="cyan"/>
          <w:u w:val="single"/>
        </w:rPr>
        <w:t>Localizing</w:t>
      </w:r>
      <w:r>
        <w:rPr>
          <w:b/>
          <w:i w:val="0"/>
          <w:smallCaps w:val="0"/>
          <w:strike w:val="0"/>
          <w:sz w:val="24"/>
          <w:u w:val="single"/>
        </w:rPr>
        <w:t xml:space="preserve"> politics</w:t>
      </w:r>
      <w:r>
        <w:rPr>
          <w:b w:val="0"/>
          <w:i w:val="0"/>
          <w:smallCaps w:val="0"/>
          <w:strike w:val="0"/>
          <w:u w:val="none"/>
        </w:rPr>
        <w:t>—</w:t>
      </w:r>
      <w:r>
        <w:rPr>
          <w:b/>
          <w:i w:val="0"/>
          <w:smallCaps w:val="0"/>
          <w:strike w:val="0"/>
          <w:sz w:val="22"/>
          <w:u w:val="single"/>
        </w:rPr>
        <w:t>stripping it of its larger institutional ambitions</w:t>
      </w:r>
      <w:r>
        <w:rPr>
          <w:b w:val="0"/>
          <w:i w:val="0"/>
          <w:smallCaps w:val="0"/>
          <w:strike w:val="0"/>
          <w:u w:val="none"/>
        </w:rPr>
        <w:t xml:space="preserve">—has, to be sure, its advantages. But without a larger structural vision, it </w:t>
      </w:r>
      <w:r>
        <w:rPr>
          <w:b/>
          <w:i w:val="0"/>
          <w:smallCaps w:val="0"/>
          <w:strike w:val="0"/>
          <w:sz w:val="24"/>
          <w:highlight w:val="cyan"/>
          <w:u w:val="single"/>
        </w:rPr>
        <w:t>does not go far enough</w:t>
      </w:r>
      <w:r>
        <w:rPr>
          <w:b w:val="0"/>
          <w:i w:val="0"/>
          <w:smallCaps w:val="0"/>
          <w:strike w:val="0"/>
          <w:u w:val="none"/>
        </w:rPr>
        <w:t xml:space="preserve">. “Bubbles of freedom,” as Graeber calls them, may create a larger variety of non-institutional life. But they will always neglect other crucial avenues of freedom: in particular, those social and economic rights that can only be protected from the top down. In this way, the anti-institutionalism of </w:t>
      </w:r>
      <w:r>
        <w:rPr>
          <w:b/>
          <w:i w:val="0"/>
          <w:smallCaps w:val="0"/>
          <w:strike w:val="0"/>
          <w:sz w:val="22"/>
          <w:highlight w:val="cyan"/>
          <w:u w:val="single"/>
        </w:rPr>
        <w:t xml:space="preserve">horizontalism comes </w:t>
      </w:r>
      <w:r>
        <w:rPr>
          <w:b/>
          <w:i w:val="0"/>
          <w:smallCaps w:val="0"/>
          <w:strike w:val="0"/>
          <w:sz w:val="24"/>
          <w:highlight w:val="cyan"/>
          <w:u w:val="single"/>
        </w:rPr>
        <w:t>dangerously close</w:t>
      </w:r>
      <w:r>
        <w:rPr>
          <w:b/>
          <w:i w:val="0"/>
          <w:smallCaps w:val="0"/>
          <w:strike w:val="0"/>
          <w:sz w:val="22"/>
          <w:highlight w:val="cyan"/>
          <w:u w:val="single"/>
        </w:rPr>
        <w:t xml:space="preserve"> to</w:t>
      </w:r>
      <w:r>
        <w:rPr>
          <w:b/>
          <w:i w:val="0"/>
          <w:smallCaps w:val="0"/>
          <w:strike w:val="0"/>
          <w:sz w:val="22"/>
          <w:u w:val="single"/>
        </w:rPr>
        <w:t xml:space="preserve"> that of </w:t>
      </w:r>
      <w:r>
        <w:rPr>
          <w:b/>
          <w:i w:val="0"/>
          <w:smallCaps w:val="0"/>
          <w:strike w:val="0"/>
          <w:sz w:val="22"/>
          <w:highlight w:val="cyan"/>
          <w:u w:val="single"/>
        </w:rPr>
        <w:t>the</w:t>
      </w:r>
      <w:r>
        <w:rPr>
          <w:b/>
          <w:i w:val="0"/>
          <w:smallCaps w:val="0"/>
          <w:strike w:val="0"/>
          <w:sz w:val="22"/>
          <w:u w:val="single"/>
        </w:rPr>
        <w:t xml:space="preserve"> </w:t>
      </w:r>
      <w:r>
        <w:rPr>
          <w:b/>
          <w:i w:val="0"/>
          <w:smallCaps w:val="0"/>
          <w:strike w:val="0"/>
          <w:sz w:val="22"/>
          <w:highlight w:val="cyan"/>
          <w:u w:val="single"/>
        </w:rPr>
        <w:t>libertarian Right</w:t>
      </w:r>
      <w:r>
        <w:rPr>
          <w:b w:val="0"/>
          <w:i w:val="0"/>
          <w:smallCaps w:val="0"/>
          <w:strike w:val="0"/>
          <w:u w:val="none"/>
        </w:rPr>
        <w:t xml:space="preserve">. The turn to previous eras of social organization, the desire to locate and confine politics to a particular regional space, </w:t>
      </w:r>
      <w:r>
        <w:rPr>
          <w:b/>
          <w:i w:val="0"/>
          <w:smallCaps w:val="0"/>
          <w:strike w:val="0"/>
          <w:sz w:val="22"/>
          <w:u w:val="single"/>
        </w:rPr>
        <w:t xml:space="preserve">the deep skepticism toward all forms of institutional life not only mirror the aspirations of libertarianism but help cloak those hierarchies spawned from non-institutional forms of power </w:t>
      </w:r>
      <w:r>
        <w:rPr>
          <w:b w:val="0"/>
          <w:i w:val="0"/>
          <w:smallCaps w:val="0"/>
          <w:strike w:val="0"/>
          <w:u w:val="none"/>
        </w:rPr>
        <w:t xml:space="preserve">and capital. </w:t>
      </w:r>
      <w:r>
        <w:rPr>
          <w:b/>
          <w:i w:val="0"/>
          <w:smallCaps w:val="0"/>
          <w:strike w:val="0"/>
          <w:sz w:val="22"/>
          <w:u w:val="single"/>
        </w:rPr>
        <w:t xml:space="preserve">This is a particularly pointed irony for a </w:t>
      </w:r>
      <w:r>
        <w:rPr>
          <w:b w:val="0"/>
          <w:i w:val="0"/>
          <w:smallCaps w:val="0"/>
          <w:strike w:val="0"/>
          <w:u w:val="none"/>
        </w:rPr>
        <w:t xml:space="preserve">political </w:t>
      </w:r>
      <w:r>
        <w:rPr>
          <w:b/>
          <w:i w:val="0"/>
          <w:smallCaps w:val="0"/>
          <w:strike w:val="0"/>
          <w:sz w:val="22"/>
          <w:u w:val="single"/>
        </w:rPr>
        <w:t>ideology that claims to be opposed to</w:t>
      </w:r>
      <w:r>
        <w:rPr>
          <w:b w:val="0"/>
          <w:i w:val="0"/>
          <w:smallCaps w:val="0"/>
          <w:strike w:val="0"/>
          <w:u w:val="none"/>
        </w:rPr>
        <w:t xml:space="preserve"> the many </w:t>
      </w:r>
      <w:r>
        <w:rPr>
          <w:b/>
          <w:i w:val="0"/>
          <w:smallCaps w:val="0"/>
          <w:strike w:val="0"/>
          <w:sz w:val="22"/>
          <w:u w:val="single"/>
        </w:rPr>
        <w:t>injustices of a non-institutional market</w:t>
      </w:r>
      <w:r>
        <w:rPr>
          <w:b w:val="0"/>
          <w:i w:val="0"/>
          <w:smallCaps w:val="0"/>
          <w:strike w:val="0"/>
          <w:u w:val="none"/>
        </w:rPr>
        <w:t xml:space="preserve">—in particular, its unregulated financial schemes. Perhaps this is an irony deeply woven into the theoretical quilt of autonomy: a vision that, as a result of its anti-institutionalism, is drawn to all sites of individual liberation—even those that are to be found in the marketplace. As Graeber concludes in Debt, “Markets, when allowed to drift entirely free from their violent origins, invariably begin to grow into something different, into networks of honor, trust, and mutual connectedness,” whereas “the maintenance of systems of coercion constantly do the opposite: turn the products of human cooperation, creativity, devotion, love and trust back into numbers once again.” In many ways, this is the result of a set of political ideas that have lost touch with their origins. The desire for autonomy was born out of the socialist—if not also often the Marxist—tradition and there was always a guarded sympathy for the structures needed to oppose organized systems of capital and power. Large-scale institutions were, for thinkers such as Castoriadis, Negri, and C.L.R. James, still essential if every cook was truly to govern. To only “try to create ‘spaces of freedom’ ‘alongside’ of the State” meant, as Castoriadis was to argue later in his life, to back “down from the problem of politics.” In fact, this was, he believed, the failure of 1968: “the inability to set up new, different institutions” and recognize that “there is no such thing as a society without institutions.” </w:t>
      </w:r>
      <w:r>
        <w:rPr>
          <w:b/>
          <w:i w:val="0"/>
          <w:smallCaps w:val="0"/>
          <w:strike w:val="0"/>
          <w:sz w:val="24"/>
          <w:highlight w:val="cyan"/>
          <w:u w:val="single"/>
        </w:rPr>
        <w:t>This is</w:t>
      </w:r>
      <w:r>
        <w:rPr>
          <w:b w:val="0"/>
          <w:i w:val="0"/>
          <w:smallCaps w:val="0"/>
          <w:strike w:val="0"/>
          <w:u w:val="none"/>
        </w:rPr>
        <w:t>—and will be—</w:t>
      </w:r>
      <w:r>
        <w:rPr>
          <w:b/>
          <w:i w:val="0"/>
          <w:smallCaps w:val="0"/>
          <w:strike w:val="0"/>
          <w:sz w:val="24"/>
          <w:highlight w:val="cyan"/>
          <w:u w:val="single"/>
        </w:rPr>
        <w:t>a problem</w:t>
      </w:r>
      <w:r>
        <w:rPr>
          <w:b w:val="0"/>
          <w:i w:val="0"/>
          <w:smallCaps w:val="0"/>
          <w:strike w:val="0"/>
          <w:u w:val="none"/>
        </w:rPr>
        <w:t xml:space="preserve"> for the horizontalist Left as it moves forward. As a leftism ready-made for an age in which all sides of the political spectrum are arrayed against the regulatory state, </w:t>
      </w:r>
      <w:r>
        <w:rPr>
          <w:b/>
          <w:i w:val="0"/>
          <w:smallCaps w:val="0"/>
          <w:strike w:val="0"/>
          <w:sz w:val="22"/>
          <w:highlight w:val="cyan"/>
          <w:u w:val="single"/>
        </w:rPr>
        <w:t>it</w:t>
      </w:r>
      <w:r>
        <w:rPr>
          <w:b/>
          <w:i w:val="0"/>
          <w:smallCaps w:val="0"/>
          <w:strike w:val="0"/>
          <w:sz w:val="22"/>
          <w:u w:val="single"/>
        </w:rPr>
        <w:t xml:space="preserve"> </w:t>
      </w:r>
      <w:r>
        <w:rPr>
          <w:b/>
          <w:i w:val="0"/>
          <w:smallCaps w:val="0"/>
          <w:strike w:val="0"/>
          <w:sz w:val="22"/>
          <w:highlight w:val="cyan"/>
          <w:u w:val="single"/>
        </w:rPr>
        <w:t>is</w:t>
      </w:r>
      <w:r>
        <w:rPr>
          <w:b/>
          <w:i w:val="0"/>
          <w:smallCaps w:val="0"/>
          <w:strike w:val="0"/>
          <w:sz w:val="22"/>
          <w:u w:val="single"/>
        </w:rPr>
        <w:t xml:space="preserve"> always </w:t>
      </w:r>
      <w:r>
        <w:rPr>
          <w:b/>
          <w:i w:val="0"/>
          <w:smallCaps w:val="0"/>
          <w:strike w:val="0"/>
          <w:sz w:val="22"/>
          <w:highlight w:val="cyan"/>
          <w:u w:val="single"/>
        </w:rPr>
        <w:t>in danger of becoming absorbed into the</w:t>
      </w:r>
      <w:r>
        <w:rPr>
          <w:b/>
          <w:i w:val="0"/>
          <w:smallCaps w:val="0"/>
          <w:strike w:val="0"/>
          <w:sz w:val="22"/>
          <w:u w:val="single"/>
        </w:rPr>
        <w:t xml:space="preserve"> very ideological </w:t>
      </w:r>
      <w:r>
        <w:rPr>
          <w:b/>
          <w:i w:val="0"/>
          <w:smallCaps w:val="0"/>
          <w:strike w:val="0"/>
          <w:sz w:val="22"/>
          <w:highlight w:val="cyan"/>
          <w:u w:val="single"/>
        </w:rPr>
        <w:t>apparatus it seeks to dismantle</w:t>
      </w:r>
      <w:r>
        <w:rPr>
          <w:b/>
          <w:i w:val="0"/>
          <w:smallCaps w:val="0"/>
          <w:strike w:val="0"/>
          <w:sz w:val="22"/>
          <w:u w:val="single"/>
        </w:rPr>
        <w:t>. For it aspires to a decentralized and organic politics that, in both principle and practice, shares a lot in common with its central target.</w:t>
      </w:r>
      <w:r>
        <w:rPr>
          <w:b w:val="0"/>
          <w:i w:val="0"/>
          <w:smallCaps w:val="0"/>
          <w:strike w:val="0"/>
          <w:u w:val="none"/>
        </w:rPr>
        <w:t xml:space="preserve"> Both it and the “free market” are anti-institutional. And the latter will remain so without larger vertical measures. Structures, not only everyday practices, need to be reformed. The revolution cannot happen only on the ground; it must also happen from above. A direct democracy still needs its indirect structures, individual freedoms still need to be measured by their collective consequences, and notions of social and economic equality still need to stand next to the desire for greater political participation. Deregulation is another regulatory regime, and to replace it requires new regulations: institutions that will limit the excesses of the market. As Castoriadis insisted in the years after 1968, the Left’s task is not only to abolish old institutions but to discover “new kinds of relationship between society and its institutions.” Horizontalism has come to serve as an important break from the static strategies and categories of analysis that have slowed an aging and vertically inclined Left. OWS was to represent its fullest expression yet, though it has a much longer back story and still—one hopes—a promising future. But horizontalists such as Graeber and Sitrin will struggle to establish spaces of freedom if they cannot formulate a larger vision for a society. Their vision is not—as several on the vertical left have suggested—too utopian but not utopian enough: </w:t>
      </w:r>
      <w:r>
        <w:rPr>
          <w:b/>
          <w:i w:val="0"/>
          <w:smallCaps w:val="0"/>
          <w:strike w:val="0"/>
          <w:sz w:val="22"/>
          <w:u w:val="single"/>
        </w:rPr>
        <w:t>in seeking out local spaces of freedom, they have confined their ambitions; they have, in fact, come, at times, to mirror the very ideology they hope to resist.</w:t>
      </w:r>
      <w:r>
        <w:rPr>
          <w:b w:val="0"/>
          <w:i w:val="0"/>
          <w:smallCaps w:val="0"/>
          <w:strike w:val="0"/>
          <w:u w:val="none"/>
        </w:rPr>
        <w:t xml:space="preserve"> In his famous retelling of the turtle parable, Clifford Geertz warned that in “the search of all-too-deep-lying turtles,” we have to be careful to not “lose touch with the hard surfaces of life—with the political, economic, stratificatory realities within which men are everywhere contained.” This is an ever-present temptation, and one that, in our age of ever more stratification, we must resist.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