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Hacktivism doesn’t solve anything or change institutional behavior</w:t>
      </w:r>
    </w:p>
    <w:p>
      <w:pPr>
        <w:spacing w:after="80"/>
      </w:pPr>
      <w:r>
        <w:rPr>
          <w:b/>
          <w:i w:val="0"/>
          <w:smallCaps w:val="0"/>
          <w:strike w:val="0"/>
          <w:sz w:val="26"/>
          <w:u w:val="none"/>
        </w:rPr>
        <w:t>Armerding 12</w:t>
      </w:r>
    </w:p>
    <w:p>
      <w:pPr>
        <w:spacing w:after="60"/>
      </w:pPr>
      <w:r>
        <w:rPr>
          <w:b w:val="0"/>
          <w:i w:val="0"/>
          <w:smallCaps w:val="0"/>
          <w:strike w:val="0"/>
          <w:u w:val="none"/>
        </w:rPr>
        <w:t>Taylor, “Hacktivism gets attention, but not much long-term change” [</w:t>
      </w:r>
      <w:r>
        <w:rPr>
          <w:b w:val="0"/>
          <w:i w:val="0"/>
          <w:smallCaps w:val="0"/>
          <w:strike w:val="0"/>
          <w:u w:val="none"/>
        </w:rPr>
        <w:t>http://www.csoonline.com/article/722694/hacktivism-gets-attention-but-not-much-long-term-change</w:t>
      </w:r>
      <w:r>
        <w:rPr>
          <w:b w:val="0"/>
          <w:i w:val="0"/>
          <w:smallCaps w:val="0"/>
          <w:strike w:val="0"/>
          <w:u w:val="none"/>
        </w:rPr>
        <w:t>] November 29 //mtc</w:t>
      </w:r>
    </w:p>
    <w:p>
      <w:pPr>
        <w:spacing w:after="60"/>
      </w:pPr>
      <w:r>
        <w:rPr>
          <w:b w:val="0"/>
          <w:i w:val="0"/>
          <w:smallCaps w:val="0"/>
          <w:strike w:val="0"/>
          <w:sz w:val="16"/>
          <w:u w:val="none"/>
        </w:rPr>
        <w:t xml:space="preserve">November 29, 2012 — CSO — </w:t>
      </w:r>
      <w:r>
        <w:rPr>
          <w:b/>
          <w:i w:val="0"/>
          <w:smallCaps w:val="0"/>
          <w:strike w:val="0"/>
          <w:sz w:val="22"/>
          <w:u w:val="single"/>
        </w:rPr>
        <w:t>Another hacktivist group struck</w:t>
      </w:r>
      <w:r>
        <w:rPr>
          <w:b w:val="0"/>
          <w:i w:val="0"/>
          <w:smallCaps w:val="0"/>
          <w:strike w:val="0"/>
          <w:sz w:val="16"/>
          <w:u w:val="none"/>
        </w:rPr>
        <w:t xml:space="preserve"> this week </w:t>
      </w:r>
      <w:r>
        <w:rPr>
          <w:b/>
          <w:i w:val="0"/>
          <w:smallCaps w:val="0"/>
          <w:strike w:val="0"/>
          <w:sz w:val="22"/>
          <w:u w:val="single"/>
        </w:rPr>
        <w:t>for yet another "good cause."</w:t>
      </w:r>
      <w:r>
        <w:rPr>
          <w:b w:val="0"/>
          <w:i w:val="0"/>
          <w:smallCaps w:val="0"/>
          <w:strike w:val="0"/>
          <w:sz w:val="12"/>
          <w:u w:val="none"/>
        </w:rPr>
        <w:t>¶</w:t>
      </w:r>
      <w:r>
        <w:rPr>
          <w:b w:val="0"/>
          <w:i w:val="0"/>
          <w:smallCaps w:val="0"/>
          <w:strike w:val="0"/>
          <w:sz w:val="16"/>
          <w:u w:val="none"/>
        </w:rPr>
        <w:t xml:space="preserve"> </w:t>
      </w:r>
      <w:r>
        <w:rPr>
          <w:b/>
          <w:i w:val="0"/>
          <w:smallCaps w:val="0"/>
          <w:strike w:val="0"/>
          <w:sz w:val="22"/>
          <w:highlight w:val="cyan"/>
          <w:u w:val="single"/>
        </w:rPr>
        <w:t>Parastoo</w:t>
      </w:r>
      <w:r>
        <w:rPr>
          <w:b w:val="0"/>
          <w:i w:val="0"/>
          <w:smallCaps w:val="0"/>
          <w:strike w:val="0"/>
          <w:sz w:val="16"/>
          <w:u w:val="none"/>
        </w:rPr>
        <w:t xml:space="preserve">, which </w:t>
      </w:r>
      <w:r>
        <w:rPr>
          <w:b/>
          <w:i w:val="0"/>
          <w:smallCaps w:val="0"/>
          <w:strike w:val="0"/>
          <w:sz w:val="22"/>
          <w:highlight w:val="cyan"/>
          <w:u w:val="single"/>
        </w:rPr>
        <w:t>broke into</w:t>
      </w:r>
      <w:r>
        <w:rPr>
          <w:b/>
          <w:i w:val="0"/>
          <w:smallCaps w:val="0"/>
          <w:strike w:val="0"/>
          <w:sz w:val="22"/>
          <w:u w:val="single"/>
        </w:rPr>
        <w:t xml:space="preserve"> a server of </w:t>
      </w:r>
      <w:r>
        <w:rPr>
          <w:b/>
          <w:i w:val="0"/>
          <w:smallCaps w:val="0"/>
          <w:strike w:val="0"/>
          <w:sz w:val="22"/>
          <w:highlight w:val="cyan"/>
          <w:u w:val="single"/>
        </w:rPr>
        <w:t>the</w:t>
      </w:r>
      <w:r>
        <w:rPr>
          <w:b w:val="0"/>
          <w:i w:val="0"/>
          <w:smallCaps w:val="0"/>
          <w:strike w:val="0"/>
          <w:sz w:val="16"/>
          <w:u w:val="none"/>
        </w:rPr>
        <w:t xml:space="preserve"> International Atomic Energy Agency (</w:t>
      </w:r>
      <w:r>
        <w:rPr>
          <w:b/>
          <w:i w:val="0"/>
          <w:smallCaps w:val="0"/>
          <w:strike w:val="0"/>
          <w:sz w:val="22"/>
          <w:highlight w:val="cyan"/>
          <w:u w:val="single"/>
        </w:rPr>
        <w:t>IAEA</w:t>
      </w:r>
      <w:r>
        <w:rPr>
          <w:b w:val="0"/>
          <w:i w:val="0"/>
          <w:smallCaps w:val="0"/>
          <w:strike w:val="0"/>
          <w:sz w:val="16"/>
          <w:u w:val="none"/>
        </w:rPr>
        <w:t xml:space="preserve">) </w:t>
      </w:r>
      <w:r>
        <w:rPr>
          <w:b/>
          <w:i w:val="0"/>
          <w:smallCaps w:val="0"/>
          <w:strike w:val="0"/>
          <w:sz w:val="22"/>
          <w:highlight w:val="cyan"/>
          <w:u w:val="single"/>
        </w:rPr>
        <w:t>and</w:t>
      </w:r>
      <w:r>
        <w:rPr>
          <w:b/>
          <w:i w:val="0"/>
          <w:smallCaps w:val="0"/>
          <w:strike w:val="0"/>
          <w:sz w:val="22"/>
          <w:u w:val="single"/>
        </w:rPr>
        <w:t xml:space="preserve"> </w:t>
      </w:r>
      <w:r>
        <w:rPr>
          <w:b/>
          <w:i w:val="0"/>
          <w:smallCaps w:val="0"/>
          <w:strike w:val="0"/>
          <w:sz w:val="22"/>
          <w:highlight w:val="cyan"/>
          <w:u w:val="single"/>
        </w:rPr>
        <w:t>leaked</w:t>
      </w:r>
      <w:r>
        <w:rPr>
          <w:b/>
          <w:i w:val="0"/>
          <w:smallCaps w:val="0"/>
          <w:strike w:val="0"/>
          <w:sz w:val="22"/>
          <w:u w:val="single"/>
        </w:rPr>
        <w:t xml:space="preserve"> the </w:t>
      </w:r>
      <w:r>
        <w:rPr>
          <w:b/>
          <w:i w:val="0"/>
          <w:smallCaps w:val="0"/>
          <w:strike w:val="0"/>
          <w:sz w:val="22"/>
          <w:highlight w:val="cyan"/>
          <w:u w:val="single"/>
        </w:rPr>
        <w:t>email addresses of</w:t>
      </w:r>
      <w:r>
        <w:rPr>
          <w:b w:val="0"/>
          <w:i w:val="0"/>
          <w:smallCaps w:val="0"/>
          <w:strike w:val="0"/>
          <w:sz w:val="16"/>
          <w:highlight w:val="cyan"/>
          <w:u w:val="none"/>
        </w:rPr>
        <w:t xml:space="preserve"> </w:t>
      </w:r>
      <w:r>
        <w:rPr>
          <w:b/>
          <w:i w:val="0"/>
          <w:smallCaps w:val="0"/>
          <w:strike w:val="0"/>
          <w:sz w:val="22"/>
          <w:highlight w:val="cyan"/>
          <w:u w:val="single"/>
        </w:rPr>
        <w:t>167 experts</w:t>
      </w:r>
      <w:r>
        <w:rPr>
          <w:b w:val="0"/>
          <w:i w:val="0"/>
          <w:smallCaps w:val="0"/>
          <w:strike w:val="0"/>
          <w:sz w:val="16"/>
          <w:u w:val="none"/>
        </w:rPr>
        <w:t xml:space="preserve"> working with the agency, </w:t>
      </w:r>
      <w:r>
        <w:rPr>
          <w:b/>
          <w:i w:val="0"/>
          <w:smallCaps w:val="0"/>
          <w:strike w:val="0"/>
          <w:sz w:val="22"/>
          <w:highlight w:val="cyan"/>
          <w:u w:val="single"/>
        </w:rPr>
        <w:t>declared</w:t>
      </w:r>
      <w:r>
        <w:rPr>
          <w:b w:val="0"/>
          <w:i w:val="0"/>
          <w:smallCaps w:val="0"/>
          <w:strike w:val="0"/>
          <w:sz w:val="16"/>
          <w:u w:val="none"/>
        </w:rPr>
        <w:t xml:space="preserve"> that </w:t>
      </w:r>
      <w:r>
        <w:rPr>
          <w:b/>
          <w:i w:val="0"/>
          <w:smallCaps w:val="0"/>
          <w:strike w:val="0"/>
          <w:sz w:val="22"/>
          <w:highlight w:val="cyan"/>
          <w:u w:val="single"/>
        </w:rPr>
        <w:t>its goal was to</w:t>
      </w:r>
      <w:r>
        <w:rPr>
          <w:b/>
          <w:i w:val="0"/>
          <w:smallCaps w:val="0"/>
          <w:strike w:val="0"/>
          <w:sz w:val="22"/>
          <w:u w:val="single"/>
        </w:rPr>
        <w:t xml:space="preserve"> </w:t>
      </w:r>
      <w:r>
        <w:rPr>
          <w:b/>
          <w:i w:val="0"/>
          <w:smallCaps w:val="0"/>
          <w:strike w:val="0"/>
          <w:sz w:val="22"/>
          <w:highlight w:val="cyan"/>
          <w:u w:val="single"/>
        </w:rPr>
        <w:t>expose</w:t>
      </w:r>
      <w:r>
        <w:rPr>
          <w:b w:val="0"/>
          <w:i w:val="0"/>
          <w:smallCaps w:val="0"/>
          <w:strike w:val="0"/>
          <w:sz w:val="16"/>
          <w:u w:val="none"/>
        </w:rPr>
        <w:t xml:space="preserve"> "</w:t>
      </w:r>
      <w:r>
        <w:rPr>
          <w:b/>
          <w:i w:val="0"/>
          <w:smallCaps w:val="0"/>
          <w:strike w:val="0"/>
          <w:sz w:val="22"/>
          <w:u w:val="single"/>
        </w:rPr>
        <w:t>beyond-</w:t>
      </w:r>
      <w:r>
        <w:rPr>
          <w:b/>
          <w:i w:val="0"/>
          <w:smallCaps w:val="0"/>
          <w:strike w:val="0"/>
          <w:sz w:val="22"/>
          <w:highlight w:val="cyan"/>
          <w:u w:val="single"/>
        </w:rPr>
        <w:t>harmful</w:t>
      </w:r>
      <w:r>
        <w:rPr>
          <w:b w:val="0"/>
          <w:i w:val="0"/>
          <w:smallCaps w:val="0"/>
          <w:strike w:val="0"/>
          <w:sz w:val="16"/>
          <w:highlight w:val="cyan"/>
          <w:u w:val="none"/>
        </w:rPr>
        <w:t xml:space="preserve"> </w:t>
      </w:r>
      <w:r>
        <w:rPr>
          <w:b/>
          <w:i w:val="0"/>
          <w:smallCaps w:val="0"/>
          <w:strike w:val="0"/>
          <w:sz w:val="22"/>
          <w:highlight w:val="cyan"/>
          <w:u w:val="single"/>
        </w:rPr>
        <w:t>operations</w:t>
      </w:r>
      <w:r>
        <w:rPr>
          <w:b w:val="0"/>
          <w:i w:val="0"/>
          <w:smallCaps w:val="0"/>
          <w:strike w:val="0"/>
          <w:sz w:val="16"/>
          <w:u w:val="none"/>
        </w:rPr>
        <w:t xml:space="preserve">" </w:t>
      </w:r>
      <w:r>
        <w:rPr>
          <w:b/>
          <w:i w:val="0"/>
          <w:smallCaps w:val="0"/>
          <w:strike w:val="0"/>
          <w:sz w:val="22"/>
          <w:highlight w:val="cyan"/>
          <w:u w:val="single"/>
        </w:rPr>
        <w:t>at Israel's</w:t>
      </w:r>
      <w:r>
        <w:rPr>
          <w:b/>
          <w:i w:val="0"/>
          <w:smallCaps w:val="0"/>
          <w:strike w:val="0"/>
          <w:sz w:val="22"/>
          <w:u w:val="single"/>
        </w:rPr>
        <w:t xml:space="preserve"> Negev </w:t>
      </w:r>
      <w:r>
        <w:rPr>
          <w:b/>
          <w:i w:val="0"/>
          <w:smallCaps w:val="0"/>
          <w:strike w:val="0"/>
          <w:sz w:val="22"/>
          <w:highlight w:val="cyan"/>
          <w:u w:val="single"/>
        </w:rPr>
        <w:t>Nuclear Research Center</w:t>
      </w:r>
      <w:r>
        <w:rPr>
          <w:b/>
          <w:i w:val="0"/>
          <w:smallCaps w:val="0"/>
          <w:strike w:val="0"/>
          <w:sz w:val="22"/>
          <w:u w:val="single"/>
        </w:rPr>
        <w:t>.</w:t>
      </w:r>
      <w:r>
        <w:rPr>
          <w:b w:val="0"/>
          <w:i w:val="0"/>
          <w:smallCaps w:val="0"/>
          <w:strike w:val="0"/>
          <w:sz w:val="12"/>
          <w:u w:val="none"/>
        </w:rPr>
        <w:t>¶</w:t>
      </w:r>
      <w:r>
        <w:rPr>
          <w:b w:val="0"/>
          <w:i w:val="0"/>
          <w:smallCaps w:val="0"/>
          <w:strike w:val="0"/>
          <w:sz w:val="16"/>
          <w:u w:val="none"/>
        </w:rPr>
        <w:t xml:space="preserve"> In a statement posted on Pastebin, the group demanded that those experts petition the IAEA to investigate the Negev site, and threatened to expose the locations and other personal and professional information of those experts if they don't.</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The group sought to show that its motives were noble</w:t>
      </w:r>
      <w:r>
        <w:rPr>
          <w:b w:val="0"/>
          <w:i w:val="0"/>
          <w:smallCaps w:val="0"/>
          <w:strike w:val="0"/>
          <w:sz w:val="16"/>
          <w:u w:val="none"/>
        </w:rPr>
        <w:t>. "We are reassuring IAEA that their critical information is safe with us, as we are brothers." But it said its brotherly connection did not extend to any "Western-flavored elements."</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This</w:t>
      </w:r>
      <w:r>
        <w:rPr>
          <w:b w:val="0"/>
          <w:i w:val="0"/>
          <w:smallCaps w:val="0"/>
          <w:strike w:val="0"/>
          <w:sz w:val="16"/>
          <w:u w:val="none"/>
        </w:rPr>
        <w:t xml:space="preserve"> latest break-</w:t>
      </w:r>
      <w:r>
        <w:rPr>
          <w:b/>
          <w:i w:val="0"/>
          <w:smallCaps w:val="0"/>
          <w:strike w:val="0"/>
          <w:sz w:val="22"/>
          <w:u w:val="single"/>
        </w:rPr>
        <w:t xml:space="preserve">in is yet another example of </w:t>
      </w:r>
      <w:r>
        <w:rPr>
          <w:b/>
          <w:i w:val="0"/>
          <w:smallCaps w:val="0"/>
          <w:strike w:val="0"/>
          <w:sz w:val="22"/>
          <w:highlight w:val="cyan"/>
          <w:u w:val="single"/>
        </w:rPr>
        <w:t>hacktivists</w:t>
      </w:r>
      <w:r>
        <w:rPr>
          <w:b/>
          <w:i w:val="0"/>
          <w:smallCaps w:val="0"/>
          <w:strike w:val="0"/>
          <w:sz w:val="22"/>
          <w:u w:val="single"/>
        </w:rPr>
        <w:t xml:space="preserve"> viewing themselves as the good guys</w:t>
      </w:r>
      <w:r>
        <w:rPr>
          <w:b w:val="0"/>
          <w:i w:val="0"/>
          <w:smallCaps w:val="0"/>
          <w:strike w:val="0"/>
          <w:sz w:val="16"/>
          <w:u w:val="none"/>
        </w:rPr>
        <w:t xml:space="preserve">. </w:t>
      </w:r>
      <w:r>
        <w:rPr>
          <w:b/>
          <w:i w:val="0"/>
          <w:smallCaps w:val="0"/>
          <w:strike w:val="0"/>
          <w:sz w:val="22"/>
          <w:u w:val="single"/>
        </w:rPr>
        <w:t>They</w:t>
      </w:r>
      <w:r>
        <w:rPr>
          <w:b w:val="0"/>
          <w:i w:val="0"/>
          <w:smallCaps w:val="0"/>
          <w:strike w:val="0"/>
          <w:sz w:val="16"/>
          <w:u w:val="none"/>
        </w:rPr>
        <w:t xml:space="preserve"> have </w:t>
      </w:r>
      <w:r>
        <w:rPr>
          <w:b/>
          <w:i w:val="0"/>
          <w:smallCaps w:val="0"/>
          <w:strike w:val="0"/>
          <w:sz w:val="22"/>
          <w:highlight w:val="cyan"/>
          <w:u w:val="single"/>
        </w:rPr>
        <w:t>regularly described themselves as freedom fighters who strike blows in behalf of the</w:t>
      </w:r>
      <w:r>
        <w:rPr>
          <w:b/>
          <w:i w:val="0"/>
          <w:smallCaps w:val="0"/>
          <w:strike w:val="0"/>
          <w:sz w:val="22"/>
          <w:u w:val="single"/>
        </w:rPr>
        <w:t xml:space="preserve"> </w:t>
      </w:r>
      <w:r>
        <w:rPr>
          <w:b/>
          <w:i w:val="0"/>
          <w:smallCaps w:val="0"/>
          <w:strike w:val="0"/>
          <w:sz w:val="22"/>
          <w:highlight w:val="cyan"/>
          <w:u w:val="single"/>
        </w:rPr>
        <w:t>common people against the evils of</w:t>
      </w:r>
      <w:r>
        <w:rPr>
          <w:b w:val="0"/>
          <w:i w:val="0"/>
          <w:smallCaps w:val="0"/>
          <w:strike w:val="0"/>
          <w:sz w:val="16"/>
          <w:u w:val="none"/>
        </w:rPr>
        <w:t xml:space="preserve"> corporations and </w:t>
      </w:r>
      <w:r>
        <w:rPr>
          <w:b/>
          <w:i w:val="0"/>
          <w:smallCaps w:val="0"/>
          <w:strike w:val="0"/>
          <w:sz w:val="22"/>
          <w:highlight w:val="cyan"/>
          <w:u w:val="single"/>
        </w:rPr>
        <w:t>governments</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w:t>
      </w:r>
      <w:r>
        <w:rPr>
          <w:b/>
          <w:i w:val="0"/>
          <w:smallCaps w:val="0"/>
          <w:strike w:val="0"/>
          <w:sz w:val="22"/>
          <w:highlight w:val="cyan"/>
          <w:u w:val="single"/>
        </w:rPr>
        <w:t>But security experts say the</w:t>
      </w:r>
      <w:r>
        <w:rPr>
          <w:b/>
          <w:i w:val="0"/>
          <w:smallCaps w:val="0"/>
          <w:strike w:val="0"/>
          <w:sz w:val="22"/>
          <w:u w:val="single"/>
        </w:rPr>
        <w:t xml:space="preserve"> </w:t>
      </w:r>
      <w:r>
        <w:rPr>
          <w:b/>
          <w:i w:val="0"/>
          <w:smallCaps w:val="0"/>
          <w:strike w:val="0"/>
          <w:sz w:val="22"/>
          <w:highlight w:val="cyan"/>
          <w:u w:val="single"/>
        </w:rPr>
        <w:t>reality is that</w:t>
      </w:r>
      <w:r>
        <w:rPr>
          <w:b/>
          <w:i w:val="0"/>
          <w:smallCaps w:val="0"/>
          <w:strike w:val="0"/>
          <w:sz w:val="22"/>
          <w:u w:val="single"/>
        </w:rPr>
        <w:t xml:space="preserve"> while</w:t>
      </w:r>
      <w:r>
        <w:rPr>
          <w:b w:val="0"/>
          <w:i w:val="0"/>
          <w:smallCaps w:val="0"/>
          <w:strike w:val="0"/>
          <w:sz w:val="16"/>
          <w:u w:val="none"/>
        </w:rPr>
        <w:t xml:space="preserve"> </w:t>
      </w:r>
      <w:r>
        <w:rPr>
          <w:b/>
          <w:i w:val="0"/>
          <w:smallCaps w:val="0"/>
          <w:strike w:val="0"/>
          <w:sz w:val="22"/>
          <w:highlight w:val="cyan"/>
          <w:u w:val="single"/>
        </w:rPr>
        <w:t>they</w:t>
      </w:r>
      <w:r>
        <w:rPr>
          <w:b w:val="0"/>
          <w:i w:val="0"/>
          <w:smallCaps w:val="0"/>
          <w:strike w:val="0"/>
          <w:sz w:val="16"/>
          <w:highlight w:val="cyan"/>
          <w:u w:val="none"/>
        </w:rPr>
        <w:t xml:space="preserve"> </w:t>
      </w:r>
      <w:r>
        <w:rPr>
          <w:b/>
          <w:i w:val="0"/>
          <w:smallCaps w:val="0"/>
          <w:strike w:val="0"/>
          <w:sz w:val="22"/>
          <w:highlight w:val="cyan"/>
          <w:u w:val="single"/>
        </w:rPr>
        <w:t>can make life miserable in some cases for their targets</w:t>
      </w:r>
      <w:r>
        <w:rPr>
          <w:b w:val="0"/>
          <w:i w:val="0"/>
          <w:smallCaps w:val="0"/>
          <w:strike w:val="0"/>
          <w:sz w:val="16"/>
          <w:u w:val="none"/>
        </w:rPr>
        <w:t xml:space="preserve">, </w:t>
      </w:r>
      <w:r>
        <w:rPr>
          <w:b/>
          <w:i w:val="0"/>
          <w:smallCaps w:val="0"/>
          <w:strike w:val="0"/>
          <w:sz w:val="22"/>
          <w:highlight w:val="cyan"/>
          <w:u w:val="single"/>
        </w:rPr>
        <w:t>they</w:t>
      </w:r>
      <w:r>
        <w:rPr>
          <w:b w:val="0"/>
          <w:i w:val="0"/>
          <w:smallCaps w:val="0"/>
          <w:strike w:val="0"/>
          <w:sz w:val="16"/>
          <w:u w:val="none"/>
        </w:rPr>
        <w:t xml:space="preserve"> generally </w:t>
      </w:r>
      <w:r>
        <w:rPr>
          <w:b/>
          <w:i w:val="0"/>
          <w:smallCaps w:val="0"/>
          <w:strike w:val="0"/>
          <w:sz w:val="22"/>
          <w:highlight w:val="cyan"/>
          <w:u w:val="single"/>
        </w:rPr>
        <w:t>have little more long-term impact than other</w:t>
      </w:r>
      <w:r>
        <w:rPr>
          <w:b w:val="0"/>
          <w:i w:val="0"/>
          <w:smallCaps w:val="0"/>
          <w:strike w:val="0"/>
          <w:sz w:val="16"/>
          <w:highlight w:val="cyan"/>
          <w:u w:val="none"/>
        </w:rPr>
        <w:t>,</w:t>
      </w:r>
      <w:r>
        <w:rPr>
          <w:b w:val="0"/>
          <w:i w:val="0"/>
          <w:smallCaps w:val="0"/>
          <w:strike w:val="0"/>
          <w:sz w:val="16"/>
          <w:u w:val="none"/>
        </w:rPr>
        <w:t xml:space="preserve"> more traditional, </w:t>
      </w:r>
      <w:r>
        <w:rPr>
          <w:b/>
          <w:i w:val="0"/>
          <w:smallCaps w:val="0"/>
          <w:strike w:val="0"/>
          <w:sz w:val="22"/>
          <w:u w:val="single"/>
        </w:rPr>
        <w:t xml:space="preserve">activist </w:t>
      </w:r>
      <w:r>
        <w:rPr>
          <w:b/>
          <w:i w:val="0"/>
          <w:smallCaps w:val="0"/>
          <w:strike w:val="0"/>
          <w:sz w:val="22"/>
          <w:highlight w:val="cyan"/>
          <w:u w:val="single"/>
        </w:rPr>
        <w:t>movements</w:t>
      </w:r>
      <w:r>
        <w:rPr>
          <w:b w:val="0"/>
          <w:i w:val="0"/>
          <w:smallCaps w:val="0"/>
          <w:strike w:val="0"/>
          <w:sz w:val="16"/>
          <w:highlight w:val="cyan"/>
          <w:u w:val="none"/>
        </w:rPr>
        <w:t xml:space="preserve"> </w:t>
      </w:r>
      <w:r>
        <w:rPr>
          <w:b/>
          <w:i w:val="0"/>
          <w:smallCaps w:val="0"/>
          <w:strike w:val="0"/>
          <w:sz w:val="22"/>
          <w:highlight w:val="cyan"/>
          <w:u w:val="single"/>
        </w:rPr>
        <w:t xml:space="preserve">like </w:t>
      </w:r>
      <w:r>
        <w:rPr>
          <w:b/>
          <w:i w:val="0"/>
          <w:smallCaps w:val="0"/>
          <w:strike w:val="0"/>
          <w:sz w:val="22"/>
          <w:u w:val="single"/>
        </w:rPr>
        <w:t>the Tea</w:t>
      </w:r>
      <w:r>
        <w:rPr>
          <w:b/>
          <w:i w:val="0"/>
          <w:smallCaps w:val="0"/>
          <w:strike w:val="0"/>
          <w:sz w:val="22"/>
          <w:u w:val="single"/>
        </w:rPr>
        <w:t xml:space="preserve"> Party or </w:t>
      </w:r>
      <w:r>
        <w:rPr>
          <w:b/>
          <w:i w:val="0"/>
          <w:smallCaps w:val="0"/>
          <w:strike w:val="0"/>
          <w:sz w:val="22"/>
          <w:highlight w:val="cyan"/>
          <w:u w:val="single"/>
        </w:rPr>
        <w:t>Occupy Wall Street</w:t>
      </w:r>
      <w:r>
        <w:rPr>
          <w:b w:val="0"/>
          <w:i w:val="0"/>
          <w:smallCaps w:val="0"/>
          <w:strike w:val="0"/>
          <w:sz w:val="16"/>
          <w:u w:val="none"/>
        </w:rPr>
        <w:t xml:space="preserve"> (which did have a major online element). </w:t>
      </w:r>
      <w:r>
        <w:rPr>
          <w:b/>
          <w:i w:val="0"/>
          <w:smallCaps w:val="0"/>
          <w:strike w:val="0"/>
          <w:sz w:val="22"/>
          <w:highlight w:val="cyan"/>
          <w:u w:val="single"/>
        </w:rPr>
        <w:t>Hacktivists gain</w:t>
      </w:r>
      <w:r>
        <w:rPr>
          <w:b/>
          <w:i w:val="0"/>
          <w:smallCaps w:val="0"/>
          <w:strike w:val="0"/>
          <w:sz w:val="22"/>
          <w:u w:val="single"/>
        </w:rPr>
        <w:t xml:space="preserve"> a measure of </w:t>
      </w:r>
      <w:r>
        <w:rPr>
          <w:b/>
          <w:i w:val="0"/>
          <w:smallCaps w:val="0"/>
          <w:strike w:val="0"/>
          <w:sz w:val="22"/>
          <w:highlight w:val="cyan"/>
          <w:u w:val="single"/>
        </w:rPr>
        <w:t>short-term publicity</w:t>
      </w:r>
      <w:r>
        <w:rPr>
          <w:b/>
          <w:i w:val="0"/>
          <w:smallCaps w:val="0"/>
          <w:strike w:val="0"/>
          <w:sz w:val="22"/>
          <w:u w:val="single"/>
        </w:rPr>
        <w:t xml:space="preserve"> and influence, </w:t>
      </w:r>
      <w:r>
        <w:rPr>
          <w:b/>
          <w:i w:val="0"/>
          <w:smallCaps w:val="0"/>
          <w:strike w:val="0"/>
          <w:sz w:val="22"/>
          <w:highlight w:val="cyan"/>
          <w:u w:val="single"/>
        </w:rPr>
        <w:t>but are</w:t>
      </w:r>
      <w:r>
        <w:rPr>
          <w:b/>
          <w:i w:val="0"/>
          <w:smallCaps w:val="0"/>
          <w:strike w:val="0"/>
          <w:sz w:val="22"/>
          <w:u w:val="single"/>
        </w:rPr>
        <w:t xml:space="preserve"> now </w:t>
      </w:r>
      <w:r>
        <w:rPr>
          <w:b/>
          <w:i w:val="0"/>
          <w:smallCaps w:val="0"/>
          <w:strike w:val="0"/>
          <w:sz w:val="22"/>
          <w:highlight w:val="cyan"/>
          <w:u w:val="single"/>
        </w:rPr>
        <w:t>essentially irrelevant</w:t>
      </w:r>
      <w:r>
        <w:rPr>
          <w:b/>
          <w:i w:val="0"/>
          <w:smallCaps w:val="0"/>
          <w:strike w:val="0"/>
          <w:sz w:val="22"/>
          <w:u w:val="single"/>
        </w:rPr>
        <w:t>.</w:t>
      </w:r>
      <w:r>
        <w:rPr>
          <w:b w:val="0"/>
          <w:i w:val="0"/>
          <w:smallCaps w:val="0"/>
          <w:strike w:val="0"/>
          <w:sz w:val="12"/>
          <w:u w:val="none"/>
        </w:rPr>
        <w:t>¶</w:t>
      </w:r>
      <w:r>
        <w:rPr>
          <w:b w:val="0"/>
          <w:i w:val="0"/>
          <w:smallCaps w:val="0"/>
          <w:strike w:val="0"/>
          <w:sz w:val="16"/>
          <w:u w:val="none"/>
        </w:rPr>
        <w:t xml:space="preserve"> </w:t>
      </w:r>
      <w:r>
        <w:rPr>
          <w:b w:val="0"/>
          <w:i w:val="0"/>
          <w:smallCaps w:val="0"/>
          <w:strike w:val="0"/>
          <w:sz w:val="16"/>
          <w:u w:val="none"/>
        </w:rPr>
        <w:t xml:space="preserve">Michael </w:t>
      </w:r>
      <w:r>
        <w:rPr>
          <w:b/>
          <w:i w:val="0"/>
          <w:smallCaps w:val="0"/>
          <w:strike w:val="0"/>
          <w:sz w:val="22"/>
          <w:u w:val="single"/>
        </w:rPr>
        <w:t>Murray</w:t>
      </w:r>
      <w:r>
        <w:rPr>
          <w:b w:val="0"/>
          <w:i w:val="0"/>
          <w:smallCaps w:val="0"/>
          <w:strike w:val="0"/>
          <w:sz w:val="16"/>
          <w:u w:val="none"/>
        </w:rPr>
        <w:t xml:space="preserve">, </w:t>
      </w:r>
      <w:r>
        <w:rPr>
          <w:b/>
          <w:i w:val="0"/>
          <w:smallCaps w:val="0"/>
          <w:strike w:val="0"/>
          <w:sz w:val="22"/>
          <w:u w:val="single"/>
        </w:rPr>
        <w:t>managing partner of MAD Security and</w:t>
      </w:r>
      <w:r>
        <w:rPr>
          <w:b w:val="0"/>
          <w:i w:val="0"/>
          <w:smallCaps w:val="0"/>
          <w:strike w:val="0"/>
          <w:sz w:val="16"/>
          <w:u w:val="none"/>
        </w:rPr>
        <w:t xml:space="preserve"> also of </w:t>
      </w:r>
      <w:r>
        <w:rPr>
          <w:b/>
          <w:i w:val="0"/>
          <w:smallCaps w:val="0"/>
          <w:strike w:val="0"/>
          <w:sz w:val="22"/>
          <w:u w:val="single"/>
        </w:rPr>
        <w:t>the Hacker Academy</w:t>
      </w:r>
      <w:r>
        <w:rPr>
          <w:b w:val="0"/>
          <w:i w:val="0"/>
          <w:smallCaps w:val="0"/>
          <w:strike w:val="0"/>
          <w:sz w:val="16"/>
          <w:u w:val="none"/>
        </w:rPr>
        <w:t xml:space="preserve">, </w:t>
      </w:r>
      <w:r>
        <w:rPr>
          <w:b/>
          <w:i w:val="0"/>
          <w:smallCaps w:val="0"/>
          <w:strike w:val="0"/>
          <w:sz w:val="22"/>
          <w:u w:val="single"/>
        </w:rPr>
        <w:t>said t</w:t>
      </w:r>
      <w:r>
        <w:rPr>
          <w:b/>
          <w:i w:val="0"/>
          <w:smallCaps w:val="0"/>
          <w:strike w:val="0"/>
          <w:sz w:val="22"/>
          <w:u w:val="single"/>
        </w:rPr>
        <w:t xml:space="preserve">he </w:t>
      </w:r>
      <w:r>
        <w:rPr>
          <w:b/>
          <w:i w:val="0"/>
          <w:smallCaps w:val="0"/>
          <w:strike w:val="0"/>
          <w:sz w:val="22"/>
          <w:highlight w:val="cyan"/>
          <w:u w:val="single"/>
        </w:rPr>
        <w:t>targets of</w:t>
      </w:r>
      <w:r>
        <w:rPr>
          <w:b/>
          <w:i w:val="0"/>
          <w:smallCaps w:val="0"/>
          <w:strike w:val="0"/>
          <w:sz w:val="22"/>
          <w:u w:val="single"/>
        </w:rPr>
        <w:t xml:space="preserve"> </w:t>
      </w:r>
      <w:r>
        <w:rPr>
          <w:b/>
          <w:i w:val="0"/>
          <w:smallCaps w:val="0"/>
          <w:strike w:val="0"/>
          <w:sz w:val="22"/>
          <w:highlight w:val="cyan"/>
          <w:u w:val="single"/>
        </w:rPr>
        <w:t>attacks "hardly ever</w:t>
      </w:r>
      <w:r>
        <w:rPr>
          <w:b/>
          <w:i w:val="0"/>
          <w:smallCaps w:val="0"/>
          <w:strike w:val="0"/>
          <w:sz w:val="22"/>
          <w:u w:val="single"/>
        </w:rPr>
        <w:t xml:space="preserve">" </w:t>
      </w:r>
      <w:r>
        <w:rPr>
          <w:b/>
          <w:i w:val="0"/>
          <w:smallCaps w:val="0"/>
          <w:strike w:val="0"/>
          <w:sz w:val="22"/>
          <w:highlight w:val="cyan"/>
          <w:u w:val="single"/>
        </w:rPr>
        <w:t>comply with</w:t>
      </w:r>
      <w:r>
        <w:rPr>
          <w:b/>
          <w:i w:val="0"/>
          <w:smallCaps w:val="0"/>
          <w:strike w:val="0"/>
          <w:sz w:val="22"/>
          <w:u w:val="single"/>
        </w:rPr>
        <w:t xml:space="preserve"> the </w:t>
      </w:r>
      <w:r>
        <w:rPr>
          <w:b/>
          <w:i w:val="0"/>
          <w:smallCaps w:val="0"/>
          <w:strike w:val="0"/>
          <w:sz w:val="22"/>
          <w:u w:val="single"/>
        </w:rPr>
        <w:t xml:space="preserve">demands or threats of </w:t>
      </w:r>
      <w:r>
        <w:rPr>
          <w:b/>
          <w:i w:val="0"/>
          <w:smallCaps w:val="0"/>
          <w:strike w:val="0"/>
          <w:sz w:val="22"/>
          <w:highlight w:val="cyan"/>
          <w:u w:val="single"/>
        </w:rPr>
        <w:t>hacktivists</w:t>
      </w:r>
      <w:r>
        <w:rPr>
          <w:b w:val="0"/>
          <w:i w:val="0"/>
          <w:smallCaps w:val="0"/>
          <w:strike w:val="0"/>
          <w:sz w:val="16"/>
          <w:u w:val="none"/>
        </w:rPr>
        <w:t xml:space="preserve">. "I know of a couple of off-the-record types of deals," he said. "But </w:t>
      </w:r>
      <w:r>
        <w:rPr>
          <w:b/>
          <w:i w:val="0"/>
          <w:smallCaps w:val="0"/>
          <w:strike w:val="0"/>
          <w:sz w:val="22"/>
          <w:u w:val="single"/>
        </w:rPr>
        <w:t>most often</w:t>
      </w:r>
      <w:r>
        <w:rPr>
          <w:b w:val="0"/>
          <w:i w:val="0"/>
          <w:smallCaps w:val="0"/>
          <w:strike w:val="0"/>
          <w:sz w:val="16"/>
          <w:u w:val="none"/>
        </w:rPr>
        <w:t xml:space="preserve">, </w:t>
      </w:r>
      <w:r>
        <w:rPr>
          <w:b/>
          <w:i w:val="0"/>
          <w:smallCaps w:val="0"/>
          <w:strike w:val="0"/>
          <w:sz w:val="22"/>
          <w:highlight w:val="cyan"/>
          <w:u w:val="single"/>
        </w:rPr>
        <w:t>the target plays along only so long as it takes to</w:t>
      </w:r>
      <w:r>
        <w:rPr>
          <w:b/>
          <w:i w:val="0"/>
          <w:smallCaps w:val="0"/>
          <w:strike w:val="0"/>
          <w:sz w:val="22"/>
          <w:u w:val="single"/>
        </w:rPr>
        <w:t xml:space="preserve"> </w:t>
      </w:r>
      <w:r>
        <w:rPr>
          <w:b/>
          <w:i w:val="0"/>
          <w:smallCaps w:val="0"/>
          <w:strike w:val="0"/>
          <w:sz w:val="22"/>
          <w:highlight w:val="cyan"/>
          <w:u w:val="single"/>
        </w:rPr>
        <w:t>either prosecute the hacktivist</w:t>
      </w:r>
      <w:r>
        <w:rPr>
          <w:b/>
          <w:i w:val="0"/>
          <w:smallCaps w:val="0"/>
          <w:strike w:val="0"/>
          <w:sz w:val="22"/>
          <w:u w:val="single"/>
        </w:rPr>
        <w:t>s</w:t>
      </w:r>
      <w:r>
        <w:rPr>
          <w:b w:val="0"/>
          <w:i w:val="0"/>
          <w:smallCaps w:val="0"/>
          <w:strike w:val="0"/>
          <w:sz w:val="16"/>
          <w:u w:val="none"/>
        </w:rPr>
        <w:t xml:space="preserve">, </w:t>
      </w:r>
      <w:r>
        <w:rPr>
          <w:b/>
          <w:i w:val="0"/>
          <w:smallCaps w:val="0"/>
          <w:strike w:val="0"/>
          <w:sz w:val="22"/>
          <w:u w:val="single"/>
        </w:rPr>
        <w:t>usually with the assistance of law enforcement</w:t>
      </w:r>
      <w:r>
        <w:rPr>
          <w:b w:val="0"/>
          <w:i w:val="0"/>
          <w:smallCaps w:val="0"/>
          <w:strike w:val="0"/>
          <w:sz w:val="16"/>
          <w:u w:val="none"/>
        </w:rPr>
        <w:t xml:space="preserve">, </w:t>
      </w:r>
      <w:r>
        <w:rPr>
          <w:b/>
          <w:i w:val="0"/>
          <w:smallCaps w:val="0"/>
          <w:strike w:val="0"/>
          <w:sz w:val="22"/>
          <w:highlight w:val="cyan"/>
          <w:u w:val="single"/>
        </w:rPr>
        <w:t>or</w:t>
      </w:r>
      <w:r>
        <w:rPr>
          <w:b w:val="0"/>
          <w:i w:val="0"/>
          <w:smallCaps w:val="0"/>
          <w:strike w:val="0"/>
          <w:sz w:val="16"/>
          <w:u w:val="none"/>
        </w:rPr>
        <w:t xml:space="preserve"> to </w:t>
      </w:r>
      <w:r>
        <w:rPr>
          <w:b/>
          <w:i w:val="0"/>
          <w:smallCaps w:val="0"/>
          <w:strike w:val="0"/>
          <w:sz w:val="22"/>
          <w:highlight w:val="cyan"/>
          <w:u w:val="single"/>
        </w:rPr>
        <w:t>buy</w:t>
      </w:r>
      <w:r>
        <w:rPr>
          <w:b/>
          <w:i w:val="0"/>
          <w:smallCaps w:val="0"/>
          <w:strike w:val="0"/>
          <w:sz w:val="22"/>
          <w:u w:val="single"/>
        </w:rPr>
        <w:t xml:space="preserve"> </w:t>
      </w:r>
      <w:r>
        <w:rPr>
          <w:b/>
          <w:i w:val="0"/>
          <w:smallCaps w:val="0"/>
          <w:strike w:val="0"/>
          <w:sz w:val="22"/>
          <w:highlight w:val="cyan"/>
          <w:u w:val="single"/>
        </w:rPr>
        <w:t>time to figure out how to stop the attacks</w:t>
      </w:r>
      <w:r>
        <w:rPr>
          <w:b/>
          <w:i w:val="0"/>
          <w:smallCaps w:val="0"/>
          <w:strike w:val="0"/>
          <w:sz w:val="22"/>
          <w:u w:val="single"/>
        </w:rPr>
        <w:t>.</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Chester Wisniewski, a senior security adviser at Sophos, said online activism can have an effect on public policy. "That's one of the reasons SOPA (Stop Online Piracy Act) got shut down," he said. "But that's not hacking ... That's just making yourself heard.</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When they start breaking the law</w:t>
      </w:r>
      <w:r>
        <w:rPr>
          <w:b w:val="0"/>
          <w:i w:val="0"/>
          <w:smallCaps w:val="0"/>
          <w:strike w:val="0"/>
          <w:sz w:val="16"/>
          <w:u w:val="none"/>
        </w:rPr>
        <w:t xml:space="preserve">, no, </w:t>
      </w:r>
      <w:r>
        <w:rPr>
          <w:b/>
          <w:i w:val="0"/>
          <w:smallCaps w:val="0"/>
          <w:strike w:val="0"/>
          <w:sz w:val="22"/>
          <w:u w:val="single"/>
        </w:rPr>
        <w:t>they don't really change things</w:t>
      </w:r>
      <w:r>
        <w:rPr>
          <w:b w:val="0"/>
          <w:i w:val="0"/>
          <w:smallCaps w:val="0"/>
          <w:strike w:val="0"/>
          <w:sz w:val="16"/>
          <w:u w:val="none"/>
        </w:rPr>
        <w:t xml:space="preserve">. </w:t>
      </w:r>
      <w:r>
        <w:rPr>
          <w:b/>
          <w:i w:val="0"/>
          <w:smallCaps w:val="0"/>
          <w:strike w:val="0"/>
          <w:sz w:val="22"/>
          <w:highlight w:val="cyan"/>
          <w:u w:val="single"/>
        </w:rPr>
        <w:t>How many times did Sony get hacked</w:t>
      </w:r>
      <w:r>
        <w:rPr>
          <w:b w:val="0"/>
          <w:i w:val="0"/>
          <w:smallCaps w:val="0"/>
          <w:strike w:val="0"/>
          <w:sz w:val="16"/>
          <w:u w:val="none"/>
        </w:rPr>
        <w:t xml:space="preserve"> -- </w:t>
      </w:r>
      <w:r>
        <w:rPr>
          <w:b/>
          <w:i w:val="0"/>
          <w:smallCaps w:val="0"/>
          <w:strike w:val="0"/>
          <w:sz w:val="22"/>
          <w:highlight w:val="cyan"/>
          <w:u w:val="single"/>
        </w:rPr>
        <w:t>49</w:t>
      </w:r>
      <w:r>
        <w:rPr>
          <w:b/>
          <w:i w:val="0"/>
          <w:smallCaps w:val="0"/>
          <w:strike w:val="0"/>
          <w:sz w:val="22"/>
          <w:u w:val="single"/>
        </w:rPr>
        <w:t xml:space="preserve"> or so</w:t>
      </w:r>
      <w:r>
        <w:rPr>
          <w:b w:val="0"/>
          <w:i w:val="0"/>
          <w:smallCaps w:val="0"/>
          <w:strike w:val="0"/>
          <w:sz w:val="16"/>
          <w:u w:val="none"/>
        </w:rPr>
        <w:t xml:space="preserve">? -- and </w:t>
      </w:r>
      <w:r>
        <w:rPr>
          <w:b/>
          <w:i w:val="0"/>
          <w:smallCaps w:val="0"/>
          <w:strike w:val="0"/>
          <w:sz w:val="22"/>
          <w:highlight w:val="cyan"/>
          <w:u w:val="single"/>
        </w:rPr>
        <w:t>they never changed their minds</w:t>
      </w:r>
      <w:r>
        <w:rPr>
          <w:b/>
          <w:i w:val="0"/>
          <w:smallCaps w:val="0"/>
          <w:strike w:val="0"/>
          <w:sz w:val="22"/>
          <w:u w:val="single"/>
        </w:rPr>
        <w:t xml:space="preserve"> about anything</w:t>
      </w:r>
      <w:r>
        <w:rPr>
          <w:b w:val="0"/>
          <w:i w:val="0"/>
          <w:smallCaps w:val="0"/>
          <w:strike w:val="0"/>
          <w:sz w:val="16"/>
          <w:u w:val="none"/>
        </w:rPr>
        <w:t>," Wisniewski said. "</w:t>
      </w:r>
      <w:r>
        <w:rPr>
          <w:b/>
          <w:i w:val="0"/>
          <w:smallCaps w:val="0"/>
          <w:strike w:val="0"/>
          <w:sz w:val="22"/>
          <w:highlight w:val="cyan"/>
          <w:u w:val="single"/>
        </w:rPr>
        <w:t>Stratfor</w:t>
      </w:r>
      <w:r>
        <w:rPr>
          <w:b w:val="0"/>
          <w:i w:val="0"/>
          <w:smallCaps w:val="0"/>
          <w:strike w:val="0"/>
          <w:sz w:val="16"/>
          <w:u w:val="none"/>
        </w:rPr>
        <w:t xml:space="preserve"> (an Austin, Texas-based international intelligence broker) </w:t>
      </w:r>
      <w:r>
        <w:rPr>
          <w:b/>
          <w:i w:val="0"/>
          <w:smallCaps w:val="0"/>
          <w:strike w:val="0"/>
          <w:sz w:val="22"/>
          <w:highlight w:val="cyan"/>
          <w:u w:val="single"/>
        </w:rPr>
        <w:t>is not going to back down</w:t>
      </w:r>
      <w:r>
        <w:rPr>
          <w:b/>
          <w:i w:val="0"/>
          <w:smallCaps w:val="0"/>
          <w:strike w:val="0"/>
          <w:sz w:val="22"/>
          <w:u w:val="single"/>
        </w:rPr>
        <w:t xml:space="preserve"> from what they do because they got hacked</w:t>
      </w:r>
      <w:r>
        <w:rPr>
          <w:b w:val="0"/>
          <w:i w:val="0"/>
          <w:smallCaps w:val="0"/>
          <w:strike w:val="0"/>
          <w:sz w:val="16"/>
          <w:u w:val="none"/>
        </w:rPr>
        <w:t>. Most of those types of actions are really misguided."</w:t>
      </w:r>
      <w:r>
        <w:rPr>
          <w:b w:val="0"/>
          <w:i w:val="0"/>
          <w:smallCaps w:val="0"/>
          <w:strike w:val="0"/>
          <w:sz w:val="12"/>
          <w:u w:val="none"/>
        </w:rPr>
        <w:t>¶</w:t>
      </w:r>
      <w:r>
        <w:rPr>
          <w:b w:val="0"/>
          <w:i w:val="0"/>
          <w:smallCaps w:val="0"/>
          <w:strike w:val="0"/>
          <w:sz w:val="16"/>
          <w:u w:val="none"/>
        </w:rPr>
        <w:t xml:space="preserve"> The IAEA did not respond to multiple requests over two days for comment about how it might respond to the demand. But in a statement to Computerworld, spokeswoman Gill Tudor said only that the agency was working to make sure that no further information was vulnerable.</w:t>
      </w:r>
      <w:r>
        <w:rPr>
          <w:b w:val="0"/>
          <w:i w:val="0"/>
          <w:smallCaps w:val="0"/>
          <w:strike w:val="0"/>
          <w:sz w:val="12"/>
          <w:u w:val="none"/>
        </w:rPr>
        <w:t>¶</w:t>
      </w:r>
      <w:r>
        <w:rPr>
          <w:b w:val="0"/>
          <w:i w:val="0"/>
          <w:smallCaps w:val="0"/>
          <w:strike w:val="0"/>
          <w:sz w:val="16"/>
          <w:u w:val="none"/>
        </w:rPr>
        <w:t xml:space="preserve"> [Slide show: Anonymous and LulzSec -- 10 greatest hits]</w:t>
      </w:r>
      <w:r>
        <w:rPr>
          <w:b w:val="0"/>
          <w:i w:val="0"/>
          <w:smallCaps w:val="0"/>
          <w:strike w:val="0"/>
          <w:sz w:val="12"/>
          <w:u w:val="none"/>
        </w:rPr>
        <w:t>¶</w:t>
      </w:r>
      <w:r>
        <w:rPr>
          <w:b w:val="0"/>
          <w:i w:val="0"/>
          <w:smallCaps w:val="0"/>
          <w:strike w:val="0"/>
          <w:sz w:val="16"/>
          <w:u w:val="none"/>
        </w:rPr>
        <w:t xml:space="preserve"> This doesn't mean hacktivism never has any impact. As a Business Insider post on the hacktivist collective Anonymous noted, "Following allegations of vote rigging after the results of the June 2009 Iranian presidential election were announced, declaring Iran's incumbent President Mahmoud Ahmadinejad as the winner, thousands of Iranians participated in demonstrations."</w:t>
      </w:r>
      <w:r>
        <w:rPr>
          <w:b w:val="0"/>
          <w:i w:val="0"/>
          <w:smallCaps w:val="0"/>
          <w:strike w:val="0"/>
          <w:sz w:val="12"/>
          <w:u w:val="none"/>
        </w:rPr>
        <w:t>¶</w:t>
      </w:r>
      <w:r>
        <w:rPr>
          <w:b w:val="0"/>
          <w:i w:val="0"/>
          <w:smallCaps w:val="0"/>
          <w:strike w:val="0"/>
          <w:sz w:val="16"/>
          <w:u w:val="none"/>
        </w:rPr>
        <w:t xml:space="preserve"> "Anonymous, together with The Pirate Bay and various Iranian hackers, launched an Iranian Green Party Support site called Anonymous Iran. The site has drawn over 22,000 supporters worldwide and allows for information exchange between the world and Iran, despite attempts by the Iranian government to censor news about the riots on the Internet," the report said.</w:t>
      </w:r>
      <w:r>
        <w:rPr>
          <w:b w:val="0"/>
          <w:i w:val="0"/>
          <w:smallCaps w:val="0"/>
          <w:strike w:val="0"/>
          <w:sz w:val="12"/>
          <w:u w:val="none"/>
        </w:rPr>
        <w:t>¶</w:t>
      </w:r>
      <w:r>
        <w:rPr>
          <w:b w:val="0"/>
          <w:i w:val="0"/>
          <w:smallCaps w:val="0"/>
          <w:strike w:val="0"/>
          <w:sz w:val="16"/>
          <w:u w:val="none"/>
        </w:rPr>
        <w:t xml:space="preserve"> Wisniewski said one of the quieter impacts of hacktivism is intimidation that may have the beneficial effect of improving security. He said the Sony hacks woke people up. "I must have talked to 100 companies who were saying, 'What's preventing us from being the next Sony? 'We don't want to be on the front page.' That's the real impact I see -- but it's good that it has them thinking about security."</w:t>
      </w:r>
      <w:r>
        <w:rPr>
          <w:b w:val="0"/>
          <w:i w:val="0"/>
          <w:smallCaps w:val="0"/>
          <w:strike w:val="0"/>
          <w:sz w:val="12"/>
          <w:u w:val="none"/>
        </w:rPr>
        <w:t>¶</w:t>
      </w:r>
      <w:r>
        <w:rPr>
          <w:b w:val="0"/>
          <w:i w:val="0"/>
          <w:smallCaps w:val="0"/>
          <w:strike w:val="0"/>
          <w:sz w:val="16"/>
          <w:u w:val="none"/>
        </w:rPr>
        <w:t xml:space="preserve"> Murray adds: "Anonymous did a good job of bringing attention to some of the abuses of the Church of Scientology, but this was as much predicated on their real-world efforts as their online ones."</w:t>
      </w:r>
      <w:r>
        <w:rPr>
          <w:b w:val="0"/>
          <w:i w:val="0"/>
          <w:smallCaps w:val="0"/>
          <w:strike w:val="0"/>
          <w:sz w:val="12"/>
          <w:u w:val="none"/>
        </w:rPr>
        <w:t>¶</w:t>
      </w:r>
      <w:r>
        <w:rPr>
          <w:b w:val="0"/>
          <w:i w:val="0"/>
          <w:smallCaps w:val="0"/>
          <w:strike w:val="0"/>
          <w:sz w:val="16"/>
          <w:u w:val="none"/>
        </w:rPr>
        <w:t xml:space="preserve"> But, Murray and Wisniewski agree that </w:t>
      </w:r>
      <w:r>
        <w:rPr>
          <w:b/>
          <w:i w:val="0"/>
          <w:smallCaps w:val="0"/>
          <w:strike w:val="0"/>
          <w:sz w:val="22"/>
          <w:u w:val="single"/>
        </w:rPr>
        <w:t>most of the time, the public does not buy the claim that "hacktivists are not criminals</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w:t>
      </w:r>
      <w:r>
        <w:rPr>
          <w:b/>
          <w:i w:val="0"/>
          <w:smallCaps w:val="0"/>
          <w:strike w:val="0"/>
          <w:sz w:val="22"/>
          <w:highlight w:val="cyan"/>
          <w:u w:val="single"/>
        </w:rPr>
        <w:t>In the mind of the</w:t>
      </w:r>
      <w:r>
        <w:rPr>
          <w:b/>
          <w:i w:val="0"/>
          <w:smallCaps w:val="0"/>
          <w:strike w:val="0"/>
          <w:sz w:val="22"/>
          <w:u w:val="single"/>
        </w:rPr>
        <w:t xml:space="preserve"> general </w:t>
      </w:r>
      <w:r>
        <w:rPr>
          <w:b/>
          <w:i w:val="0"/>
          <w:smallCaps w:val="0"/>
          <w:strike w:val="0"/>
          <w:sz w:val="22"/>
          <w:highlight w:val="cyan"/>
          <w:u w:val="single"/>
        </w:rPr>
        <w:t>public</w:t>
      </w:r>
      <w:r>
        <w:rPr>
          <w:b w:val="0"/>
          <w:i w:val="0"/>
          <w:smallCaps w:val="0"/>
          <w:strike w:val="0"/>
          <w:sz w:val="16"/>
          <w:u w:val="none"/>
        </w:rPr>
        <w:t xml:space="preserve">, </w:t>
      </w:r>
      <w:r>
        <w:rPr>
          <w:b/>
          <w:i w:val="0"/>
          <w:smallCaps w:val="0"/>
          <w:strike w:val="0"/>
          <w:sz w:val="22"/>
          <w:highlight w:val="cyan"/>
          <w:u w:val="single"/>
        </w:rPr>
        <w:t>hackers are criminals</w:t>
      </w:r>
      <w:r>
        <w:rPr>
          <w:b/>
          <w:i w:val="0"/>
          <w:smallCaps w:val="0"/>
          <w:strike w:val="0"/>
          <w:sz w:val="22"/>
          <w:u w:val="single"/>
        </w:rPr>
        <w:t xml:space="preserve"> whether they're trying to be activists or not</w:t>
      </w:r>
      <w:r>
        <w:rPr>
          <w:b w:val="0"/>
          <w:i w:val="0"/>
          <w:smallCaps w:val="0"/>
          <w:strike w:val="0"/>
          <w:sz w:val="16"/>
          <w:u w:val="none"/>
        </w:rPr>
        <w:t>," Murray said. "</w:t>
      </w:r>
      <w:r>
        <w:rPr>
          <w:b/>
          <w:i w:val="0"/>
          <w:smallCaps w:val="0"/>
          <w:strike w:val="0"/>
          <w:sz w:val="22"/>
          <w:highlight w:val="cyan"/>
          <w:u w:val="single"/>
        </w:rPr>
        <w:t>One can rob</w:t>
      </w:r>
      <w:r>
        <w:rPr>
          <w:b/>
          <w:i w:val="0"/>
          <w:smallCaps w:val="0"/>
          <w:strike w:val="0"/>
          <w:sz w:val="22"/>
          <w:u w:val="single"/>
        </w:rPr>
        <w:t xml:space="preserve"> </w:t>
      </w:r>
      <w:r>
        <w:rPr>
          <w:b/>
          <w:i w:val="0"/>
          <w:smallCaps w:val="0"/>
          <w:strike w:val="0"/>
          <w:sz w:val="22"/>
          <w:highlight w:val="cyan"/>
          <w:u w:val="single"/>
        </w:rPr>
        <w:t>banks and give</w:t>
      </w:r>
      <w:r>
        <w:rPr>
          <w:b/>
          <w:i w:val="0"/>
          <w:smallCaps w:val="0"/>
          <w:strike w:val="0"/>
          <w:sz w:val="22"/>
          <w:u w:val="single"/>
        </w:rPr>
        <w:t xml:space="preserve"> </w:t>
      </w:r>
      <w:r>
        <w:rPr>
          <w:b/>
          <w:i w:val="0"/>
          <w:smallCaps w:val="0"/>
          <w:strike w:val="0"/>
          <w:sz w:val="22"/>
          <w:highlight w:val="cyan"/>
          <w:u w:val="single"/>
        </w:rPr>
        <w:t>the money to charity</w:t>
      </w:r>
      <w:r>
        <w:rPr>
          <w:b/>
          <w:i w:val="0"/>
          <w:smallCaps w:val="0"/>
          <w:strike w:val="0"/>
          <w:sz w:val="22"/>
          <w:u w:val="single"/>
        </w:rPr>
        <w:t xml:space="preserve">, </w:t>
      </w:r>
      <w:r>
        <w:rPr>
          <w:b/>
          <w:i w:val="0"/>
          <w:smallCaps w:val="0"/>
          <w:strike w:val="0"/>
          <w:sz w:val="22"/>
          <w:highlight w:val="cyan"/>
          <w:u w:val="single"/>
        </w:rPr>
        <w:t>but it doesn't mean that the</w:t>
      </w:r>
      <w:r>
        <w:rPr>
          <w:b/>
          <w:i w:val="0"/>
          <w:smallCaps w:val="0"/>
          <w:strike w:val="0"/>
          <w:sz w:val="22"/>
          <w:u w:val="single"/>
        </w:rPr>
        <w:t xml:space="preserve"> </w:t>
      </w:r>
      <w:r>
        <w:rPr>
          <w:b/>
          <w:i w:val="0"/>
          <w:smallCaps w:val="0"/>
          <w:strike w:val="0"/>
          <w:sz w:val="22"/>
          <w:highlight w:val="cyan"/>
          <w:u w:val="single"/>
        </w:rPr>
        <w:t>public</w:t>
      </w:r>
      <w:r>
        <w:rPr>
          <w:b/>
          <w:i w:val="0"/>
          <w:smallCaps w:val="0"/>
          <w:strike w:val="0"/>
          <w:sz w:val="22"/>
          <w:u w:val="single"/>
        </w:rPr>
        <w:t xml:space="preserve"> and law enforcement </w:t>
      </w:r>
      <w:r>
        <w:rPr>
          <w:b/>
          <w:i w:val="0"/>
          <w:smallCaps w:val="0"/>
          <w:strike w:val="0"/>
          <w:sz w:val="22"/>
          <w:highlight w:val="cyan"/>
          <w:u w:val="single"/>
        </w:rPr>
        <w:t>won't consider them</w:t>
      </w:r>
      <w:r>
        <w:rPr>
          <w:b/>
          <w:i w:val="0"/>
          <w:smallCaps w:val="0"/>
          <w:strike w:val="0"/>
          <w:sz w:val="22"/>
          <w:u w:val="single"/>
        </w:rPr>
        <w:t xml:space="preserve"> bank </w:t>
      </w:r>
      <w:r>
        <w:rPr>
          <w:b/>
          <w:i w:val="0"/>
          <w:smallCaps w:val="0"/>
          <w:strike w:val="0"/>
          <w:sz w:val="22"/>
          <w:highlight w:val="cyan"/>
          <w:u w:val="single"/>
        </w:rPr>
        <w:t>robbers</w:t>
      </w:r>
      <w:r>
        <w:rPr>
          <w:b w:val="0"/>
          <w:i w:val="0"/>
          <w:smallCaps w:val="0"/>
          <w:strike w:val="0"/>
          <w:sz w:val="16"/>
          <w:u w:val="none"/>
        </w:rPr>
        <w:t>."</w:t>
      </w:r>
      <w:r>
        <w:rPr>
          <w:b w:val="0"/>
          <w:i w:val="0"/>
          <w:smallCaps w:val="0"/>
          <w:strike w:val="0"/>
          <w:sz w:val="12"/>
          <w:u w:val="none"/>
        </w:rPr>
        <w:t>¶</w:t>
      </w:r>
      <w:r>
        <w:rPr>
          <w:b w:val="0"/>
          <w:i w:val="0"/>
          <w:smallCaps w:val="0"/>
          <w:strike w:val="0"/>
          <w:sz w:val="16"/>
          <w:u w:val="none"/>
        </w:rPr>
        <w:t xml:space="preserve"> </w:t>
      </w:r>
      <w:r>
        <w:rPr>
          <w:b/>
          <w:i w:val="0"/>
          <w:smallCaps w:val="0"/>
          <w:strike w:val="0"/>
          <w:sz w:val="22"/>
          <w:u w:val="single"/>
        </w:rPr>
        <w:t>Another thing that tends to undermine</w:t>
      </w:r>
      <w:r>
        <w:rPr>
          <w:b w:val="0"/>
          <w:i w:val="0"/>
          <w:smallCaps w:val="0"/>
          <w:strike w:val="0"/>
          <w:sz w:val="16"/>
          <w:u w:val="none"/>
        </w:rPr>
        <w:t xml:space="preserve"> general </w:t>
      </w:r>
      <w:r>
        <w:rPr>
          <w:b/>
          <w:i w:val="0"/>
          <w:smallCaps w:val="0"/>
          <w:strike w:val="0"/>
          <w:sz w:val="22"/>
          <w:u w:val="single"/>
        </w:rPr>
        <w:t>public support for hacktivists is that they frequently</w:t>
      </w:r>
      <w:r>
        <w:rPr>
          <w:b w:val="0"/>
          <w:i w:val="0"/>
          <w:smallCaps w:val="0"/>
          <w:strike w:val="0"/>
          <w:sz w:val="16"/>
          <w:u w:val="none"/>
        </w:rPr>
        <w:t xml:space="preserve"> </w:t>
      </w:r>
      <w:r>
        <w:rPr>
          <w:b/>
          <w:i w:val="0"/>
          <w:smallCaps w:val="0"/>
          <w:strike w:val="0"/>
          <w:sz w:val="22"/>
          <w:u w:val="single"/>
        </w:rPr>
        <w:t>acknowledge that their exploits are "for the lulz</w:t>
      </w:r>
      <w:r>
        <w:rPr>
          <w:b w:val="0"/>
          <w:i w:val="0"/>
          <w:smallCaps w:val="0"/>
          <w:strike w:val="0"/>
          <w:sz w:val="16"/>
          <w:u w:val="none"/>
        </w:rPr>
        <w:t xml:space="preserve">," </w:t>
      </w:r>
      <w:r>
        <w:rPr>
          <w:b/>
          <w:i w:val="0"/>
          <w:smallCaps w:val="0"/>
          <w:strike w:val="0"/>
          <w:sz w:val="22"/>
          <w:u w:val="single"/>
        </w:rPr>
        <w:t>which</w:t>
      </w:r>
      <w:r>
        <w:rPr>
          <w:b w:val="0"/>
          <w:i w:val="0"/>
          <w:smallCaps w:val="0"/>
          <w:strike w:val="0"/>
          <w:sz w:val="16"/>
          <w:u w:val="none"/>
        </w:rPr>
        <w:t xml:space="preserve"> generally means for personal enjoyment, but </w:t>
      </w:r>
      <w:r>
        <w:rPr>
          <w:b/>
          <w:i w:val="0"/>
          <w:smallCaps w:val="0"/>
          <w:strike w:val="0"/>
          <w:sz w:val="22"/>
          <w:u w:val="single"/>
        </w:rPr>
        <w:t>is</w:t>
      </w:r>
      <w:r>
        <w:rPr>
          <w:b w:val="0"/>
          <w:i w:val="0"/>
          <w:smallCaps w:val="0"/>
          <w:strike w:val="0"/>
          <w:sz w:val="16"/>
          <w:u w:val="none"/>
        </w:rPr>
        <w:t xml:space="preserve"> also </w:t>
      </w:r>
      <w:r>
        <w:rPr>
          <w:b/>
          <w:i w:val="0"/>
          <w:smallCaps w:val="0"/>
          <w:strike w:val="0"/>
          <w:sz w:val="22"/>
          <w:u w:val="single"/>
        </w:rPr>
        <w:t>seen as craving attention.</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