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Ongoing violence outweighs. </w:t>
      </w:r>
    </w:p>
    <w:p>
      <w:pPr>
        <w:spacing w:after="80"/>
      </w:pPr>
      <w:r>
        <w:rPr>
          <w:b/>
          <w:i w:val="0"/>
          <w:smallCaps w:val="0"/>
          <w:strike w:val="0"/>
          <w:sz w:val="26"/>
          <w:u w:val="none"/>
        </w:rPr>
        <w:t xml:space="preserve">Jackson 12 </w:t>
      </w:r>
      <w:r>
        <w:rPr>
          <w:b w:val="0"/>
          <w:i w:val="0"/>
          <w:smallCaps w:val="0"/>
          <w:strike w:val="0"/>
          <w:sz w:val="16"/>
          <w:u w:val="none"/>
        </w:rPr>
        <w:t>[Jackson Richard has a Ph.D. in Political Science from the University of Canterbury and is Professor of Peace Studies at the University of Otago, Richard Jackson Terrorism Blog, “The Great Con of National Security” 8/5/12, https://richardjacksonterrorismblog.wordpress.com/2012/08/05/the-great-con-of-national-security/ RP]</w:t>
      </w:r>
    </w:p>
    <w:p>
      <w:pPr>
        <w:spacing w:after="60"/>
      </w:pPr>
      <w:r>
        <w:rPr>
          <w:b w:val="0"/>
          <w:i w:val="0"/>
          <w:smallCaps w:val="0"/>
          <w:strike w:val="0"/>
          <w:sz w:val="16"/>
          <w:u w:val="none"/>
        </w:rPr>
        <w:t xml:space="preserve">It may have once been the case that being attacked by another country was a major threat to the lives of ordinary people. It may also be true that there are still some pretty serious dangers out there associated with the spread of nuclear weapons. For the most part, however, most of </w:t>
      </w:r>
      <w:r>
        <w:rPr>
          <w:b w:val="0"/>
          <w:i w:val="0"/>
          <w:smallCaps w:val="0"/>
          <w:strike w:val="0"/>
          <w:u w:val="single"/>
        </w:rPr>
        <w:t>what you've been told about</w:t>
      </w:r>
      <w:r>
        <w:rPr>
          <w:b w:val="0"/>
          <w:i w:val="0"/>
          <w:smallCaps w:val="0"/>
          <w:strike w:val="0"/>
          <w:sz w:val="16"/>
          <w:u w:val="none"/>
        </w:rPr>
        <w:t xml:space="preserve"> national security and </w:t>
      </w:r>
      <w:r>
        <w:rPr>
          <w:b w:val="0"/>
          <w:i w:val="0"/>
          <w:smallCaps w:val="0"/>
          <w:strike w:val="0"/>
          <w:u w:val="single"/>
        </w:rPr>
        <w:t xml:space="preserve">all the </w:t>
      </w:r>
      <w:r>
        <w:rPr>
          <w:b w:val="0"/>
          <w:i w:val="0"/>
          <w:smallCaps w:val="0"/>
          <w:strike w:val="0"/>
          <w:highlight w:val="cyan"/>
          <w:u w:val="single"/>
        </w:rPr>
        <w:t>big threats</w:t>
      </w:r>
      <w:r>
        <w:rPr>
          <w:b w:val="0"/>
          <w:i w:val="0"/>
          <w:smallCaps w:val="0"/>
          <w:strike w:val="0"/>
          <w:u w:val="single"/>
        </w:rPr>
        <w:t xml:space="preserve"> which can supposedly kill you is </w:t>
      </w:r>
      <w:r>
        <w:rPr>
          <w:b/>
          <w:i w:val="0"/>
          <w:smallCaps w:val="0"/>
          <w:strike w:val="0"/>
          <w:u w:val="single"/>
        </w:rPr>
        <w:t>one big con</w:t>
      </w:r>
      <w:r>
        <w:rPr>
          <w:b w:val="0"/>
          <w:i w:val="0"/>
          <w:smallCaps w:val="0"/>
          <w:strike w:val="0"/>
          <w:sz w:val="16"/>
          <w:u w:val="none"/>
        </w:rPr>
        <w:t xml:space="preserve"> designed </w:t>
      </w:r>
      <w:r>
        <w:rPr>
          <w:b w:val="0"/>
          <w:i w:val="0"/>
          <w:smallCaps w:val="0"/>
          <w:strike w:val="0"/>
          <w:u w:val="single"/>
        </w:rPr>
        <w:t xml:space="preserve">to </w:t>
      </w:r>
      <w:r>
        <w:rPr>
          <w:b w:val="0"/>
          <w:i w:val="0"/>
          <w:smallCaps w:val="0"/>
          <w:strike w:val="0"/>
          <w:highlight w:val="cyan"/>
          <w:u w:val="single"/>
        </w:rPr>
        <w:t>distract you from</w:t>
      </w:r>
      <w:r>
        <w:rPr>
          <w:b w:val="0"/>
          <w:i w:val="0"/>
          <w:smallCaps w:val="0"/>
          <w:strike w:val="0"/>
          <w:sz w:val="16"/>
          <w:u w:val="none"/>
        </w:rPr>
        <w:t xml:space="preserve"> the things that can really hurt you, such as the </w:t>
      </w:r>
      <w:r>
        <w:rPr>
          <w:b/>
          <w:i w:val="0"/>
          <w:smallCaps w:val="0"/>
          <w:strike w:val="0"/>
          <w:u w:val="single"/>
        </w:rPr>
        <w:t>poverty</w:t>
      </w:r>
      <w:r>
        <w:rPr>
          <w:b w:val="0"/>
          <w:i w:val="0"/>
          <w:smallCaps w:val="0"/>
          <w:strike w:val="0"/>
          <w:sz w:val="16"/>
          <w:u w:val="none"/>
        </w:rPr>
        <w:t xml:space="preserve">, inequality and </w:t>
      </w:r>
      <w:r>
        <w:rPr>
          <w:b/>
          <w:i w:val="0"/>
          <w:smallCaps w:val="0"/>
          <w:strike w:val="0"/>
          <w:highlight w:val="cyan"/>
          <w:u w:val="single"/>
        </w:rPr>
        <w:t>structural violence</w:t>
      </w:r>
      <w:r>
        <w:rPr>
          <w:b w:val="0"/>
          <w:i w:val="0"/>
          <w:smallCaps w:val="0"/>
          <w:strike w:val="0"/>
          <w:sz w:val="16"/>
          <w:u w:val="none"/>
        </w:rPr>
        <w:t xml:space="preserve"> of capitalism, </w:t>
      </w:r>
      <w:r>
        <w:rPr>
          <w:b w:val="0"/>
          <w:i w:val="0"/>
          <w:smallCaps w:val="0"/>
          <w:strike w:val="0"/>
          <w:u w:val="single"/>
        </w:rPr>
        <w:t>global warming</w:t>
      </w:r>
      <w:r>
        <w:rPr>
          <w:b w:val="0"/>
          <w:i w:val="0"/>
          <w:smallCaps w:val="0"/>
          <w:strike w:val="0"/>
          <w:sz w:val="16"/>
          <w:u w:val="none"/>
        </w:rPr>
        <w:t xml:space="preserve">, and the manufacture and proliferation of weapons - among others. </w:t>
      </w:r>
      <w:r>
        <w:rPr>
          <w:b w:val="0"/>
          <w:i w:val="0"/>
          <w:smallCaps w:val="0"/>
          <w:strike w:val="0"/>
          <w:highlight w:val="cyan"/>
          <w:u w:val="single"/>
        </w:rPr>
        <w:t xml:space="preserve">The </w:t>
      </w:r>
      <w:r>
        <w:rPr>
          <w:b/>
          <w:i w:val="0"/>
          <w:smallCaps w:val="0"/>
          <w:strike w:val="0"/>
          <w:highlight w:val="cyan"/>
          <w:u w:val="single"/>
        </w:rPr>
        <w:t>facts are</w:t>
      </w:r>
      <w:r>
        <w:rPr>
          <w:b w:val="0"/>
          <w:i w:val="0"/>
          <w:smallCaps w:val="0"/>
          <w:strike w:val="0"/>
          <w:sz w:val="16"/>
          <w:u w:val="none"/>
        </w:rPr>
        <w:t xml:space="preserve"> simple and </w:t>
      </w:r>
      <w:r>
        <w:rPr>
          <w:b/>
          <w:i w:val="0"/>
          <w:smallCaps w:val="0"/>
          <w:strike w:val="0"/>
          <w:highlight w:val="cyan"/>
          <w:u w:val="single"/>
        </w:rPr>
        <w:t>irrefutable</w:t>
      </w:r>
      <w:r>
        <w:rPr>
          <w:b w:val="0"/>
          <w:i w:val="0"/>
          <w:smallCaps w:val="0"/>
          <w:strike w:val="0"/>
          <w:u w:val="single"/>
        </w:rPr>
        <w:t>: you're</w:t>
      </w:r>
      <w:r>
        <w:rPr>
          <w:b w:val="0"/>
          <w:i w:val="0"/>
          <w:smallCaps w:val="0"/>
          <w:strike w:val="0"/>
          <w:u w:val="single"/>
        </w:rPr>
        <w:t xml:space="preserve"> far more likely to die from </w:t>
      </w:r>
      <w:r>
        <w:rPr>
          <w:b/>
          <w:i w:val="0"/>
          <w:smallCaps w:val="0"/>
          <w:strike w:val="0"/>
          <w:u w:val="single"/>
        </w:rPr>
        <w:t>lack of health care</w:t>
      </w:r>
      <w:r>
        <w:rPr>
          <w:b w:val="0"/>
          <w:i w:val="0"/>
          <w:smallCaps w:val="0"/>
          <w:strike w:val="0"/>
          <w:sz w:val="16"/>
          <w:u w:val="none"/>
        </w:rPr>
        <w:t xml:space="preserve"> provision </w:t>
      </w:r>
      <w:r>
        <w:rPr>
          <w:b w:val="0"/>
          <w:i w:val="0"/>
          <w:smallCaps w:val="0"/>
          <w:strike w:val="0"/>
          <w:u w:val="single"/>
        </w:rPr>
        <w:t>than</w:t>
      </w:r>
      <w:r>
        <w:rPr>
          <w:b w:val="0"/>
          <w:i w:val="0"/>
          <w:smallCaps w:val="0"/>
          <w:strike w:val="0"/>
          <w:sz w:val="16"/>
          <w:u w:val="none"/>
        </w:rPr>
        <w:t xml:space="preserve"> you are from </w:t>
      </w:r>
      <w:r>
        <w:rPr>
          <w:b w:val="0"/>
          <w:i w:val="0"/>
          <w:smallCaps w:val="0"/>
          <w:strike w:val="0"/>
          <w:u w:val="single"/>
        </w:rPr>
        <w:t>terrorism; from stress</w:t>
      </w:r>
      <w:r>
        <w:rPr>
          <w:b w:val="0"/>
          <w:i w:val="0"/>
          <w:smallCaps w:val="0"/>
          <w:strike w:val="0"/>
          <w:sz w:val="16"/>
          <w:u w:val="none"/>
        </w:rPr>
        <w:t xml:space="preserve"> and overwork </w:t>
      </w:r>
      <w:r>
        <w:rPr>
          <w:b w:val="0"/>
          <w:i w:val="0"/>
          <w:smallCaps w:val="0"/>
          <w:strike w:val="0"/>
          <w:u w:val="single"/>
        </w:rPr>
        <w:t xml:space="preserve">than Iranian or North Korean </w:t>
      </w:r>
      <w:r>
        <w:rPr>
          <w:b w:val="0"/>
          <w:i w:val="0"/>
          <w:smallCaps w:val="0"/>
          <w:strike w:val="0"/>
          <w:sz w:val="16"/>
          <w:u w:val="none"/>
        </w:rPr>
        <w:t xml:space="preserve">nuclear </w:t>
      </w:r>
      <w:r>
        <w:rPr>
          <w:b w:val="0"/>
          <w:i w:val="0"/>
          <w:smallCaps w:val="0"/>
          <w:strike w:val="0"/>
          <w:u w:val="single"/>
        </w:rPr>
        <w:t>missiles; from lack of road safety than</w:t>
      </w:r>
      <w:r>
        <w:rPr>
          <w:b w:val="0"/>
          <w:i w:val="0"/>
          <w:smallCaps w:val="0"/>
          <w:strike w:val="0"/>
          <w:sz w:val="16"/>
          <w:u w:val="none"/>
        </w:rPr>
        <w:t xml:space="preserve"> from </w:t>
      </w:r>
      <w:r>
        <w:rPr>
          <w:b/>
          <w:i w:val="0"/>
          <w:smallCaps w:val="0"/>
          <w:strike w:val="0"/>
          <w:u w:val="single"/>
        </w:rPr>
        <w:t>illegal immigrants</w:t>
      </w:r>
      <w:r>
        <w:rPr>
          <w:b w:val="0"/>
          <w:i w:val="0"/>
          <w:smallCaps w:val="0"/>
          <w:strike w:val="0"/>
          <w:u w:val="single"/>
        </w:rPr>
        <w:t>; from mental illness</w:t>
      </w:r>
      <w:r>
        <w:rPr>
          <w:b w:val="0"/>
          <w:i w:val="0"/>
          <w:smallCaps w:val="0"/>
          <w:strike w:val="0"/>
          <w:sz w:val="16"/>
          <w:u w:val="none"/>
        </w:rPr>
        <w:t xml:space="preserve"> and </w:t>
      </w:r>
      <w:r>
        <w:rPr>
          <w:b w:val="0"/>
          <w:i w:val="0"/>
          <w:smallCaps w:val="0"/>
          <w:strike w:val="0"/>
          <w:sz w:val="16"/>
          <w:u w:val="none"/>
        </w:rPr>
        <w:t xml:space="preserve">suicide </w:t>
      </w:r>
      <w:r>
        <w:rPr>
          <w:b w:val="0"/>
          <w:i w:val="0"/>
          <w:smallCaps w:val="0"/>
          <w:strike w:val="0"/>
          <w:u w:val="single"/>
        </w:rPr>
        <w:t>than</w:t>
      </w:r>
      <w:r>
        <w:rPr>
          <w:b w:val="0"/>
          <w:i w:val="0"/>
          <w:smallCaps w:val="0"/>
          <w:strike w:val="0"/>
          <w:sz w:val="16"/>
          <w:u w:val="none"/>
        </w:rPr>
        <w:t xml:space="preserve"> from computer </w:t>
      </w:r>
      <w:r>
        <w:rPr>
          <w:b w:val="0"/>
          <w:i w:val="0"/>
          <w:smallCaps w:val="0"/>
          <w:strike w:val="0"/>
          <w:u w:val="single"/>
        </w:rPr>
        <w:t>hackers; from domestic violence than</w:t>
      </w:r>
      <w:r>
        <w:rPr>
          <w:b w:val="0"/>
          <w:i w:val="0"/>
          <w:smallCaps w:val="0"/>
          <w:strike w:val="0"/>
          <w:sz w:val="16"/>
          <w:u w:val="none"/>
        </w:rPr>
        <w:t xml:space="preserve"> from </w:t>
      </w:r>
      <w:r>
        <w:rPr>
          <w:b w:val="0"/>
          <w:i w:val="0"/>
          <w:smallCaps w:val="0"/>
          <w:strike w:val="0"/>
          <w:u w:val="single"/>
        </w:rPr>
        <w:t>asylum seekers; from</w:t>
      </w:r>
      <w:r>
        <w:rPr>
          <w:b w:val="0"/>
          <w:i w:val="0"/>
          <w:smallCaps w:val="0"/>
          <w:strike w:val="0"/>
          <w:sz w:val="16"/>
          <w:u w:val="none"/>
        </w:rPr>
        <w:t xml:space="preserve"> the </w:t>
      </w:r>
      <w:r>
        <w:rPr>
          <w:b w:val="0"/>
          <w:i w:val="0"/>
          <w:smallCaps w:val="0"/>
          <w:strike w:val="0"/>
          <w:u w:val="single"/>
        </w:rPr>
        <w:t>misuse of</w:t>
      </w:r>
      <w:r>
        <w:rPr>
          <w:b w:val="0"/>
          <w:i w:val="0"/>
          <w:smallCaps w:val="0"/>
          <w:strike w:val="0"/>
          <w:sz w:val="16"/>
          <w:u w:val="none"/>
        </w:rPr>
        <w:t xml:space="preserve"> legal </w:t>
      </w:r>
      <w:r>
        <w:rPr>
          <w:b w:val="0"/>
          <w:i w:val="0"/>
          <w:smallCaps w:val="0"/>
          <w:strike w:val="0"/>
          <w:u w:val="single"/>
        </w:rPr>
        <w:t>medicines</w:t>
      </w:r>
      <w:r>
        <w:rPr>
          <w:b w:val="0"/>
          <w:i w:val="0"/>
          <w:smallCaps w:val="0"/>
          <w:strike w:val="0"/>
          <w:sz w:val="16"/>
          <w:u w:val="none"/>
        </w:rPr>
        <w:t xml:space="preserve"> and alcohol abuse </w:t>
      </w:r>
      <w:r>
        <w:rPr>
          <w:b w:val="0"/>
          <w:i w:val="0"/>
          <w:smallCaps w:val="0"/>
          <w:strike w:val="0"/>
          <w:u w:val="single"/>
        </w:rPr>
        <w:t>than</w:t>
      </w:r>
      <w:r>
        <w:rPr>
          <w:b w:val="0"/>
          <w:i w:val="0"/>
          <w:smallCaps w:val="0"/>
          <w:strike w:val="0"/>
          <w:sz w:val="16"/>
          <w:u w:val="none"/>
        </w:rPr>
        <w:t xml:space="preserve"> from </w:t>
      </w:r>
      <w:r>
        <w:rPr>
          <w:b w:val="0"/>
          <w:i w:val="0"/>
          <w:smallCaps w:val="0"/>
          <w:strike w:val="0"/>
          <w:u w:val="single"/>
        </w:rPr>
        <w:t>international drug lords</w:t>
      </w:r>
      <w:r>
        <w:rPr>
          <w:b w:val="0"/>
          <w:i w:val="0"/>
          <w:smallCaps w:val="0"/>
          <w:strike w:val="0"/>
          <w:sz w:val="16"/>
          <w:u w:val="none"/>
        </w:rPr>
        <w:t xml:space="preserve">. And yet, </w:t>
      </w:r>
      <w:r>
        <w:rPr>
          <w:b w:val="0"/>
          <w:i w:val="0"/>
          <w:smallCaps w:val="0"/>
          <w:strike w:val="0"/>
          <w:u w:val="single"/>
        </w:rPr>
        <w:t>politicians</w:t>
      </w:r>
      <w:r>
        <w:rPr>
          <w:b w:val="0"/>
          <w:i w:val="0"/>
          <w:smallCaps w:val="0"/>
          <w:strike w:val="0"/>
          <w:sz w:val="16"/>
          <w:u w:val="none"/>
        </w:rPr>
        <w:t xml:space="preserve"> and the servile media </w:t>
      </w:r>
      <w:r>
        <w:rPr>
          <w:b w:val="0"/>
          <w:i w:val="0"/>
          <w:smallCaps w:val="0"/>
          <w:strike w:val="0"/>
          <w:u w:val="single"/>
        </w:rPr>
        <w:t>spend</w:t>
      </w:r>
      <w:r>
        <w:rPr>
          <w:b w:val="0"/>
          <w:i w:val="0"/>
          <w:smallCaps w:val="0"/>
          <w:strike w:val="0"/>
          <w:sz w:val="16"/>
          <w:u w:val="none"/>
        </w:rPr>
        <w:t xml:space="preserve"> most of </w:t>
      </w:r>
      <w:r>
        <w:rPr>
          <w:b w:val="0"/>
          <w:i w:val="0"/>
          <w:smallCaps w:val="0"/>
          <w:strike w:val="0"/>
          <w:u w:val="single"/>
        </w:rPr>
        <w:t>their time talking about</w:t>
      </w:r>
      <w:r>
        <w:rPr>
          <w:b w:val="0"/>
          <w:i w:val="0"/>
          <w:smallCaps w:val="0"/>
          <w:strike w:val="0"/>
          <w:sz w:val="16"/>
          <w:u w:val="none"/>
        </w:rPr>
        <w:t xml:space="preserve"> the threats posed by </w:t>
      </w:r>
      <w:r>
        <w:rPr>
          <w:b w:val="0"/>
          <w:i w:val="0"/>
          <w:smallCaps w:val="0"/>
          <w:strike w:val="0"/>
          <w:u w:val="single"/>
        </w:rPr>
        <w:t>terrorism, immigration</w:t>
      </w:r>
      <w:r>
        <w:rPr>
          <w:b w:val="0"/>
          <w:i w:val="0"/>
          <w:smallCaps w:val="0"/>
          <w:strike w:val="0"/>
          <w:sz w:val="16"/>
          <w:u w:val="none"/>
        </w:rPr>
        <w:t xml:space="preserve">, asylum seekers, </w:t>
      </w:r>
      <w:r>
        <w:rPr>
          <w:b w:val="0"/>
          <w:i w:val="0"/>
          <w:smallCaps w:val="0"/>
          <w:strike w:val="0"/>
          <w:u w:val="single"/>
        </w:rPr>
        <w:t>the</w:t>
      </w:r>
      <w:r>
        <w:rPr>
          <w:b w:val="0"/>
          <w:i w:val="0"/>
          <w:smallCaps w:val="0"/>
          <w:strike w:val="0"/>
          <w:sz w:val="16"/>
          <w:u w:val="none"/>
        </w:rPr>
        <w:t xml:space="preserve"> international </w:t>
      </w:r>
      <w:r>
        <w:rPr>
          <w:b w:val="0"/>
          <w:i w:val="0"/>
          <w:smallCaps w:val="0"/>
          <w:strike w:val="0"/>
          <w:u w:val="single"/>
        </w:rPr>
        <w:t>drug trade</w:t>
      </w:r>
      <w:r>
        <w:rPr>
          <w:b w:val="0"/>
          <w:i w:val="0"/>
          <w:smallCaps w:val="0"/>
          <w:strike w:val="0"/>
          <w:sz w:val="16"/>
          <w:u w:val="none"/>
        </w:rPr>
        <w:t xml:space="preserve">, the </w:t>
      </w:r>
      <w:r>
        <w:rPr>
          <w:b/>
          <w:i w:val="0"/>
          <w:smallCaps w:val="0"/>
          <w:strike w:val="0"/>
          <w:u w:val="single"/>
        </w:rPr>
        <w:t xml:space="preserve">nuclear </w:t>
      </w:r>
      <w:r>
        <w:rPr>
          <w:b/>
          <w:i w:val="0"/>
          <w:smallCaps w:val="0"/>
          <w:strike w:val="0"/>
          <w:u w:val="single"/>
        </w:rPr>
        <w:t>programmes</w:t>
      </w:r>
      <w:r>
        <w:rPr>
          <w:b w:val="0"/>
          <w:i w:val="0"/>
          <w:smallCaps w:val="0"/>
          <w:strike w:val="0"/>
          <w:sz w:val="16"/>
          <w:u w:val="none"/>
        </w:rPr>
        <w:t xml:space="preserve"> of Iran and North Korea, </w:t>
      </w:r>
      <w:r>
        <w:rPr>
          <w:b w:val="0"/>
          <w:i w:val="0"/>
          <w:smallCaps w:val="0"/>
          <w:strike w:val="0"/>
          <w:u w:val="single"/>
        </w:rPr>
        <w:t>computer hackers</w:t>
      </w:r>
      <w:r>
        <w:rPr>
          <w:b w:val="0"/>
          <w:i w:val="0"/>
          <w:smallCaps w:val="0"/>
          <w:strike w:val="0"/>
          <w:sz w:val="16"/>
          <w:u w:val="none"/>
        </w:rPr>
        <w:t xml:space="preserve">, animal rights activism, the threat of </w:t>
      </w:r>
      <w:r>
        <w:rPr>
          <w:b w:val="0"/>
          <w:i w:val="0"/>
          <w:smallCaps w:val="0"/>
          <w:strike w:val="0"/>
          <w:u w:val="single"/>
        </w:rPr>
        <w:t>China, and a host of other issues</w:t>
      </w:r>
      <w:r>
        <w:rPr>
          <w:b w:val="0"/>
          <w:i w:val="0"/>
          <w:smallCaps w:val="0"/>
          <w:strike w:val="0"/>
          <w:sz w:val="16"/>
          <w:u w:val="none"/>
        </w:rPr>
        <w:t xml:space="preserve"> which are all about as equally unlikely to affect the health and well-being of you and your family. Along with this obsessive and perennial discussion of so-called 'national security issues', </w:t>
      </w:r>
      <w:r>
        <w:rPr>
          <w:b w:val="0"/>
          <w:i w:val="0"/>
          <w:smallCaps w:val="0"/>
          <w:strike w:val="0"/>
          <w:highlight w:val="cyan"/>
          <w:u w:val="single"/>
        </w:rPr>
        <w:t>the state spends</w:t>
      </w:r>
      <w:r>
        <w:rPr>
          <w:b w:val="0"/>
          <w:i w:val="0"/>
          <w:smallCaps w:val="0"/>
          <w:strike w:val="0"/>
          <w:u w:val="single"/>
        </w:rPr>
        <w:t xml:space="preserve"> </w:t>
      </w:r>
      <w:r>
        <w:rPr>
          <w:b w:val="0"/>
          <w:i w:val="0"/>
          <w:smallCaps w:val="0"/>
          <w:strike w:val="0"/>
          <w:sz w:val="16"/>
          <w:u w:val="none"/>
        </w:rPr>
        <w:t xml:space="preserve">truly </w:t>
      </w:r>
      <w:r>
        <w:rPr>
          <w:b w:val="0"/>
          <w:i w:val="0"/>
          <w:smallCaps w:val="0"/>
          <w:strike w:val="0"/>
          <w:u w:val="single"/>
        </w:rPr>
        <w:t xml:space="preserve">vast sums </w:t>
      </w:r>
      <w:r>
        <w:rPr>
          <w:b w:val="0"/>
          <w:i w:val="0"/>
          <w:smallCaps w:val="0"/>
          <w:strike w:val="0"/>
          <w:highlight w:val="cyan"/>
          <w:u w:val="single"/>
        </w:rPr>
        <w:t>on security measures which have</w:t>
      </w:r>
      <w:r>
        <w:rPr>
          <w:b w:val="0"/>
          <w:i w:val="0"/>
          <w:smallCaps w:val="0"/>
          <w:strike w:val="0"/>
          <w:sz w:val="16"/>
          <w:u w:val="none"/>
        </w:rPr>
        <w:t xml:space="preserve"> virtually </w:t>
      </w:r>
      <w:r>
        <w:rPr>
          <w:b/>
          <w:i w:val="0"/>
          <w:smallCaps w:val="0"/>
          <w:strike w:val="0"/>
          <w:highlight w:val="cyan"/>
          <w:u w:val="single"/>
        </w:rPr>
        <w:t>no impact on</w:t>
      </w:r>
      <w:r>
        <w:rPr>
          <w:b/>
          <w:i w:val="0"/>
          <w:smallCaps w:val="0"/>
          <w:strike w:val="0"/>
          <w:u w:val="single"/>
        </w:rPr>
        <w:t xml:space="preserve"> the actual </w:t>
      </w:r>
      <w:r>
        <w:rPr>
          <w:b/>
          <w:i w:val="0"/>
          <w:smallCaps w:val="0"/>
          <w:strike w:val="0"/>
          <w:highlight w:val="cyan"/>
          <w:u w:val="single"/>
        </w:rPr>
        <w:t>risk</w:t>
      </w:r>
      <w:r>
        <w:rPr>
          <w:b w:val="0"/>
          <w:i w:val="0"/>
          <w:smallCaps w:val="0"/>
          <w:strike w:val="0"/>
          <w:sz w:val="16"/>
          <w:u w:val="none"/>
        </w:rPr>
        <w:t xml:space="preserve"> of dying from these threats, </w:t>
      </w:r>
      <w:r>
        <w:rPr>
          <w:b w:val="0"/>
          <w:i w:val="0"/>
          <w:smallCaps w:val="0"/>
          <w:strike w:val="0"/>
          <w:highlight w:val="cyan"/>
          <w:u w:val="single"/>
        </w:rPr>
        <w:t>and</w:t>
      </w:r>
      <w:r>
        <w:rPr>
          <w:b w:val="0"/>
          <w:i w:val="0"/>
          <w:smallCaps w:val="0"/>
          <w:strike w:val="0"/>
          <w:sz w:val="16"/>
          <w:u w:val="none"/>
        </w:rPr>
        <w:t xml:space="preserve"> then </w:t>
      </w:r>
      <w:r>
        <w:rPr>
          <w:b w:val="0"/>
          <w:i w:val="0"/>
          <w:smallCaps w:val="0"/>
          <w:strike w:val="0"/>
          <w:highlight w:val="cyan"/>
          <w:u w:val="single"/>
        </w:rPr>
        <w:t>engages in</w:t>
      </w:r>
      <w:r>
        <w:rPr>
          <w:b w:val="0"/>
          <w:i w:val="0"/>
          <w:smallCaps w:val="0"/>
          <w:strike w:val="0"/>
          <w:u w:val="single"/>
        </w:rPr>
        <w:t xml:space="preserve"> massive</w:t>
      </w:r>
      <w:r>
        <w:rPr>
          <w:b w:val="0"/>
          <w:i w:val="0"/>
          <w:smallCaps w:val="0"/>
          <w:strike w:val="0"/>
          <w:sz w:val="16"/>
          <w:u w:val="none"/>
        </w:rPr>
        <w:t xml:space="preserve"> displays </w:t>
      </w:r>
      <w:r>
        <w:rPr>
          <w:b w:val="0"/>
          <w:i w:val="0"/>
          <w:smallCaps w:val="0"/>
          <w:strike w:val="0"/>
          <w:sz w:val="16"/>
          <w:u w:val="none"/>
        </w:rPr>
        <w:t xml:space="preserve">of </w:t>
      </w:r>
      <w:r>
        <w:rPr>
          <w:b/>
          <w:i w:val="0"/>
          <w:smallCaps w:val="0"/>
          <w:strike w:val="0"/>
          <w:highlight w:val="cyan"/>
          <w:u w:val="single"/>
        </w:rPr>
        <w:t>'security theatre'</w:t>
      </w:r>
      <w:r>
        <w:rPr>
          <w:b w:val="0"/>
          <w:i w:val="0"/>
          <w:smallCaps w:val="0"/>
          <w:strike w:val="0"/>
          <w:sz w:val="16"/>
          <w:u w:val="none"/>
        </w:rPr>
        <w:t xml:space="preserve"> designed to show just how seriously the state takes these threats - such as the x-ray machines and security measures in every public building, </w:t>
      </w:r>
      <w:r>
        <w:rPr>
          <w:b w:val="0"/>
          <w:i w:val="0"/>
          <w:smallCaps w:val="0"/>
          <w:strike w:val="0"/>
          <w:u w:val="single"/>
        </w:rPr>
        <w:t>surveillance cameras</w:t>
      </w:r>
      <w:r>
        <w:rPr>
          <w:b w:val="0"/>
          <w:i w:val="0"/>
          <w:smallCaps w:val="0"/>
          <w:strike w:val="0"/>
          <w:sz w:val="16"/>
          <w:u w:val="none"/>
        </w:rPr>
        <w:t xml:space="preserve"> everywhere, </w:t>
      </w:r>
      <w:r>
        <w:rPr>
          <w:b w:val="0"/>
          <w:i w:val="0"/>
          <w:smallCaps w:val="0"/>
          <w:strike w:val="0"/>
          <w:u w:val="single"/>
        </w:rPr>
        <w:t>missile</w:t>
      </w:r>
      <w:r>
        <w:rPr>
          <w:b w:val="0"/>
          <w:i w:val="0"/>
          <w:smallCaps w:val="0"/>
          <w:strike w:val="0"/>
          <w:u w:val="single"/>
        </w:rPr>
        <w:t xml:space="preserve"> launchers</w:t>
      </w:r>
      <w:r>
        <w:rPr>
          <w:b w:val="0"/>
          <w:i w:val="0"/>
          <w:smallCaps w:val="0"/>
          <w:strike w:val="0"/>
          <w:sz w:val="16"/>
          <w:u w:val="none"/>
        </w:rPr>
        <w:t xml:space="preserve"> in urban areas, </w:t>
      </w:r>
      <w:r>
        <w:rPr>
          <w:b w:val="0"/>
          <w:i w:val="0"/>
          <w:smallCaps w:val="0"/>
          <w:strike w:val="0"/>
          <w:u w:val="single"/>
        </w:rPr>
        <w:t>drones in Afghanistan, armed police</w:t>
      </w:r>
      <w:r>
        <w:rPr>
          <w:b w:val="0"/>
          <w:i w:val="0"/>
          <w:smallCaps w:val="0"/>
          <w:strike w:val="0"/>
          <w:sz w:val="16"/>
          <w:u w:val="none"/>
        </w:rPr>
        <w:t xml:space="preserve"> in airports, and a thousand other things. </w:t>
      </w:r>
      <w:r>
        <w:rPr>
          <w:b w:val="0"/>
          <w:i w:val="0"/>
          <w:smallCaps w:val="0"/>
          <w:strike w:val="0"/>
          <w:highlight w:val="cyan"/>
          <w:u w:val="single"/>
        </w:rPr>
        <w:t>This display is</w:t>
      </w:r>
      <w:r>
        <w:rPr>
          <w:b w:val="0"/>
          <w:i w:val="0"/>
          <w:smallCaps w:val="0"/>
          <w:strike w:val="0"/>
          <w:u w:val="single"/>
        </w:rPr>
        <w:t xml:space="preserve"> meant to convince you</w:t>
      </w:r>
      <w:r>
        <w:rPr>
          <w:b w:val="0"/>
          <w:i w:val="0"/>
          <w:smallCaps w:val="0"/>
          <w:strike w:val="0"/>
          <w:sz w:val="16"/>
          <w:u w:val="none"/>
        </w:rPr>
        <w:t xml:space="preserve"> that these </w:t>
      </w:r>
      <w:r>
        <w:rPr>
          <w:b w:val="0"/>
          <w:i w:val="0"/>
          <w:smallCaps w:val="0"/>
          <w:strike w:val="0"/>
          <w:u w:val="single"/>
        </w:rPr>
        <w:t>threats are</w:t>
      </w:r>
      <w:r>
        <w:rPr>
          <w:b w:val="0"/>
          <w:i w:val="0"/>
          <w:smallCaps w:val="0"/>
          <w:strike w:val="0"/>
          <w:sz w:val="16"/>
          <w:u w:val="none"/>
        </w:rPr>
        <w:t xml:space="preserve"> really, really </w:t>
      </w:r>
      <w:r>
        <w:rPr>
          <w:b w:val="0"/>
          <w:i w:val="0"/>
          <w:smallCaps w:val="0"/>
          <w:strike w:val="0"/>
          <w:u w:val="single"/>
        </w:rPr>
        <w:t>serious</w:t>
      </w:r>
      <w:r>
        <w:rPr>
          <w:b w:val="0"/>
          <w:i w:val="0"/>
          <w:smallCaps w:val="0"/>
          <w:strike w:val="0"/>
          <w:sz w:val="16"/>
          <w:u w:val="none"/>
        </w:rPr>
        <w:t xml:space="preserve">. And while all this is going on, the </w:t>
      </w:r>
      <w:r>
        <w:rPr>
          <w:b w:val="0"/>
          <w:i w:val="0"/>
          <w:smallCaps w:val="0"/>
          <w:strike w:val="0"/>
          <w:u w:val="single"/>
        </w:rPr>
        <w:t>rulers</w:t>
      </w:r>
      <w:r>
        <w:rPr>
          <w:b w:val="0"/>
          <w:i w:val="0"/>
          <w:smallCaps w:val="0"/>
          <w:strike w:val="0"/>
          <w:sz w:val="16"/>
          <w:u w:val="none"/>
        </w:rPr>
        <w:t xml:space="preserve"> of society </w:t>
      </w:r>
      <w:r>
        <w:rPr>
          <w:b w:val="0"/>
          <w:i w:val="0"/>
          <w:smallCaps w:val="0"/>
          <w:strike w:val="0"/>
          <w:u w:val="single"/>
        </w:rPr>
        <w:t xml:space="preserve">are </w:t>
      </w:r>
      <w:r>
        <w:rPr>
          <w:b w:val="0"/>
          <w:i w:val="0"/>
          <w:smallCaps w:val="0"/>
          <w:strike w:val="0"/>
          <w:highlight w:val="cyan"/>
          <w:u w:val="single"/>
        </w:rPr>
        <w:t>hoping</w:t>
      </w:r>
      <w:r>
        <w:rPr>
          <w:b w:val="0"/>
          <w:i w:val="0"/>
          <w:smallCaps w:val="0"/>
          <w:strike w:val="0"/>
          <w:sz w:val="16"/>
          <w:u w:val="none"/>
        </w:rPr>
        <w:t xml:space="preserve"> that </w:t>
      </w:r>
      <w:r>
        <w:rPr>
          <w:b w:val="0"/>
          <w:i w:val="0"/>
          <w:smallCaps w:val="0"/>
          <w:strike w:val="0"/>
          <w:highlight w:val="cyan"/>
          <w:u w:val="single"/>
        </w:rPr>
        <w:t>you won't notice</w:t>
      </w:r>
      <w:r>
        <w:rPr>
          <w:b w:val="0"/>
          <w:i w:val="0"/>
          <w:smallCaps w:val="0"/>
          <w:strike w:val="0"/>
          <w:sz w:val="16"/>
          <w:u w:val="none"/>
        </w:rPr>
        <w:t xml:space="preserve"> that</w:t>
      </w:r>
      <w:r>
        <w:rPr>
          <w:b w:val="0"/>
          <w:i w:val="0"/>
          <w:smallCaps w:val="0"/>
          <w:strike w:val="0"/>
          <w:sz w:val="16"/>
          <w:u w:val="none"/>
        </w:rPr>
        <w:t xml:space="preserve"> </w:t>
      </w:r>
      <w:r>
        <w:rPr>
          <w:b w:val="0"/>
          <w:i w:val="0"/>
          <w:smallCaps w:val="0"/>
          <w:strike w:val="0"/>
          <w:u w:val="single"/>
        </w:rPr>
        <w:t>increasing</w:t>
      </w:r>
      <w:r>
        <w:rPr>
          <w:b w:val="0"/>
          <w:i w:val="0"/>
          <w:smallCaps w:val="0"/>
          <w:strike w:val="0"/>
          <w:sz w:val="16"/>
          <w:u w:val="none"/>
        </w:rPr>
        <w:t xml:space="preserve"> social and </w:t>
      </w:r>
      <w:r>
        <w:rPr>
          <w:b/>
          <w:i w:val="0"/>
          <w:smallCaps w:val="0"/>
          <w:strike w:val="0"/>
          <w:highlight w:val="cyan"/>
          <w:u w:val="single"/>
        </w:rPr>
        <w:t>economic inequality</w:t>
      </w:r>
      <w:r>
        <w:rPr>
          <w:b w:val="0"/>
          <w:i w:val="0"/>
          <w:smallCaps w:val="0"/>
          <w:strike w:val="0"/>
          <w:sz w:val="16"/>
          <w:u w:val="none"/>
        </w:rPr>
        <w:t xml:space="preserve"> in society leads to increased </w:t>
      </w:r>
      <w:r>
        <w:rPr>
          <w:b w:val="0"/>
          <w:i w:val="0"/>
          <w:smallCaps w:val="0"/>
          <w:strike w:val="0"/>
          <w:highlight w:val="cyan"/>
          <w:u w:val="single"/>
        </w:rPr>
        <w:t>ill health</w:t>
      </w:r>
      <w:r>
        <w:rPr>
          <w:b w:val="0"/>
          <w:i w:val="0"/>
          <w:smallCaps w:val="0"/>
          <w:strike w:val="0"/>
          <w:sz w:val="16"/>
          <w:u w:val="none"/>
        </w:rPr>
        <w:t xml:space="preserve"> for a growing underclass; that </w:t>
      </w:r>
      <w:r>
        <w:rPr>
          <w:b w:val="0"/>
          <w:i w:val="0"/>
          <w:smallCaps w:val="0"/>
          <w:strike w:val="0"/>
          <w:highlight w:val="cyan"/>
          <w:u w:val="single"/>
        </w:rPr>
        <w:t>suicide</w:t>
      </w:r>
      <w:r>
        <w:rPr>
          <w:b w:val="0"/>
          <w:i w:val="0"/>
          <w:smallCaps w:val="0"/>
          <w:strike w:val="0"/>
          <w:u w:val="single"/>
        </w:rPr>
        <w:t xml:space="preserve"> and crime</w:t>
      </w:r>
      <w:r>
        <w:rPr>
          <w:b w:val="0"/>
          <w:i w:val="0"/>
          <w:smallCaps w:val="0"/>
          <w:strike w:val="0"/>
          <w:sz w:val="16"/>
          <w:u w:val="none"/>
        </w:rPr>
        <w:t xml:space="preserve"> always rise when </w:t>
      </w:r>
      <w:r>
        <w:rPr>
          <w:b w:val="0"/>
          <w:i w:val="0"/>
          <w:smallCaps w:val="0"/>
          <w:strike w:val="0"/>
          <w:highlight w:val="cyan"/>
          <w:u w:val="single"/>
        </w:rPr>
        <w:t>unemployment</w:t>
      </w:r>
      <w:r>
        <w:rPr>
          <w:b w:val="0"/>
          <w:i w:val="0"/>
          <w:smallCaps w:val="0"/>
          <w:strike w:val="0"/>
          <w:sz w:val="16"/>
          <w:u w:val="none"/>
        </w:rPr>
        <w:t xml:space="preserve"> rises; </w:t>
      </w:r>
      <w:r>
        <w:rPr>
          <w:b w:val="0"/>
          <w:i w:val="0"/>
          <w:smallCaps w:val="0"/>
          <w:strike w:val="0"/>
          <w:u w:val="single"/>
        </w:rPr>
        <w:t>that workplaces</w:t>
      </w:r>
      <w:r>
        <w:rPr>
          <w:b w:val="0"/>
          <w:i w:val="0"/>
          <w:smallCaps w:val="0"/>
          <w:strike w:val="0"/>
          <w:sz w:val="16"/>
          <w:u w:val="none"/>
        </w:rPr>
        <w:t xml:space="preserve"> remain highly dangerous and </w:t>
      </w:r>
      <w:r>
        <w:rPr>
          <w:b w:val="0"/>
          <w:i w:val="0"/>
          <w:smallCaps w:val="0"/>
          <w:strike w:val="0"/>
          <w:u w:val="single"/>
        </w:rPr>
        <w:t>kill</w:t>
      </w:r>
      <w:r>
        <w:rPr>
          <w:b w:val="0"/>
          <w:i w:val="0"/>
          <w:smallCaps w:val="0"/>
          <w:strike w:val="0"/>
          <w:sz w:val="16"/>
          <w:u w:val="none"/>
        </w:rPr>
        <w:t xml:space="preserve"> and maim </w:t>
      </w:r>
      <w:r>
        <w:rPr>
          <w:b w:val="0"/>
          <w:i w:val="0"/>
          <w:smallCaps w:val="0"/>
          <w:strike w:val="0"/>
          <w:u w:val="single"/>
        </w:rPr>
        <w:t>hundreds</w:t>
      </w:r>
      <w:r>
        <w:rPr>
          <w:b w:val="0"/>
          <w:i w:val="0"/>
          <w:smallCaps w:val="0"/>
          <w:strike w:val="0"/>
          <w:sz w:val="16"/>
          <w:u w:val="none"/>
        </w:rPr>
        <w:t xml:space="preserve"> of people </w:t>
      </w:r>
      <w:r>
        <w:rPr>
          <w:b w:val="0"/>
          <w:i w:val="0"/>
          <w:smallCaps w:val="0"/>
          <w:strike w:val="0"/>
          <w:u w:val="single"/>
        </w:rPr>
        <w:t>per year; that there are preventable diseases which plague</w:t>
      </w:r>
      <w:r>
        <w:rPr>
          <w:b w:val="0"/>
          <w:i w:val="0"/>
          <w:smallCaps w:val="0"/>
          <w:strike w:val="0"/>
          <w:sz w:val="16"/>
          <w:u w:val="none"/>
        </w:rPr>
        <w:t xml:space="preserve"> the </w:t>
      </w:r>
      <w:r>
        <w:rPr>
          <w:b w:val="0"/>
          <w:i w:val="0"/>
          <w:smallCaps w:val="0"/>
          <w:strike w:val="0"/>
          <w:u w:val="single"/>
        </w:rPr>
        <w:t>poorer</w:t>
      </w:r>
      <w:r>
        <w:rPr>
          <w:b w:val="0"/>
          <w:i w:val="0"/>
          <w:smallCaps w:val="0"/>
          <w:strike w:val="0"/>
          <w:sz w:val="16"/>
          <w:u w:val="none"/>
        </w:rPr>
        <w:t xml:space="preserve"> sections of </w:t>
      </w:r>
      <w:r>
        <w:rPr>
          <w:b w:val="0"/>
          <w:i w:val="0"/>
          <w:smallCaps w:val="0"/>
          <w:strike w:val="0"/>
          <w:u w:val="single"/>
        </w:rPr>
        <w:t xml:space="preserve">society; that </w:t>
      </w:r>
      <w:r>
        <w:rPr>
          <w:b/>
          <w:i w:val="0"/>
          <w:smallCaps w:val="0"/>
          <w:strike w:val="0"/>
          <w:highlight w:val="cyan"/>
          <w:u w:val="single"/>
        </w:rPr>
        <w:t>domestic violence</w:t>
      </w:r>
      <w:r>
        <w:rPr>
          <w:b w:val="0"/>
          <w:i w:val="0"/>
          <w:smallCaps w:val="0"/>
          <w:strike w:val="0"/>
          <w:u w:val="single"/>
        </w:rPr>
        <w:t xml:space="preserve"> kills</w:t>
      </w:r>
      <w:r>
        <w:rPr>
          <w:b w:val="0"/>
          <w:i w:val="0"/>
          <w:smallCaps w:val="0"/>
          <w:strike w:val="0"/>
          <w:sz w:val="16"/>
          <w:u w:val="none"/>
        </w:rPr>
        <w:t xml:space="preserve"> and injures </w:t>
      </w:r>
      <w:r>
        <w:rPr>
          <w:b w:val="0"/>
          <w:i w:val="0"/>
          <w:smallCaps w:val="0"/>
          <w:strike w:val="0"/>
          <w:u w:val="single"/>
        </w:rPr>
        <w:t>thousands</w:t>
      </w:r>
      <w:r>
        <w:rPr>
          <w:b w:val="0"/>
          <w:i w:val="0"/>
          <w:smallCaps w:val="0"/>
          <w:strike w:val="0"/>
          <w:sz w:val="16"/>
          <w:u w:val="none"/>
        </w:rPr>
        <w:t xml:space="preserve"> of women and children annually; </w:t>
      </w:r>
      <w:r>
        <w:rPr>
          <w:b w:val="0"/>
          <w:i w:val="0"/>
          <w:smallCaps w:val="0"/>
          <w:strike w:val="0"/>
          <w:highlight w:val="cyan"/>
          <w:u w:val="single"/>
        </w:rPr>
        <w:t>and</w:t>
      </w:r>
      <w:r>
        <w:rPr>
          <w:b w:val="0"/>
          <w:i w:val="0"/>
          <w:smallCaps w:val="0"/>
          <w:strike w:val="0"/>
          <w:u w:val="single"/>
        </w:rPr>
        <w:t xml:space="preserve"> that globally, poverty and</w:t>
      </w:r>
      <w:r>
        <w:rPr>
          <w:b w:val="0"/>
          <w:i w:val="0"/>
          <w:smallCaps w:val="0"/>
          <w:strike w:val="0"/>
          <w:sz w:val="16"/>
          <w:u w:val="none"/>
        </w:rPr>
        <w:t xml:space="preserve"> preventable </w:t>
      </w:r>
      <w:r>
        <w:rPr>
          <w:b w:val="0"/>
          <w:i w:val="0"/>
          <w:smallCaps w:val="0"/>
          <w:strike w:val="0"/>
          <w:u w:val="single"/>
        </w:rPr>
        <w:t xml:space="preserve">disease kills </w:t>
      </w:r>
      <w:r>
        <w:rPr>
          <w:b/>
          <w:i w:val="0"/>
          <w:smallCaps w:val="0"/>
          <w:strike w:val="0"/>
          <w:u w:val="single"/>
        </w:rPr>
        <w:t>tens of millions</w:t>
      </w:r>
      <w:r>
        <w:rPr>
          <w:b w:val="0"/>
          <w:i w:val="0"/>
          <w:smallCaps w:val="0"/>
          <w:strike w:val="0"/>
          <w:sz w:val="16"/>
          <w:u w:val="none"/>
        </w:rPr>
        <w:t xml:space="preserve"> of people needlessly every year. In other words, </w:t>
      </w:r>
      <w:r>
        <w:rPr>
          <w:b w:val="0"/>
          <w:i w:val="0"/>
          <w:smallCaps w:val="0"/>
          <w:strike w:val="0"/>
          <w:u w:val="single"/>
        </w:rPr>
        <w:t>they are hoping</w:t>
      </w:r>
      <w:r>
        <w:rPr>
          <w:b w:val="0"/>
          <w:i w:val="0"/>
          <w:smallCaps w:val="0"/>
          <w:strike w:val="0"/>
          <w:sz w:val="16"/>
          <w:u w:val="none"/>
        </w:rPr>
        <w:t xml:space="preserve"> that </w:t>
      </w:r>
      <w:r>
        <w:rPr>
          <w:b/>
          <w:i w:val="0"/>
          <w:smallCaps w:val="0"/>
          <w:strike w:val="0"/>
          <w:u w:val="single"/>
        </w:rPr>
        <w:t>you won't notice</w:t>
      </w:r>
      <w:r>
        <w:rPr>
          <w:b w:val="0"/>
          <w:i w:val="0"/>
          <w:smallCaps w:val="0"/>
          <w:strike w:val="0"/>
          <w:sz w:val="16"/>
          <w:u w:val="none"/>
        </w:rPr>
        <w:t xml:space="preserve"> how much </w:t>
      </w:r>
      <w:r>
        <w:rPr>
          <w:b/>
          <w:i w:val="0"/>
          <w:smallCaps w:val="0"/>
          <w:strike w:val="0"/>
          <w:highlight w:val="cyan"/>
          <w:u w:val="single"/>
        </w:rPr>
        <w:t>structural violence</w:t>
      </w:r>
      <w:r>
        <w:rPr>
          <w:b w:val="0"/>
          <w:i w:val="0"/>
          <w:smallCaps w:val="0"/>
          <w:strike w:val="0"/>
          <w:sz w:val="16"/>
          <w:u w:val="none"/>
        </w:rPr>
        <w:t xml:space="preserve"> there is in the world. More than this, they are hoping that you won't notice that </w:t>
      </w:r>
      <w:r>
        <w:rPr>
          <w:b w:val="0"/>
          <w:i w:val="0"/>
          <w:smallCaps w:val="0"/>
          <w:strike w:val="0"/>
          <w:u w:val="single"/>
        </w:rPr>
        <w:t>while literally trillions</w:t>
      </w:r>
      <w:r>
        <w:rPr>
          <w:b w:val="0"/>
          <w:i w:val="0"/>
          <w:smallCaps w:val="0"/>
          <w:strike w:val="0"/>
          <w:sz w:val="16"/>
          <w:u w:val="none"/>
        </w:rPr>
        <w:t xml:space="preserve"> of dollars </w:t>
      </w:r>
      <w:r>
        <w:rPr>
          <w:b w:val="0"/>
          <w:i w:val="0"/>
          <w:smallCaps w:val="0"/>
          <w:strike w:val="0"/>
          <w:u w:val="single"/>
        </w:rPr>
        <w:t>are spent on military weapons, foreign wars</w:t>
      </w:r>
      <w:r>
        <w:rPr>
          <w:b w:val="0"/>
          <w:i w:val="0"/>
          <w:smallCaps w:val="0"/>
          <w:strike w:val="0"/>
          <w:sz w:val="16"/>
          <w:u w:val="none"/>
        </w:rPr>
        <w:t xml:space="preserve"> and security theatre (which also arguably do nothing to make any us any safer, and may even make us marginally less safe), that </w:t>
      </w:r>
      <w:r>
        <w:rPr>
          <w:b w:val="0"/>
          <w:i w:val="0"/>
          <w:smallCaps w:val="0"/>
          <w:strike w:val="0"/>
          <w:highlight w:val="cyan"/>
          <w:u w:val="single"/>
        </w:rPr>
        <w:t>domestic</w:t>
      </w:r>
      <w:r>
        <w:rPr>
          <w:b w:val="0"/>
          <w:i w:val="0"/>
          <w:smallCaps w:val="0"/>
          <w:strike w:val="0"/>
          <w:sz w:val="16"/>
          <w:u w:val="none"/>
        </w:rPr>
        <w:t xml:space="preserve"> violence </w:t>
      </w:r>
      <w:r>
        <w:rPr>
          <w:b w:val="0"/>
          <w:i w:val="0"/>
          <w:smallCaps w:val="0"/>
          <w:strike w:val="0"/>
          <w:highlight w:val="cyan"/>
          <w:u w:val="single"/>
        </w:rPr>
        <w:t>programmes</w:t>
      </w:r>
      <w:r>
        <w:rPr>
          <w:b w:val="0"/>
          <w:i w:val="0"/>
          <w:smallCaps w:val="0"/>
          <w:strike w:val="0"/>
          <w:highlight w:val="cyan"/>
          <w:u w:val="single"/>
        </w:rPr>
        <w:t xml:space="preserve"> struggle to provide even </w:t>
      </w:r>
      <w:r>
        <w:rPr>
          <w:b/>
          <w:i w:val="0"/>
          <w:smallCaps w:val="0"/>
          <w:strike w:val="0"/>
          <w:highlight w:val="cyan"/>
          <w:u w:val="single"/>
        </w:rPr>
        <w:t>minimal support</w:t>
      </w:r>
      <w:r>
        <w:rPr>
          <w:b w:val="0"/>
          <w:i w:val="0"/>
          <w:smallCaps w:val="0"/>
          <w:strike w:val="0"/>
          <w:sz w:val="16"/>
          <w:u w:val="none"/>
        </w:rPr>
        <w:t xml:space="preserve"> for women and children at risk of serious harm from their partners; that </w:t>
      </w:r>
      <w:r>
        <w:rPr>
          <w:b w:val="0"/>
          <w:i w:val="0"/>
          <w:smallCaps w:val="0"/>
          <w:strike w:val="0"/>
          <w:u w:val="single"/>
        </w:rPr>
        <w:t>underfunded mental health</w:t>
      </w:r>
      <w:r>
        <w:rPr>
          <w:b w:val="0"/>
          <w:i w:val="0"/>
          <w:smallCaps w:val="0"/>
          <w:strike w:val="0"/>
          <w:sz w:val="16"/>
          <w:u w:val="none"/>
        </w:rPr>
        <w:t xml:space="preserve"> </w:t>
      </w:r>
      <w:r>
        <w:rPr>
          <w:b w:val="0"/>
          <w:i w:val="0"/>
          <w:smallCaps w:val="0"/>
          <w:strike w:val="0"/>
          <w:sz w:val="16"/>
          <w:u w:val="none"/>
        </w:rPr>
        <w:t>programmes</w:t>
      </w:r>
      <w:r>
        <w:rPr>
          <w:b w:val="0"/>
          <w:i w:val="0"/>
          <w:smallCaps w:val="0"/>
          <w:strike w:val="0"/>
          <w:sz w:val="16"/>
          <w:u w:val="none"/>
        </w:rPr>
        <w:t xml:space="preserve"> </w:t>
      </w:r>
      <w:r>
        <w:rPr>
          <w:b w:val="0"/>
          <w:i w:val="0"/>
          <w:smallCaps w:val="0"/>
          <w:strike w:val="0"/>
          <w:u w:val="single"/>
        </w:rPr>
        <w:t>mean long waiting lists</w:t>
      </w:r>
      <w:r>
        <w:rPr>
          <w:b w:val="0"/>
          <w:i w:val="0"/>
          <w:smallCaps w:val="0"/>
          <w:strike w:val="0"/>
          <w:sz w:val="16"/>
          <w:u w:val="none"/>
        </w:rPr>
        <w:t xml:space="preserve"> to receive basic care for at-risk individuals; that drug and alcohol </w:t>
      </w:r>
      <w:r>
        <w:rPr>
          <w:b w:val="0"/>
          <w:i w:val="0"/>
          <w:smallCaps w:val="0"/>
          <w:strike w:val="0"/>
          <w:u w:val="single"/>
        </w:rPr>
        <w:t xml:space="preserve">rehabilitation </w:t>
      </w:r>
      <w:r>
        <w:rPr>
          <w:b w:val="0"/>
          <w:i w:val="0"/>
          <w:smallCaps w:val="0"/>
          <w:strike w:val="0"/>
          <w:u w:val="single"/>
        </w:rPr>
        <w:t>programmes</w:t>
      </w:r>
      <w:r>
        <w:rPr>
          <w:b w:val="0"/>
          <w:i w:val="0"/>
          <w:smallCaps w:val="0"/>
          <w:strike w:val="0"/>
          <w:u w:val="single"/>
        </w:rPr>
        <w:t xml:space="preserve"> lack</w:t>
      </w:r>
      <w:r>
        <w:rPr>
          <w:b w:val="0"/>
          <w:i w:val="0"/>
          <w:smallCaps w:val="0"/>
          <w:strike w:val="0"/>
          <w:sz w:val="16"/>
          <w:u w:val="none"/>
        </w:rPr>
        <w:t xml:space="preserve"> the </w:t>
      </w:r>
      <w:r>
        <w:rPr>
          <w:b w:val="0"/>
          <w:i w:val="0"/>
          <w:smallCaps w:val="0"/>
          <w:strike w:val="0"/>
          <w:u w:val="single"/>
        </w:rPr>
        <w:t>funding</w:t>
      </w:r>
      <w:r>
        <w:rPr>
          <w:b w:val="0"/>
          <w:i w:val="0"/>
          <w:smallCaps w:val="0"/>
          <w:strike w:val="0"/>
          <w:sz w:val="16"/>
          <w:u w:val="none"/>
        </w:rPr>
        <w:t xml:space="preserve"> to match the demand for help; that </w:t>
      </w:r>
      <w:r>
        <w:rPr>
          <w:b w:val="0"/>
          <w:i w:val="0"/>
          <w:smallCaps w:val="0"/>
          <w:strike w:val="0"/>
          <w:highlight w:val="cyan"/>
          <w:u w:val="single"/>
        </w:rPr>
        <w:t>welfare</w:t>
      </w:r>
      <w:r>
        <w:rPr>
          <w:b w:val="0"/>
          <w:i w:val="0"/>
          <w:smallCaps w:val="0"/>
          <w:strike w:val="0"/>
          <w:u w:val="single"/>
        </w:rPr>
        <w:t xml:space="preserve"> measures</w:t>
      </w:r>
      <w:r>
        <w:rPr>
          <w:b w:val="0"/>
          <w:i w:val="0"/>
          <w:smallCaps w:val="0"/>
          <w:strike w:val="0"/>
          <w:sz w:val="16"/>
          <w:u w:val="none"/>
        </w:rPr>
        <w:t xml:space="preserve"> aimed at reducing inequality </w:t>
      </w:r>
      <w:r>
        <w:rPr>
          <w:b w:val="0"/>
          <w:i w:val="0"/>
          <w:smallCaps w:val="0"/>
          <w:strike w:val="0"/>
          <w:highlight w:val="cyan"/>
          <w:u w:val="single"/>
        </w:rPr>
        <w:t>have been inadequate for decades</w:t>
      </w:r>
      <w:r>
        <w:rPr>
          <w:b w:val="0"/>
          <w:i w:val="0"/>
          <w:smallCaps w:val="0"/>
          <w:strike w:val="0"/>
          <w:sz w:val="16"/>
          <w:u w:val="none"/>
        </w:rPr>
        <w:t xml:space="preserve">; that health and safety measures at many workplaces remain insufficiently resourced; and that measures to tackle global warming and developing alternative energy remain hopelessly inadequate. Of course, none of this is surprising. Politicians are a part of the system; they don't want to change it. For them, all the </w:t>
      </w:r>
      <w:r>
        <w:rPr>
          <w:b/>
          <w:i w:val="0"/>
          <w:smallCaps w:val="0"/>
          <w:strike w:val="0"/>
          <w:highlight w:val="cyan"/>
          <w:u w:val="single"/>
        </w:rPr>
        <w:t>insecurity</w:t>
      </w:r>
      <w:r>
        <w:rPr>
          <w:b/>
          <w:i w:val="0"/>
          <w:smallCaps w:val="0"/>
          <w:strike w:val="0"/>
          <w:u w:val="single"/>
        </w:rPr>
        <w:t>, death and ill-health</w:t>
      </w:r>
      <w:r>
        <w:rPr>
          <w:b w:val="0"/>
          <w:i w:val="0"/>
          <w:smallCaps w:val="0"/>
          <w:strike w:val="0"/>
          <w:sz w:val="16"/>
          <w:u w:val="none"/>
        </w:rPr>
        <w:t xml:space="preserve"> caused by capitalist inequality are a price worth paying to </w:t>
      </w:r>
      <w:r>
        <w:rPr>
          <w:b w:val="0"/>
          <w:i w:val="0"/>
          <w:smallCaps w:val="0"/>
          <w:strike w:val="0"/>
          <w:highlight w:val="cyan"/>
          <w:u w:val="single"/>
        </w:rPr>
        <w:t>keep</w:t>
      </w:r>
      <w:r>
        <w:rPr>
          <w:b w:val="0"/>
          <w:i w:val="0"/>
          <w:smallCaps w:val="0"/>
          <w:strike w:val="0"/>
          <w:sz w:val="16"/>
          <w:u w:val="none"/>
        </w:rPr>
        <w:t xml:space="preserve"> the basic </w:t>
      </w:r>
      <w:r>
        <w:rPr>
          <w:b/>
          <w:i w:val="0"/>
          <w:smallCaps w:val="0"/>
          <w:strike w:val="0"/>
          <w:highlight w:val="cyan"/>
          <w:u w:val="single"/>
        </w:rPr>
        <w:t>social structures as they are</w:t>
      </w:r>
      <w:r>
        <w:rPr>
          <w:b w:val="0"/>
          <w:i w:val="0"/>
          <w:smallCaps w:val="0"/>
          <w:strike w:val="0"/>
          <w:sz w:val="16"/>
          <w:u w:val="none"/>
        </w:rPr>
        <w:t xml:space="preserve">. A more egalitarian society based on equality, solidarity, and other non-materialist values would not suit their interests, or the special interests of the lobby groups they are indebted to. It is also true that </w:t>
      </w:r>
      <w:r>
        <w:rPr>
          <w:b w:val="0"/>
          <w:i w:val="0"/>
          <w:smallCaps w:val="0"/>
          <w:strike w:val="0"/>
          <w:u w:val="single"/>
        </w:rPr>
        <w:t>dealing with economic and social inequality</w:t>
      </w:r>
      <w:r>
        <w:rPr>
          <w:b w:val="0"/>
          <w:i w:val="0"/>
          <w:smallCaps w:val="0"/>
          <w:strike w:val="0"/>
          <w:sz w:val="16"/>
          <w:u w:val="none"/>
        </w:rPr>
        <w:t xml:space="preserve">, improving </w:t>
      </w:r>
      <w:r>
        <w:rPr>
          <w:b w:val="0"/>
          <w:i w:val="0"/>
          <w:smallCaps w:val="0"/>
          <w:strike w:val="0"/>
          <w:u w:val="single"/>
        </w:rPr>
        <w:t>public health</w:t>
      </w:r>
      <w:r>
        <w:rPr>
          <w:b w:val="0"/>
          <w:i w:val="0"/>
          <w:smallCaps w:val="0"/>
          <w:strike w:val="0"/>
          <w:sz w:val="16"/>
          <w:u w:val="none"/>
        </w:rPr>
        <w:t xml:space="preserve">, changing </w:t>
      </w:r>
      <w:r>
        <w:rPr>
          <w:b w:val="0"/>
          <w:i w:val="0"/>
          <w:smallCaps w:val="0"/>
          <w:strike w:val="0"/>
          <w:u w:val="single"/>
        </w:rPr>
        <w:t>international</w:t>
      </w:r>
      <w:r>
        <w:rPr>
          <w:b w:val="0"/>
          <w:i w:val="0"/>
          <w:smallCaps w:val="0"/>
          <w:strike w:val="0"/>
          <w:sz w:val="16"/>
          <w:u w:val="none"/>
        </w:rPr>
        <w:t xml:space="preserve"> structures of </w:t>
      </w:r>
      <w:r>
        <w:rPr>
          <w:b w:val="0"/>
          <w:i w:val="0"/>
          <w:smallCaps w:val="0"/>
          <w:strike w:val="0"/>
          <w:u w:val="single"/>
        </w:rPr>
        <w:t>inequality</w:t>
      </w:r>
      <w:r>
        <w:rPr>
          <w:b w:val="0"/>
          <w:i w:val="0"/>
          <w:smallCaps w:val="0"/>
          <w:strike w:val="0"/>
          <w:sz w:val="16"/>
          <w:u w:val="none"/>
        </w:rPr>
        <w:t xml:space="preserve">, restructuring </w:t>
      </w:r>
      <w:r>
        <w:rPr>
          <w:b w:val="0"/>
          <w:i w:val="0"/>
          <w:smallCaps w:val="0"/>
          <w:strike w:val="0"/>
          <w:u w:val="single"/>
        </w:rPr>
        <w:t>the military-industrial complex, and making the necessary</w:t>
      </w:r>
      <w:r>
        <w:rPr>
          <w:b w:val="0"/>
          <w:i w:val="0"/>
          <w:smallCaps w:val="0"/>
          <w:strike w:val="0"/>
          <w:sz w:val="16"/>
          <w:u w:val="none"/>
        </w:rPr>
        <w:t xml:space="preserve"> economic and political </w:t>
      </w:r>
      <w:r>
        <w:rPr>
          <w:b w:val="0"/>
          <w:i w:val="0"/>
          <w:smallCaps w:val="0"/>
          <w:strike w:val="0"/>
          <w:u w:val="single"/>
        </w:rPr>
        <w:t>changes</w:t>
      </w:r>
      <w:r>
        <w:rPr>
          <w:b w:val="0"/>
          <w:i w:val="0"/>
          <w:smallCaps w:val="0"/>
          <w:strike w:val="0"/>
          <w:sz w:val="16"/>
          <w:u w:val="none"/>
        </w:rPr>
        <w:t xml:space="preserve"> to deal with global warming </w:t>
      </w:r>
      <w:r>
        <w:rPr>
          <w:b w:val="0"/>
          <w:i w:val="0"/>
          <w:smallCaps w:val="0"/>
          <w:strike w:val="0"/>
          <w:u w:val="single"/>
        </w:rPr>
        <w:t xml:space="preserve">will be </w:t>
      </w:r>
      <w:r>
        <w:rPr>
          <w:b/>
          <w:i w:val="0"/>
          <w:smallCaps w:val="0"/>
          <w:strike w:val="0"/>
          <w:u w:val="single"/>
        </w:rPr>
        <w:t>extremely difficult</w:t>
      </w:r>
      <w:r>
        <w:rPr>
          <w:b w:val="0"/>
          <w:i w:val="0"/>
          <w:smallCaps w:val="0"/>
          <w:strike w:val="0"/>
          <w:sz w:val="16"/>
          <w:u w:val="none"/>
        </w:rPr>
        <w:t xml:space="preserve"> and will require long-term commitment and determination. For politicians looking towards the next election, </w:t>
      </w:r>
      <w:r>
        <w:rPr>
          <w:b w:val="0"/>
          <w:i w:val="0"/>
          <w:smallCaps w:val="0"/>
          <w:strike w:val="0"/>
          <w:highlight w:val="cyan"/>
          <w:u w:val="single"/>
        </w:rPr>
        <w:t>it is</w:t>
      </w:r>
      <w:r>
        <w:rPr>
          <w:b w:val="0"/>
          <w:i w:val="0"/>
          <w:smallCaps w:val="0"/>
          <w:strike w:val="0"/>
          <w:sz w:val="16"/>
          <w:u w:val="none"/>
        </w:rPr>
        <w:t xml:space="preserve"> clearly </w:t>
      </w:r>
      <w:r>
        <w:rPr>
          <w:b w:val="0"/>
          <w:i w:val="0"/>
          <w:smallCaps w:val="0"/>
          <w:strike w:val="0"/>
          <w:u w:val="single"/>
        </w:rPr>
        <w:t xml:space="preserve">much </w:t>
      </w:r>
      <w:r>
        <w:rPr>
          <w:b w:val="0"/>
          <w:i w:val="0"/>
          <w:smallCaps w:val="0"/>
          <w:strike w:val="0"/>
          <w:highlight w:val="cyan"/>
          <w:u w:val="single"/>
        </w:rPr>
        <w:t xml:space="preserve">easier to paint </w:t>
      </w:r>
      <w:r>
        <w:rPr>
          <w:b/>
          <w:i w:val="0"/>
          <w:smallCaps w:val="0"/>
          <w:strike w:val="0"/>
          <w:highlight w:val="cyan"/>
          <w:u w:val="single"/>
        </w:rPr>
        <w:t>immigrants as a threat</w:t>
      </w:r>
      <w:r>
        <w:rPr>
          <w:b w:val="0"/>
          <w:i w:val="0"/>
          <w:smallCaps w:val="0"/>
          <w:strike w:val="0"/>
          <w:sz w:val="16"/>
          <w:u w:val="none"/>
        </w:rPr>
        <w:t xml:space="preserve"> to social order </w:t>
      </w:r>
      <w:r>
        <w:rPr>
          <w:b w:val="0"/>
          <w:i w:val="0"/>
          <w:smallCaps w:val="0"/>
          <w:strike w:val="0"/>
          <w:u w:val="single"/>
        </w:rPr>
        <w:t>or pontificate about the</w:t>
      </w:r>
      <w:r>
        <w:rPr>
          <w:b w:val="0"/>
          <w:i w:val="0"/>
          <w:smallCaps w:val="0"/>
          <w:strike w:val="0"/>
          <w:sz w:val="16"/>
          <w:u w:val="none"/>
        </w:rPr>
        <w:t xml:space="preserve"> ongoing </w:t>
      </w:r>
      <w:r>
        <w:rPr>
          <w:b w:val="0"/>
          <w:i w:val="0"/>
          <w:smallCaps w:val="0"/>
          <w:strike w:val="0"/>
          <w:u w:val="single"/>
        </w:rPr>
        <w:t>danger of terrorists. It is</w:t>
      </w:r>
      <w:r>
        <w:rPr>
          <w:b w:val="0"/>
          <w:i w:val="0"/>
          <w:smallCaps w:val="0"/>
          <w:strike w:val="0"/>
          <w:sz w:val="16"/>
          <w:u w:val="none"/>
        </w:rPr>
        <w:t xml:space="preserve"> also </w:t>
      </w:r>
      <w:r>
        <w:rPr>
          <w:b w:val="0"/>
          <w:i w:val="0"/>
          <w:smallCaps w:val="0"/>
          <w:strike w:val="0"/>
          <w:u w:val="single"/>
        </w:rPr>
        <w:t>more exciting</w:t>
      </w:r>
      <w:r>
        <w:rPr>
          <w:b w:val="0"/>
          <w:i w:val="0"/>
          <w:smallCaps w:val="0"/>
          <w:strike w:val="0"/>
          <w:sz w:val="16"/>
          <w:u w:val="none"/>
        </w:rPr>
        <w:t xml:space="preserve"> for the media </w:t>
      </w:r>
      <w:r>
        <w:rPr>
          <w:b w:val="0"/>
          <w:i w:val="0"/>
          <w:smallCaps w:val="0"/>
          <w:strike w:val="0"/>
          <w:u w:val="single"/>
        </w:rPr>
        <w:t>than</w:t>
      </w:r>
      <w:r>
        <w:rPr>
          <w:b w:val="0"/>
          <w:i w:val="0"/>
          <w:smallCaps w:val="0"/>
          <w:strike w:val="0"/>
          <w:sz w:val="16"/>
          <w:u w:val="none"/>
        </w:rPr>
        <w:t xml:space="preserve"> stories about </w:t>
      </w:r>
      <w:r>
        <w:rPr>
          <w:b w:val="0"/>
          <w:i w:val="0"/>
          <w:smallCaps w:val="0"/>
          <w:strike w:val="0"/>
          <w:u w:val="single"/>
        </w:rPr>
        <w:t>how</w:t>
      </w:r>
      <w:r>
        <w:rPr>
          <w:b w:val="0"/>
          <w:i w:val="0"/>
          <w:smallCaps w:val="0"/>
          <w:strike w:val="0"/>
          <w:sz w:val="16"/>
          <w:u w:val="none"/>
        </w:rPr>
        <w:t xml:space="preserve"> poor people and </w:t>
      </w:r>
      <w:r>
        <w:rPr>
          <w:b w:val="0"/>
          <w:i w:val="0"/>
          <w:smallCaps w:val="0"/>
          <w:strike w:val="0"/>
          <w:u w:val="single"/>
        </w:rPr>
        <w:t xml:space="preserve">people of </w:t>
      </w:r>
      <w:r>
        <w:rPr>
          <w:b w:val="0"/>
          <w:i w:val="0"/>
          <w:smallCaps w:val="0"/>
          <w:strike w:val="0"/>
          <w:u w:val="single"/>
        </w:rPr>
        <w:t>colour</w:t>
      </w:r>
      <w:r>
        <w:rPr>
          <w:b w:val="0"/>
          <w:i w:val="0"/>
          <w:smallCaps w:val="0"/>
          <w:strike w:val="0"/>
          <w:u w:val="single"/>
        </w:rPr>
        <w:t xml:space="preserve"> are discriminated against</w:t>
      </w:r>
      <w:r>
        <w:rPr>
          <w:b w:val="0"/>
          <w:i w:val="0"/>
          <w:smallCaps w:val="0"/>
          <w:strike w:val="0"/>
          <w:sz w:val="16"/>
          <w:u w:val="none"/>
        </w:rPr>
        <w:t xml:space="preserve"> and suffer worse health as a consequence. Viewed from this vantage point, </w:t>
      </w:r>
      <w:r>
        <w:rPr>
          <w:b w:val="0"/>
          <w:i w:val="0"/>
          <w:smallCaps w:val="0"/>
          <w:strike w:val="0"/>
          <w:u w:val="single"/>
        </w:rPr>
        <w:t xml:space="preserve">national </w:t>
      </w:r>
      <w:r>
        <w:rPr>
          <w:b w:val="0"/>
          <w:i w:val="0"/>
          <w:smallCaps w:val="0"/>
          <w:strike w:val="0"/>
          <w:highlight w:val="cyan"/>
          <w:u w:val="single"/>
        </w:rPr>
        <w:t>security is one</w:t>
      </w:r>
      <w:r>
        <w:rPr>
          <w:b w:val="0"/>
          <w:i w:val="0"/>
          <w:smallCaps w:val="0"/>
          <w:strike w:val="0"/>
          <w:u w:val="single"/>
        </w:rPr>
        <w:t xml:space="preserve"> </w:t>
      </w:r>
      <w:r>
        <w:rPr>
          <w:b/>
          <w:i w:val="0"/>
          <w:smallCaps w:val="0"/>
          <w:strike w:val="0"/>
          <w:u w:val="single"/>
        </w:rPr>
        <w:t xml:space="preserve">massive </w:t>
      </w:r>
      <w:r>
        <w:rPr>
          <w:b/>
          <w:i w:val="0"/>
          <w:smallCaps w:val="0"/>
          <w:strike w:val="0"/>
          <w:highlight w:val="cyan"/>
          <w:u w:val="single"/>
        </w:rPr>
        <w:t>confidence trick</w:t>
      </w:r>
      <w:r>
        <w:rPr>
          <w:b w:val="0"/>
          <w:i w:val="0"/>
          <w:smallCaps w:val="0"/>
          <w:strike w:val="0"/>
          <w:sz w:val="16"/>
          <w:u w:val="none"/>
        </w:rPr>
        <w:t xml:space="preserve"> - misdirection on an epic scale. </w:t>
      </w:r>
      <w:r>
        <w:rPr>
          <w:b w:val="0"/>
          <w:i w:val="0"/>
          <w:smallCaps w:val="0"/>
          <w:strike w:val="0"/>
          <w:u w:val="single"/>
        </w:rPr>
        <w:t>Its</w:t>
      </w:r>
      <w:r>
        <w:rPr>
          <w:b w:val="0"/>
          <w:i w:val="0"/>
          <w:smallCaps w:val="0"/>
          <w:strike w:val="0"/>
          <w:sz w:val="16"/>
          <w:u w:val="none"/>
        </w:rPr>
        <w:t xml:space="preserve"> primary </w:t>
      </w:r>
      <w:r>
        <w:rPr>
          <w:b w:val="0"/>
          <w:i w:val="0"/>
          <w:smallCaps w:val="0"/>
          <w:strike w:val="0"/>
          <w:u w:val="single"/>
        </w:rPr>
        <w:t xml:space="preserve">function is </w:t>
      </w:r>
      <w:r>
        <w:rPr>
          <w:b w:val="0"/>
          <w:i w:val="0"/>
          <w:smallCaps w:val="0"/>
          <w:strike w:val="0"/>
          <w:highlight w:val="cyan"/>
          <w:u w:val="single"/>
        </w:rPr>
        <w:t xml:space="preserve">to </w:t>
      </w:r>
      <w:r>
        <w:rPr>
          <w:b/>
          <w:i w:val="0"/>
          <w:smallCaps w:val="0"/>
          <w:strike w:val="0"/>
          <w:highlight w:val="cyan"/>
          <w:u w:val="single"/>
        </w:rPr>
        <w:t>distract you</w:t>
      </w:r>
      <w:r>
        <w:rPr>
          <w:b w:val="0"/>
          <w:i w:val="0"/>
          <w:smallCaps w:val="0"/>
          <w:strike w:val="0"/>
          <w:highlight w:val="cyan"/>
          <w:u w:val="single"/>
        </w:rPr>
        <w:t xml:space="preserve"> from</w:t>
      </w:r>
      <w:r>
        <w:rPr>
          <w:b w:val="0"/>
          <w:i w:val="0"/>
          <w:smallCaps w:val="0"/>
          <w:strike w:val="0"/>
          <w:sz w:val="16"/>
          <w:u w:val="none"/>
        </w:rPr>
        <w:t xml:space="preserve"> the structures and </w:t>
      </w:r>
      <w:r>
        <w:rPr>
          <w:b w:val="0"/>
          <w:i w:val="0"/>
          <w:smallCaps w:val="0"/>
          <w:strike w:val="0"/>
          <w:highlight w:val="cyan"/>
          <w:u w:val="single"/>
        </w:rPr>
        <w:t>inequalities</w:t>
      </w:r>
      <w:r>
        <w:rPr>
          <w:b w:val="0"/>
          <w:i w:val="0"/>
          <w:smallCaps w:val="0"/>
          <w:strike w:val="0"/>
          <w:sz w:val="16"/>
          <w:u w:val="none"/>
        </w:rPr>
        <w:t xml:space="preserve"> in society </w:t>
      </w:r>
      <w:r>
        <w:rPr>
          <w:b/>
          <w:i w:val="0"/>
          <w:smallCaps w:val="0"/>
          <w:strike w:val="0"/>
          <w:highlight w:val="cyan"/>
          <w:u w:val="single"/>
        </w:rPr>
        <w:t>which are the real threat</w:t>
      </w:r>
      <w:r>
        <w:rPr>
          <w:b w:val="0"/>
          <w:i w:val="0"/>
          <w:smallCaps w:val="0"/>
          <w:strike w:val="0"/>
          <w:u w:val="single"/>
        </w:rPr>
        <w:t xml:space="preserve"> to</w:t>
      </w:r>
      <w:r>
        <w:rPr>
          <w:b w:val="0"/>
          <w:i w:val="0"/>
          <w:smallCaps w:val="0"/>
          <w:strike w:val="0"/>
          <w:sz w:val="16"/>
          <w:u w:val="none"/>
        </w:rPr>
        <w:t xml:space="preserve"> the </w:t>
      </w:r>
      <w:r>
        <w:rPr>
          <w:b w:val="0"/>
          <w:i w:val="0"/>
          <w:smallCaps w:val="0"/>
          <w:strike w:val="0"/>
          <w:u w:val="single"/>
        </w:rPr>
        <w:t>health</w:t>
      </w:r>
      <w:r>
        <w:rPr>
          <w:b w:val="0"/>
          <w:i w:val="0"/>
          <w:smallCaps w:val="0"/>
          <w:strike w:val="0"/>
          <w:sz w:val="16"/>
          <w:u w:val="none"/>
        </w:rPr>
        <w:t xml:space="preserve"> and wellbeing of you and your family, </w:t>
      </w:r>
      <w:r>
        <w:rPr>
          <w:b w:val="0"/>
          <w:i w:val="0"/>
          <w:smallCaps w:val="0"/>
          <w:strike w:val="0"/>
          <w:u w:val="single"/>
        </w:rPr>
        <w:t>and</w:t>
      </w:r>
      <w:r>
        <w:rPr>
          <w:b w:val="0"/>
          <w:i w:val="0"/>
          <w:smallCaps w:val="0"/>
          <w:strike w:val="0"/>
          <w:sz w:val="16"/>
          <w:u w:val="none"/>
        </w:rPr>
        <w:t xml:space="preserve"> to </w:t>
      </w:r>
      <w:r>
        <w:rPr>
          <w:b w:val="0"/>
          <w:i w:val="0"/>
          <w:smallCaps w:val="0"/>
          <w:strike w:val="0"/>
          <w:u w:val="single"/>
        </w:rPr>
        <w:t>convince you to be permanently afraid so that</w:t>
      </w:r>
      <w:r>
        <w:rPr>
          <w:b w:val="0"/>
          <w:i w:val="0"/>
          <w:smallCaps w:val="0"/>
          <w:strike w:val="0"/>
          <w:sz w:val="16"/>
          <w:u w:val="none"/>
        </w:rPr>
        <w:t xml:space="preserve"> you will acquiesce to </w:t>
      </w:r>
      <w:r>
        <w:rPr>
          <w:b w:val="0"/>
          <w:i w:val="0"/>
          <w:smallCaps w:val="0"/>
          <w:strike w:val="0"/>
          <w:u w:val="single"/>
        </w:rPr>
        <w:t>all the security measures</w:t>
      </w:r>
      <w:r>
        <w:rPr>
          <w:b w:val="0"/>
          <w:i w:val="0"/>
          <w:smallCaps w:val="0"/>
          <w:strike w:val="0"/>
          <w:sz w:val="16"/>
          <w:u w:val="none"/>
        </w:rPr>
        <w:t xml:space="preserve"> which keep you under state control and </w:t>
      </w:r>
      <w:r>
        <w:rPr>
          <w:b w:val="0"/>
          <w:i w:val="0"/>
          <w:smallCaps w:val="0"/>
          <w:strike w:val="0"/>
          <w:u w:val="single"/>
        </w:rPr>
        <w:t>keep</w:t>
      </w:r>
      <w:r>
        <w:rPr>
          <w:b w:val="0"/>
          <w:i w:val="0"/>
          <w:smallCaps w:val="0"/>
          <w:strike w:val="0"/>
          <w:sz w:val="16"/>
          <w:u w:val="none"/>
        </w:rPr>
        <w:t xml:space="preserve"> the military-industrial complex </w:t>
      </w:r>
      <w:r>
        <w:rPr>
          <w:b w:val="0"/>
          <w:i w:val="0"/>
          <w:smallCaps w:val="0"/>
          <w:strike w:val="0"/>
          <w:u w:val="single"/>
        </w:rPr>
        <w:t>ticking along</w:t>
      </w:r>
      <w:r>
        <w:rPr>
          <w:b w:val="0"/>
          <w:i w:val="0"/>
          <w:smallCaps w:val="0"/>
          <w:strike w:val="0"/>
          <w:sz w:val="16"/>
          <w:u w:val="none"/>
        </w:rPr>
        <w:t xml:space="preserve">.  Keep this in mind next time you hear a politician talking about the threat of uncontrolled immigration, the risk posed by asylum seekers or the threat of Iran, or the need to expand counter-terrorism powers. The question is: when politicians are talking about national security, what is that they don't want you to think and talk about? What exactly is the misdirection they are engaged in? The truth is, </w:t>
      </w:r>
      <w:r>
        <w:rPr>
          <w:b w:val="0"/>
          <w:i w:val="0"/>
          <w:smallCaps w:val="0"/>
          <w:strike w:val="0"/>
          <w:highlight w:val="cyan"/>
          <w:u w:val="single"/>
        </w:rPr>
        <w:t>if you think</w:t>
      </w:r>
      <w:r>
        <w:rPr>
          <w:b w:val="0"/>
          <w:i w:val="0"/>
          <w:smallCaps w:val="0"/>
          <w:strike w:val="0"/>
          <w:sz w:val="16"/>
          <w:u w:val="none"/>
        </w:rPr>
        <w:t xml:space="preserve"> that </w:t>
      </w:r>
      <w:r>
        <w:rPr>
          <w:b w:val="0"/>
          <w:i w:val="0"/>
          <w:smallCaps w:val="0"/>
          <w:strike w:val="0"/>
          <w:u w:val="single"/>
        </w:rPr>
        <w:t xml:space="preserve">terrorists or </w:t>
      </w:r>
      <w:r>
        <w:rPr>
          <w:b w:val="0"/>
          <w:i w:val="0"/>
          <w:smallCaps w:val="0"/>
          <w:strike w:val="0"/>
          <w:highlight w:val="cyan"/>
          <w:u w:val="single"/>
        </w:rPr>
        <w:t>immigrants</w:t>
      </w:r>
      <w:r>
        <w:rPr>
          <w:b w:val="0"/>
          <w:i w:val="0"/>
          <w:smallCaps w:val="0"/>
          <w:strike w:val="0"/>
          <w:sz w:val="16"/>
          <w:u w:val="none"/>
        </w:rPr>
        <w:t xml:space="preserve"> or asylum seekers or Iran </w:t>
      </w:r>
      <w:r>
        <w:rPr>
          <w:b w:val="0"/>
          <w:i w:val="0"/>
          <w:smallCaps w:val="0"/>
          <w:strike w:val="0"/>
          <w:highlight w:val="cyan"/>
          <w:u w:val="single"/>
        </w:rPr>
        <w:t>are a greater threat</w:t>
      </w:r>
      <w:r>
        <w:rPr>
          <w:b w:val="0"/>
          <w:i w:val="0"/>
          <w:smallCaps w:val="0"/>
          <w:strike w:val="0"/>
          <w:u w:val="single"/>
        </w:rPr>
        <w:t xml:space="preserve"> to your safety</w:t>
      </w:r>
      <w:r>
        <w:rPr>
          <w:b w:val="0"/>
          <w:i w:val="0"/>
          <w:smallCaps w:val="0"/>
          <w:strike w:val="0"/>
          <w:sz w:val="16"/>
          <w:u w:val="none"/>
        </w:rPr>
        <w:t xml:space="preserve"> than the capitalist system, </w:t>
      </w:r>
      <w:r>
        <w:rPr>
          <w:b w:val="0"/>
          <w:i w:val="0"/>
          <w:smallCaps w:val="0"/>
          <w:strike w:val="0"/>
          <w:u w:val="single"/>
        </w:rPr>
        <w:t>you have been</w:t>
      </w:r>
      <w:r>
        <w:rPr>
          <w:b w:val="0"/>
          <w:i w:val="0"/>
          <w:smallCaps w:val="0"/>
          <w:strike w:val="0"/>
          <w:sz w:val="16"/>
          <w:u w:val="none"/>
        </w:rPr>
        <w:t xml:space="preserve"> well and truly </w:t>
      </w:r>
      <w:r>
        <w:rPr>
          <w:b w:val="0"/>
          <w:i w:val="0"/>
          <w:smallCaps w:val="0"/>
          <w:strike w:val="0"/>
          <w:u w:val="single"/>
        </w:rPr>
        <w:t>conned</w:t>
      </w:r>
      <w:r>
        <w:rPr>
          <w:b w:val="0"/>
          <w:i w:val="0"/>
          <w:smallCaps w:val="0"/>
          <w:strike w:val="0"/>
          <w:sz w:val="16"/>
          <w:u w:val="none"/>
        </w:rPr>
        <w:t xml:space="preserve">, my friend. Don't believe the hype: </w:t>
      </w:r>
      <w:r>
        <w:rPr>
          <w:b w:val="0"/>
          <w:i w:val="0"/>
          <w:smallCaps w:val="0"/>
          <w:strike w:val="0"/>
          <w:highlight w:val="cyan"/>
          <w:u w:val="single"/>
        </w:rPr>
        <w:t xml:space="preserve">you're </w:t>
      </w:r>
      <w:r>
        <w:rPr>
          <w:b/>
          <w:i w:val="0"/>
          <w:smallCaps w:val="0"/>
          <w:strike w:val="0"/>
          <w:highlight w:val="cyan"/>
          <w:u w:val="single"/>
        </w:rPr>
        <w:t>much more likely to die</w:t>
      </w:r>
      <w:r>
        <w:rPr>
          <w:b w:val="0"/>
          <w:i w:val="0"/>
          <w:smallCaps w:val="0"/>
          <w:strike w:val="0"/>
          <w:highlight w:val="cyan"/>
          <w:u w:val="single"/>
        </w:rPr>
        <w:t xml:space="preserve"> from</w:t>
      </w:r>
      <w:r>
        <w:rPr>
          <w:b w:val="0"/>
          <w:i w:val="0"/>
          <w:smallCaps w:val="0"/>
          <w:strike w:val="0"/>
          <w:sz w:val="16"/>
          <w:u w:val="none"/>
        </w:rPr>
        <w:t xml:space="preserve"> any one of several forms of </w:t>
      </w:r>
      <w:r>
        <w:rPr>
          <w:b w:val="0"/>
          <w:i w:val="0"/>
          <w:smallCaps w:val="0"/>
          <w:strike w:val="0"/>
          <w:highlight w:val="cyan"/>
          <w:u w:val="single"/>
        </w:rPr>
        <w:t>structural violence</w:t>
      </w:r>
      <w:r>
        <w:rPr>
          <w:b w:val="0"/>
          <w:i w:val="0"/>
          <w:smallCaps w:val="0"/>
          <w:strike w:val="0"/>
          <w:sz w:val="16"/>
          <w:u w:val="none"/>
        </w:rPr>
        <w:t xml:space="preserve"> in society than you are from immigrants or terrorism.  Somehow, we need to challenge the politicians on this fact.</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