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Increase requires preexistence. </w:t>
      </w:r>
    </w:p>
    <w:p>
      <w:pPr>
        <w:spacing w:after="80"/>
      </w:pPr>
      <w:r>
        <w:rPr>
          <w:b/>
          <w:i w:val="0"/>
          <w:smallCaps w:val="0"/>
          <w:strike w:val="0"/>
          <w:sz w:val="26"/>
          <w:u w:val="none"/>
        </w:rPr>
        <w:t xml:space="preserve">Buckley 6 </w:t>
      </w:r>
      <w:r>
        <w:rPr>
          <w:b w:val="0"/>
          <w:i w:val="0"/>
          <w:smallCaps w:val="0"/>
          <w:strike w:val="0"/>
          <w:sz w:val="16"/>
          <w:u w:val="none"/>
        </w:rPr>
        <w:t>[</w:t>
      </w:r>
      <w:r>
        <w:rPr>
          <w:b w:val="0"/>
          <w:i w:val="0"/>
          <w:smallCaps w:val="0"/>
          <w:strike w:val="0"/>
          <w:sz w:val="16"/>
          <w:u w:val="none"/>
        </w:rPr>
        <w:t>Jeremiah</w:t>
      </w:r>
      <w:r>
        <w:rPr>
          <w:b w:val="0"/>
          <w:i w:val="0"/>
          <w:smallCaps w:val="0"/>
          <w:strike w:val="0"/>
          <w:sz w:val="16"/>
          <w:u w:val="none"/>
        </w:rPr>
        <w:t xml:space="preserve"> Buckley is </w:t>
      </w:r>
      <w:r>
        <w:rPr>
          <w:b w:val="0"/>
          <w:i w:val="0"/>
          <w:smallCaps w:val="0"/>
          <w:strike w:val="0"/>
          <w:sz w:val="16"/>
          <w:u w:val="none"/>
        </w:rPr>
        <w:t>a</w:t>
      </w:r>
      <w:r>
        <w:rPr>
          <w:b w:val="0"/>
          <w:i w:val="0"/>
          <w:smallCaps w:val="0"/>
          <w:strike w:val="0"/>
          <w:sz w:val="16"/>
          <w:u w:val="none"/>
        </w:rPr>
        <w:t xml:space="preserve"> a</w:t>
      </w:r>
      <w:r>
        <w:rPr>
          <w:b w:val="0"/>
          <w:i w:val="0"/>
          <w:smallCaps w:val="0"/>
          <w:strike w:val="0"/>
          <w:sz w:val="16"/>
          <w:u w:val="none"/>
        </w:rPr>
        <w:t>ttorney</w:t>
      </w:r>
      <w:r>
        <w:rPr>
          <w:b w:val="0"/>
          <w:i w:val="0"/>
          <w:smallCaps w:val="0"/>
          <w:strike w:val="0"/>
          <w:sz w:val="16"/>
          <w:u w:val="none"/>
        </w:rPr>
        <w:t xml:space="preserve"> </w:t>
      </w:r>
      <w:r>
        <w:rPr>
          <w:b w:val="0"/>
          <w:i w:val="0"/>
          <w:smallCaps w:val="0"/>
          <w:strike w:val="0"/>
          <w:sz w:val="16"/>
          <w:u w:val="none"/>
        </w:rPr>
        <w:t>specialist in analyzing Supreme Court cases; Amicus Curiae Brief, “Safeco Ins. Co. of America et al v. Charles Burr et al,”</w:t>
      </w:r>
      <w:r>
        <w:rPr>
          <w:b w:val="0"/>
          <w:i w:val="0"/>
          <w:smallCaps w:val="0"/>
          <w:strike w:val="0"/>
          <w:sz w:val="16"/>
          <w:u w:val="none"/>
        </w:rPr>
        <w:t xml:space="preserve"> 2006,</w:t>
      </w:r>
      <w:r>
        <w:rPr>
          <w:b w:val="0"/>
          <w:i w:val="0"/>
          <w:smallCaps w:val="0"/>
          <w:strike w:val="0"/>
          <w:sz w:val="16"/>
          <w:u w:val="none"/>
        </w:rPr>
        <w:t xml:space="preserve"> </w:t>
      </w:r>
      <w:r>
        <w:rPr>
          <w:b w:val="0"/>
          <w:i w:val="0"/>
          <w:smallCaps w:val="0"/>
          <w:strike w:val="0"/>
          <w:sz w:val="16"/>
          <w:u w:val="none"/>
        </w:rPr>
        <w:t>http://supreme.lp.findlaw.com/supreme_court/briefs/06-84/06-84.mer.ami.mica.pdf</w:t>
      </w:r>
      <w:r>
        <w:rPr>
          <w:b w:val="0"/>
          <w:i w:val="0"/>
          <w:smallCaps w:val="0"/>
          <w:strike w:val="0"/>
          <w:sz w:val="16"/>
          <w:u w:val="none"/>
        </w:rPr>
        <w:t>]</w:t>
      </w:r>
    </w:p>
    <w:p>
      <w:pPr>
        <w:spacing w:after="60"/>
      </w:pPr>
      <w:r>
        <w:rPr>
          <w:b w:val="0"/>
          <w:i w:val="0"/>
          <w:smallCaps w:val="0"/>
          <w:strike w:val="0"/>
          <w:sz w:val="16"/>
          <w:u w:val="none"/>
        </w:rPr>
        <w:t xml:space="preserve">First, the court said that </w:t>
      </w:r>
      <w:r>
        <w:rPr>
          <w:b w:val="0"/>
          <w:i w:val="0"/>
          <w:smallCaps w:val="0"/>
          <w:strike w:val="0"/>
          <w:sz w:val="22"/>
          <w:highlight w:val="cyan"/>
          <w:u w:val="single"/>
        </w:rPr>
        <w:t>the ordinary meaning of the word “increase” is “to make something greater,”</w:t>
      </w:r>
      <w:r>
        <w:rPr>
          <w:b w:val="0"/>
          <w:i w:val="0"/>
          <w:smallCaps w:val="0"/>
          <w:strike w:val="0"/>
          <w:sz w:val="16"/>
          <w:u w:val="none"/>
        </w:rPr>
        <w:t xml:space="preserve"> which it believed should </w:t>
      </w:r>
      <w:r>
        <w:rPr>
          <w:b w:val="0"/>
          <w:i w:val="0"/>
          <w:smallCaps w:val="0"/>
          <w:strike w:val="0"/>
          <w:sz w:val="22"/>
          <w:u w:val="single"/>
        </w:rPr>
        <w:t xml:space="preserve">not “be limited to cases in which a company raises the rate that an individual has </w:t>
      </w:r>
      <w:r>
        <w:rPr>
          <w:b w:val="0"/>
          <w:i w:val="0"/>
          <w:smallCaps w:val="0"/>
          <w:strike w:val="0"/>
          <w:sz w:val="22"/>
          <w:highlight w:val="cyan"/>
          <w:u w:val="single"/>
        </w:rPr>
        <w:t>previously been charged</w:t>
      </w:r>
      <w:r>
        <w:rPr>
          <w:b w:val="0"/>
          <w:i w:val="0"/>
          <w:smallCaps w:val="0"/>
          <w:strike w:val="0"/>
          <w:sz w:val="22"/>
          <w:u w:val="single"/>
        </w:rPr>
        <w:t>.”</w:t>
      </w:r>
      <w:r>
        <w:rPr>
          <w:b w:val="0"/>
          <w:i w:val="0"/>
          <w:smallCaps w:val="0"/>
          <w:strike w:val="0"/>
          <w:sz w:val="16"/>
          <w:u w:val="none"/>
        </w:rPr>
        <w:t xml:space="preserve">  435 F.3d at 1091. Yet the definition offered by the Ninth Circuit compels the opposite conclusion. Because “increase” means “to make something greater,” there must necessarily have been an existing premium, to which </w:t>
      </w:r>
      <w:r>
        <w:rPr>
          <w:b w:val="0"/>
          <w:i w:val="0"/>
          <w:smallCaps w:val="0"/>
          <w:strike w:val="0"/>
          <w:sz w:val="16"/>
          <w:u w:val="none"/>
        </w:rPr>
        <w:t>Edo’s  actual</w:t>
      </w:r>
      <w:r>
        <w:rPr>
          <w:b w:val="0"/>
          <w:i w:val="0"/>
          <w:smallCaps w:val="0"/>
          <w:strike w:val="0"/>
          <w:sz w:val="16"/>
          <w:u w:val="none"/>
        </w:rPr>
        <w:t xml:space="preserve"> premium may be compared, to determine whether an “increase” occurred. Congress could have provided that “</w:t>
      </w:r>
      <w:r>
        <w:rPr>
          <w:b w:val="0"/>
          <w:i w:val="0"/>
          <w:smallCaps w:val="0"/>
          <w:strike w:val="0"/>
          <w:sz w:val="22"/>
          <w:highlight w:val="cyan"/>
          <w:u w:val="single"/>
        </w:rPr>
        <w:t>ad-verse action</w:t>
      </w:r>
      <w:r>
        <w:rPr>
          <w:b w:val="0"/>
          <w:i w:val="0"/>
          <w:smallCaps w:val="0"/>
          <w:strike w:val="0"/>
          <w:sz w:val="22"/>
          <w:u w:val="single"/>
        </w:rPr>
        <w:t>”</w:t>
      </w:r>
      <w:r>
        <w:rPr>
          <w:b w:val="0"/>
          <w:i w:val="0"/>
          <w:smallCaps w:val="0"/>
          <w:strike w:val="0"/>
          <w:sz w:val="16"/>
          <w:u w:val="none"/>
        </w:rPr>
        <w:t xml:space="preserve"> in the insurance context means charging an amount greater than the optimal premium, but instead chose to define adverse action in terms of an “increase.”  That def-</w:t>
      </w:r>
      <w:r>
        <w:rPr>
          <w:b w:val="0"/>
          <w:i w:val="0"/>
          <w:smallCaps w:val="0"/>
          <w:strike w:val="0"/>
          <w:sz w:val="16"/>
          <w:u w:val="none"/>
        </w:rPr>
        <w:t>initional</w:t>
      </w:r>
      <w:r>
        <w:rPr>
          <w:b w:val="0"/>
          <w:i w:val="0"/>
          <w:smallCaps w:val="0"/>
          <w:strike w:val="0"/>
          <w:sz w:val="16"/>
          <w:u w:val="none"/>
        </w:rPr>
        <w:t xml:space="preserve"> choice must be respected, not ignored. See </w:t>
      </w:r>
      <w:r>
        <w:rPr>
          <w:b w:val="0"/>
          <w:i w:val="0"/>
          <w:smallCaps w:val="0"/>
          <w:strike w:val="0"/>
          <w:sz w:val="16"/>
          <w:u w:val="none"/>
        </w:rPr>
        <w:t>Colautti</w:t>
      </w:r>
      <w:r>
        <w:rPr>
          <w:b w:val="0"/>
          <w:i w:val="0"/>
          <w:smallCaps w:val="0"/>
          <w:strike w:val="0"/>
          <w:sz w:val="16"/>
          <w:u w:val="none"/>
        </w:rPr>
        <w:t xml:space="preserve"> v. Franklin, 439 U.S. 379, 392-93 n.10 (1979) (“[a] </w:t>
      </w:r>
      <w:r>
        <w:rPr>
          <w:b w:val="0"/>
          <w:i w:val="0"/>
          <w:smallCaps w:val="0"/>
          <w:strike w:val="0"/>
          <w:sz w:val="16"/>
          <w:u w:val="none"/>
        </w:rPr>
        <w:t>defin-ition</w:t>
      </w:r>
      <w:r>
        <w:rPr>
          <w:b w:val="0"/>
          <w:i w:val="0"/>
          <w:smallCaps w:val="0"/>
          <w:strike w:val="0"/>
          <w:sz w:val="16"/>
          <w:u w:val="none"/>
        </w:rPr>
        <w:t xml:space="preserve"> which declares what a term ‘means’ . . . </w:t>
      </w:r>
      <w:r>
        <w:rPr>
          <w:b w:val="0"/>
          <w:i w:val="0"/>
          <w:smallCaps w:val="0"/>
          <w:strike w:val="0"/>
          <w:sz w:val="22"/>
          <w:highlight w:val="cyan"/>
          <w:u w:val="single"/>
        </w:rPr>
        <w:t xml:space="preserve">excludes </w:t>
      </w:r>
      <w:r>
        <w:rPr>
          <w:b w:val="0"/>
          <w:i w:val="0"/>
          <w:smallCaps w:val="0"/>
          <w:strike w:val="0"/>
          <w:sz w:val="22"/>
          <w:highlight w:val="cyan"/>
          <w:u w:val="single"/>
        </w:rPr>
        <w:t>any  meaning</w:t>
      </w:r>
      <w:r>
        <w:rPr>
          <w:b w:val="0"/>
          <w:i w:val="0"/>
          <w:smallCaps w:val="0"/>
          <w:strike w:val="0"/>
          <w:sz w:val="22"/>
          <w:highlight w:val="cyan"/>
          <w:u w:val="single"/>
        </w:rPr>
        <w:t xml:space="preserve"> that is</w:t>
      </w:r>
      <w:r>
        <w:rPr>
          <w:b w:val="0"/>
          <w:i w:val="0"/>
          <w:smallCaps w:val="0"/>
          <w:strike w:val="0"/>
          <w:sz w:val="22"/>
          <w:u w:val="single"/>
        </w:rPr>
        <w:t xml:space="preserve"> not stated</w:t>
      </w:r>
      <w:r>
        <w:rPr>
          <w:b w:val="0"/>
          <w:i w:val="0"/>
          <w:smallCaps w:val="0"/>
          <w:strike w:val="0"/>
          <w:sz w:val="16"/>
          <w:u w:val="none"/>
        </w:rPr>
        <w:t>”). Next, the Ninth Circuit reasoned that because the Insurance Prong includes the words “existing or applied for,” Congress intended that an “increase in any charge” for insurance must “apply to all insurance transactions – from an initial policy of insurance to a renewal of a long-held policy.”   435 F.3d at 1091. This interpretation reads the words “</w:t>
      </w:r>
      <w:r>
        <w:rPr>
          <w:b w:val="0"/>
          <w:i w:val="0"/>
          <w:smallCaps w:val="0"/>
          <w:strike w:val="0"/>
          <w:sz w:val="22"/>
          <w:u w:val="single"/>
        </w:rPr>
        <w:t>exist-</w:t>
      </w:r>
      <w:r>
        <w:rPr>
          <w:b w:val="0"/>
          <w:i w:val="0"/>
          <w:smallCaps w:val="0"/>
          <w:strike w:val="0"/>
          <w:sz w:val="22"/>
          <w:u w:val="single"/>
        </w:rPr>
        <w:t>ing</w:t>
      </w:r>
      <w:r>
        <w:rPr>
          <w:b w:val="0"/>
          <w:i w:val="0"/>
          <w:smallCaps w:val="0"/>
          <w:strike w:val="0"/>
          <w:sz w:val="22"/>
          <w:u w:val="single"/>
        </w:rPr>
        <w:t xml:space="preserve"> or </w:t>
      </w:r>
      <w:r>
        <w:rPr>
          <w:b w:val="0"/>
          <w:i w:val="0"/>
          <w:smallCaps w:val="0"/>
          <w:strike w:val="0"/>
          <w:sz w:val="22"/>
          <w:highlight w:val="cyan"/>
          <w:u w:val="single"/>
        </w:rPr>
        <w:t>applied</w:t>
      </w:r>
      <w:r>
        <w:rPr>
          <w:b w:val="0"/>
          <w:i w:val="0"/>
          <w:smallCaps w:val="0"/>
          <w:strike w:val="0"/>
          <w:sz w:val="16"/>
          <w:u w:val="none"/>
        </w:rPr>
        <w:t xml:space="preserve"> for” in isolation. Other types of adverse action described in the Insurance Prong apply only to situations where a consumer had an existing policy of insurance, such as a “cancellation,” “reduction,” or “change” in insurance. Each of these forms of adverse action presupposes </w:t>
      </w:r>
      <w:r>
        <w:rPr>
          <w:b w:val="0"/>
          <w:i w:val="0"/>
          <w:smallCaps w:val="0"/>
          <w:strike w:val="0"/>
          <w:sz w:val="22"/>
          <w:highlight w:val="cyan"/>
          <w:u w:val="single"/>
        </w:rPr>
        <w:t>an already-existing policy</w:t>
      </w:r>
      <w:r>
        <w:rPr>
          <w:b w:val="0"/>
          <w:i w:val="0"/>
          <w:smallCaps w:val="0"/>
          <w:strike w:val="0"/>
          <w:sz w:val="16"/>
          <w:u w:val="none"/>
        </w:rPr>
        <w:t xml:space="preserve">, and under usual canons of statutory construction the </w:t>
      </w:r>
      <w:r>
        <w:rPr>
          <w:b w:val="0"/>
          <w:i w:val="0"/>
          <w:smallCaps w:val="0"/>
          <w:strike w:val="0"/>
          <w:sz w:val="22"/>
          <w:highlight w:val="cyan"/>
          <w:u w:val="single"/>
        </w:rPr>
        <w:t>term “increase” also should be</w:t>
      </w:r>
      <w:r>
        <w:rPr>
          <w:b w:val="0"/>
          <w:i w:val="0"/>
          <w:smallCaps w:val="0"/>
          <w:strike w:val="0"/>
          <w:sz w:val="16"/>
          <w:u w:val="none"/>
        </w:rPr>
        <w:t xml:space="preserve"> construed to apply to </w:t>
      </w:r>
      <w:r>
        <w:rPr>
          <w:b w:val="0"/>
          <w:i w:val="0"/>
          <w:smallCaps w:val="0"/>
          <w:strike w:val="0"/>
          <w:sz w:val="22"/>
          <w:highlight w:val="cyan"/>
          <w:u w:val="single"/>
        </w:rPr>
        <w:t>increases of</w:t>
      </w:r>
      <w:r>
        <w:rPr>
          <w:b w:val="0"/>
          <w:i w:val="0"/>
          <w:smallCaps w:val="0"/>
          <w:strike w:val="0"/>
          <w:sz w:val="22"/>
          <w:u w:val="single"/>
        </w:rPr>
        <w:t xml:space="preserve"> an already-</w:t>
      </w:r>
      <w:r>
        <w:rPr>
          <w:b w:val="0"/>
          <w:i w:val="0"/>
          <w:smallCaps w:val="0"/>
          <w:strike w:val="0"/>
          <w:sz w:val="22"/>
          <w:highlight w:val="cyan"/>
          <w:u w:val="single"/>
        </w:rPr>
        <w:t>existing policy</w:t>
      </w:r>
      <w:r>
        <w:rPr>
          <w:b w:val="0"/>
          <w:i w:val="0"/>
          <w:smallCaps w:val="0"/>
          <w:strike w:val="0"/>
          <w:sz w:val="16"/>
          <w:u w:val="none"/>
        </w:rPr>
        <w:t>. See Hibbs v. Winn, 542 U.S. 88, 101 (2004) (“a phrase gathers meaning from the words around it”) (citation omitted).</w:t>
      </w:r>
    </w:p>
    <w:p>
      <w:pPr>
        <w:pStyle w:val="Caption"/>
      </w:pPr>
      <w:r>
        <w:t>Source: Seizures Affirmative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