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w:t>
      </w:r>
      <w:r>
        <w:rPr>
          <w:b/>
          <w:i w:val="0"/>
          <w:smallCaps w:val="0"/>
          <w:strike w:val="0"/>
          <w:sz w:val="26"/>
          <w:u w:val="none"/>
        </w:rPr>
        <w:t xml:space="preserve">nvironment </w:t>
      </w:r>
      <w:r>
        <w:rPr>
          <w:b/>
          <w:i w:val="0"/>
          <w:smallCaps w:val="0"/>
          <w:strike w:val="0"/>
          <w:sz w:val="26"/>
          <w:u w:val="none"/>
        </w:rPr>
        <w:t>is</w:t>
      </w:r>
      <w:r>
        <w:rPr>
          <w:b/>
          <w:i w:val="0"/>
          <w:smallCaps w:val="0"/>
          <w:strike w:val="0"/>
          <w:sz w:val="26"/>
          <w:u w:val="none"/>
        </w:rPr>
        <w:t xml:space="preserve"> </w:t>
      </w:r>
      <w:r>
        <w:rPr>
          <w:b/>
          <w:i w:val="0"/>
          <w:smallCaps w:val="0"/>
          <w:strike w:val="0"/>
          <w:sz w:val="26"/>
          <w:u w:val="single"/>
        </w:rPr>
        <w:t>resilient</w:t>
      </w:r>
      <w:r>
        <w:rPr>
          <w:b/>
          <w:i w:val="0"/>
          <w:smallCaps w:val="0"/>
          <w:strike w:val="0"/>
          <w:sz w:val="26"/>
          <w:u w:val="none"/>
        </w:rPr>
        <w:t xml:space="preserve">. </w:t>
      </w:r>
    </w:p>
    <w:p>
      <w:pPr>
        <w:spacing w:after="80"/>
      </w:pPr>
      <w:r>
        <w:rPr>
          <w:b/>
          <w:i w:val="0"/>
          <w:smallCaps w:val="0"/>
          <w:strike w:val="0"/>
          <w:sz w:val="26"/>
          <w:u w:val="none"/>
        </w:rPr>
        <w:t xml:space="preserve">Bailey ’20 </w:t>
      </w:r>
      <w:r>
        <w:rPr>
          <w:b w:val="0"/>
          <w:i w:val="0"/>
          <w:smallCaps w:val="0"/>
          <w:strike w:val="0"/>
          <w:u w:val="none"/>
        </w:rPr>
        <w:t xml:space="preserve">[Ronald; August 1; Science Correspondent at Reason, Member of the Society of Environmental Journalists and the American Society for Bioethics and Humanities; Reason Magazine, “The Global Environmental Apocalypse Has Been Canceled,” </w:t>
      </w:r>
      <w:r>
        <w:rPr>
          <w:b w:val="0"/>
          <w:i w:val="0"/>
          <w:smallCaps w:val="0"/>
          <w:strike w:val="0"/>
          <w:u w:val="none"/>
        </w:rPr>
        <w:t>https://reason.com/2020/08/01/the-global-environmental-apocalypse-has-been-canceled/</w:t>
      </w:r>
      <w:r>
        <w:rPr>
          <w:b w:val="0"/>
          <w:i w:val="0"/>
          <w:smallCaps w:val="0"/>
          <w:strike w:val="0"/>
          <w:u w:val="none"/>
        </w:rPr>
        <w:t>]</w:t>
      </w:r>
    </w:p>
    <w:p>
      <w:pPr>
        <w:spacing w:after="60"/>
      </w:pPr>
      <w:r>
        <w:rPr>
          <w:b w:val="0"/>
          <w:i w:val="0"/>
          <w:smallCaps w:val="0"/>
          <w:strike w:val="0"/>
          <w:sz w:val="22"/>
          <w:highlight w:val="cyan"/>
          <w:u w:val="single"/>
        </w:rPr>
        <w:t>According to</w:t>
      </w:r>
      <w:r>
        <w:rPr>
          <w:b w:val="0"/>
          <w:i w:val="0"/>
          <w:smallCaps w:val="0"/>
          <w:strike w:val="0"/>
          <w:sz w:val="16"/>
          <w:u w:val="none"/>
        </w:rPr>
        <w:t xml:space="preserve"> these </w:t>
      </w:r>
      <w:r>
        <w:rPr>
          <w:b w:val="0"/>
          <w:i w:val="0"/>
          <w:smallCaps w:val="0"/>
          <w:strike w:val="0"/>
          <w:sz w:val="22"/>
          <w:highlight w:val="cyan"/>
          <w:u w:val="single"/>
        </w:rPr>
        <w:t>activists</w:t>
      </w:r>
      <w:r>
        <w:rPr>
          <w:b w:val="0"/>
          <w:i w:val="0"/>
          <w:smallCaps w:val="0"/>
          <w:strike w:val="0"/>
          <w:sz w:val="16"/>
          <w:u w:val="none"/>
        </w:rPr>
        <w:t xml:space="preserve"> and politicians, </w:t>
      </w:r>
      <w:r>
        <w:rPr>
          <w:b w:val="0"/>
          <w:i w:val="0"/>
          <w:smallCaps w:val="0"/>
          <w:strike w:val="0"/>
          <w:sz w:val="22"/>
          <w:u w:val="single"/>
        </w:rPr>
        <w:t xml:space="preserve">humanity is beset on all sides by </w:t>
      </w:r>
      <w:r>
        <w:rPr>
          <w:b w:val="0"/>
          <w:i w:val="0"/>
          <w:smallCaps w:val="0"/>
          <w:strike w:val="0"/>
          <w:sz w:val="22"/>
          <w:highlight w:val="cyan"/>
          <w:u w:val="single"/>
        </w:rPr>
        <w:t>catastrophes</w:t>
      </w:r>
      <w:r>
        <w:rPr>
          <w:b w:val="0"/>
          <w:i w:val="0"/>
          <w:smallCaps w:val="0"/>
          <w:strike w:val="0"/>
          <w:sz w:val="22"/>
          <w:u w:val="single"/>
        </w:rPr>
        <w:t xml:space="preserve"> that </w:t>
      </w:r>
      <w:r>
        <w:rPr>
          <w:b w:val="0"/>
          <w:i w:val="0"/>
          <w:smallCaps w:val="0"/>
          <w:strike w:val="0"/>
          <w:sz w:val="22"/>
          <w:highlight w:val="cyan"/>
          <w:u w:val="single"/>
        </w:rPr>
        <w:t xml:space="preserve">could </w:t>
      </w:r>
      <w:r>
        <w:rPr>
          <w:b/>
          <w:i w:val="0"/>
          <w:smallCaps w:val="0"/>
          <w:strike w:val="0"/>
          <w:sz w:val="22"/>
          <w:highlight w:val="cyan"/>
          <w:u w:val="single"/>
        </w:rPr>
        <w:t>kill</w:t>
      </w:r>
      <w:r>
        <w:rPr>
          <w:b/>
          <w:i w:val="0"/>
          <w:smallCaps w:val="0"/>
          <w:strike w:val="0"/>
          <w:sz w:val="22"/>
          <w:u w:val="single"/>
        </w:rPr>
        <w:t xml:space="preserve"> off </w:t>
      </w:r>
      <w:r>
        <w:rPr>
          <w:b/>
          <w:i w:val="0"/>
          <w:smallCaps w:val="0"/>
          <w:strike w:val="0"/>
          <w:sz w:val="22"/>
          <w:highlight w:val="cyan"/>
          <w:u w:val="single"/>
        </w:rPr>
        <w:t>civilization</w:t>
      </w:r>
      <w:r>
        <w:rPr>
          <w:b w:val="0"/>
          <w:i w:val="0"/>
          <w:smallCaps w:val="0"/>
          <w:strike w:val="0"/>
          <w:sz w:val="16"/>
          <w:u w:val="none"/>
        </w:rPr>
        <w:t xml:space="preserve">, and maybe even our species. </w:t>
      </w:r>
      <w:r>
        <w:rPr>
          <w:b w:val="0"/>
          <w:i w:val="0"/>
          <w:smallCaps w:val="0"/>
          <w:strike w:val="0"/>
          <w:sz w:val="22"/>
          <w:u w:val="single"/>
        </w:rPr>
        <w:t>Are they right?</w:t>
      </w:r>
    </w:p>
    <w:p>
      <w:pPr>
        <w:spacing w:after="60"/>
      </w:pPr>
      <w:r>
        <w:rPr>
          <w:b w:val="0"/>
          <w:i w:val="0"/>
          <w:smallCaps w:val="0"/>
          <w:strike w:val="0"/>
          <w:sz w:val="16"/>
          <w:u w:val="none"/>
        </w:rPr>
        <w:t xml:space="preserve">Absolutely not, answers the longtime environmental activist Michael </w:t>
      </w:r>
      <w:r>
        <w:rPr>
          <w:b w:val="0"/>
          <w:i w:val="0"/>
          <w:smallCaps w:val="0"/>
          <w:strike w:val="0"/>
          <w:sz w:val="16"/>
          <w:u w:val="none"/>
        </w:rPr>
        <w:t>Shellenberger</w:t>
      </w:r>
      <w:r>
        <w:rPr>
          <w:b w:val="0"/>
          <w:i w:val="0"/>
          <w:smallCaps w:val="0"/>
          <w:strike w:val="0"/>
          <w:sz w:val="16"/>
          <w:u w:val="none"/>
        </w:rPr>
        <w:t xml:space="preserve"> in an engaging new book, Apocalypse Never: Why Environmental Alarmism Hurts Us All. "</w:t>
      </w:r>
      <w:r>
        <w:rPr>
          <w:b w:val="0"/>
          <w:i w:val="0"/>
          <w:smallCaps w:val="0"/>
          <w:strike w:val="0"/>
          <w:sz w:val="22"/>
          <w:highlight w:val="cyan"/>
          <w:u w:val="single"/>
        </w:rPr>
        <w:t>Much</w:t>
      </w:r>
      <w:r>
        <w:rPr>
          <w:b w:val="0"/>
          <w:i w:val="0"/>
          <w:smallCaps w:val="0"/>
          <w:strike w:val="0"/>
          <w:sz w:val="22"/>
          <w:u w:val="single"/>
        </w:rPr>
        <w:t xml:space="preserve"> of what people are being told about the environment</w:t>
      </w:r>
      <w:r>
        <w:rPr>
          <w:b w:val="0"/>
          <w:i w:val="0"/>
          <w:smallCaps w:val="0"/>
          <w:strike w:val="0"/>
          <w:sz w:val="16"/>
          <w:u w:val="none"/>
        </w:rPr>
        <w:t xml:space="preserve">, including the climate, </w:t>
      </w:r>
      <w:r>
        <w:rPr>
          <w:b w:val="0"/>
          <w:i w:val="0"/>
          <w:smallCaps w:val="0"/>
          <w:strike w:val="0"/>
          <w:sz w:val="22"/>
          <w:highlight w:val="cyan"/>
          <w:u w:val="single"/>
        </w:rPr>
        <w:t xml:space="preserve">is </w:t>
      </w:r>
      <w:r>
        <w:rPr>
          <w:b/>
          <w:i w:val="0"/>
          <w:smallCaps w:val="0"/>
          <w:strike w:val="0"/>
          <w:sz w:val="22"/>
          <w:highlight w:val="cyan"/>
          <w:u w:val="single"/>
        </w:rPr>
        <w:t>wrong</w:t>
      </w:r>
      <w:r>
        <w:rPr>
          <w:b w:val="0"/>
          <w:i w:val="0"/>
          <w:smallCaps w:val="0"/>
          <w:strike w:val="0"/>
          <w:sz w:val="16"/>
          <w:u w:val="none"/>
        </w:rPr>
        <w:t xml:space="preserve">, and we desperately need to get it right," he writes. "I decided to write Apocalypse Never after getting fed up with </w:t>
      </w:r>
      <w:r>
        <w:rPr>
          <w:b w:val="0"/>
          <w:i w:val="0"/>
          <w:smallCaps w:val="0"/>
          <w:strike w:val="0"/>
          <w:sz w:val="22"/>
          <w:u w:val="single"/>
        </w:rPr>
        <w:t xml:space="preserve">the </w:t>
      </w:r>
      <w:r>
        <w:rPr>
          <w:b/>
          <w:i w:val="0"/>
          <w:smallCaps w:val="0"/>
          <w:strike w:val="0"/>
          <w:sz w:val="22"/>
          <w:highlight w:val="cyan"/>
          <w:u w:val="single"/>
        </w:rPr>
        <w:t>exaggeration</w:t>
      </w:r>
      <w:r>
        <w:rPr>
          <w:b w:val="0"/>
          <w:i w:val="0"/>
          <w:smallCaps w:val="0"/>
          <w:strike w:val="0"/>
          <w:sz w:val="22"/>
          <w:u w:val="single"/>
        </w:rPr>
        <w:t xml:space="preserve">, </w:t>
      </w:r>
      <w:r>
        <w:rPr>
          <w:b/>
          <w:i w:val="0"/>
          <w:smallCaps w:val="0"/>
          <w:strike w:val="0"/>
          <w:sz w:val="22"/>
          <w:u w:val="single"/>
        </w:rPr>
        <w:t>alarmism</w:t>
      </w:r>
      <w:r>
        <w:rPr>
          <w:b w:val="0"/>
          <w:i w:val="0"/>
          <w:smallCaps w:val="0"/>
          <w:strike w:val="0"/>
          <w:sz w:val="16"/>
          <w:u w:val="none"/>
        </w:rPr>
        <w:t xml:space="preserve">, and extremism that </w:t>
      </w:r>
      <w:r>
        <w:rPr>
          <w:b w:val="0"/>
          <w:i w:val="0"/>
          <w:smallCaps w:val="0"/>
          <w:strike w:val="0"/>
          <w:sz w:val="22"/>
          <w:u w:val="single"/>
        </w:rPr>
        <w:t>are the enemy of</w:t>
      </w:r>
      <w:r>
        <w:rPr>
          <w:b w:val="0"/>
          <w:i w:val="0"/>
          <w:smallCaps w:val="0"/>
          <w:strike w:val="0"/>
          <w:sz w:val="16"/>
          <w:u w:val="none"/>
        </w:rPr>
        <w:t xml:space="preserve"> positive, humanistic, and </w:t>
      </w:r>
      <w:r>
        <w:rPr>
          <w:b w:val="0"/>
          <w:i w:val="0"/>
          <w:smallCaps w:val="0"/>
          <w:strike w:val="0"/>
          <w:sz w:val="22"/>
          <w:u w:val="single"/>
        </w:rPr>
        <w:t>rational environmentalism</w:t>
      </w:r>
      <w:r>
        <w:rPr>
          <w:b w:val="0"/>
          <w:i w:val="0"/>
          <w:smallCaps w:val="0"/>
          <w:strike w:val="0"/>
          <w:sz w:val="16"/>
          <w:u w:val="none"/>
        </w:rPr>
        <w:t xml:space="preserve">." While fully acknowledging that significant global </w:t>
      </w:r>
      <w:r>
        <w:rPr>
          <w:b/>
          <w:i w:val="0"/>
          <w:smallCaps w:val="0"/>
          <w:strike w:val="0"/>
          <w:sz w:val="22"/>
          <w:highlight w:val="cyan"/>
          <w:u w:val="single"/>
        </w:rPr>
        <w:t>environmental problems</w:t>
      </w:r>
      <w:r>
        <w:rPr>
          <w:b w:val="0"/>
          <w:i w:val="0"/>
          <w:smallCaps w:val="0"/>
          <w:strike w:val="0"/>
          <w:sz w:val="16"/>
          <w:u w:val="none"/>
        </w:rPr>
        <w:t xml:space="preserve"> exist, </w:t>
      </w:r>
      <w:r>
        <w:rPr>
          <w:b w:val="0"/>
          <w:i w:val="0"/>
          <w:smallCaps w:val="0"/>
          <w:strike w:val="0"/>
          <w:sz w:val="16"/>
          <w:u w:val="none"/>
        </w:rPr>
        <w:t>Shellenberger</w:t>
      </w:r>
      <w:r>
        <w:rPr>
          <w:b w:val="0"/>
          <w:i w:val="0"/>
          <w:smallCaps w:val="0"/>
          <w:strike w:val="0"/>
          <w:sz w:val="16"/>
          <w:u w:val="none"/>
        </w:rPr>
        <w:t xml:space="preserve"> argues that they </w:t>
      </w:r>
      <w:r>
        <w:rPr>
          <w:b/>
          <w:i w:val="0"/>
          <w:smallCaps w:val="0"/>
          <w:strike w:val="0"/>
          <w:sz w:val="22"/>
          <w:highlight w:val="cyan"/>
          <w:u w:val="single"/>
        </w:rPr>
        <w:t>do not constitute</w:t>
      </w:r>
      <w:r>
        <w:rPr>
          <w:b/>
          <w:i w:val="0"/>
          <w:smallCaps w:val="0"/>
          <w:strike w:val="0"/>
          <w:sz w:val="22"/>
          <w:u w:val="single"/>
        </w:rPr>
        <w:t xml:space="preserve"> inexorable </w:t>
      </w:r>
      <w:r>
        <w:rPr>
          <w:b/>
          <w:i w:val="0"/>
          <w:smallCaps w:val="0"/>
          <w:strike w:val="0"/>
          <w:sz w:val="22"/>
          <w:highlight w:val="cyan"/>
          <w:u w:val="single"/>
        </w:rPr>
        <w:t>existential threats</w:t>
      </w:r>
      <w:r>
        <w:rPr>
          <w:b w:val="0"/>
          <w:i w:val="0"/>
          <w:smallCaps w:val="0"/>
          <w:strike w:val="0"/>
          <w:sz w:val="16"/>
          <w:u w:val="none"/>
        </w:rPr>
        <w:t xml:space="preserve">. Economic </w:t>
      </w:r>
      <w:r>
        <w:rPr>
          <w:b w:val="0"/>
          <w:i w:val="0"/>
          <w:smallCaps w:val="0"/>
          <w:strike w:val="0"/>
          <w:sz w:val="22"/>
          <w:highlight w:val="cyan"/>
          <w:u w:val="single"/>
        </w:rPr>
        <w:t xml:space="preserve">growth and </w:t>
      </w:r>
      <w:r>
        <w:rPr>
          <w:b/>
          <w:i w:val="0"/>
          <w:smallCaps w:val="0"/>
          <w:strike w:val="0"/>
          <w:sz w:val="22"/>
          <w:highlight w:val="cyan"/>
          <w:u w:val="single"/>
        </w:rPr>
        <w:t>tech</w:t>
      </w:r>
      <w:r>
        <w:rPr>
          <w:b w:val="0"/>
          <w:i w:val="0"/>
          <w:smallCaps w:val="0"/>
          <w:strike w:val="0"/>
          <w:sz w:val="16"/>
          <w:u w:val="none"/>
        </w:rPr>
        <w:t xml:space="preserve">nological </w:t>
      </w:r>
      <w:r>
        <w:rPr>
          <w:b w:val="0"/>
          <w:i w:val="0"/>
          <w:smallCaps w:val="0"/>
          <w:strike w:val="0"/>
          <w:sz w:val="22"/>
          <w:highlight w:val="cyan"/>
          <w:u w:val="single"/>
        </w:rPr>
        <w:t>progress</w:t>
      </w:r>
      <w:r>
        <w:rPr>
          <w:b w:val="0"/>
          <w:i w:val="0"/>
          <w:smallCaps w:val="0"/>
          <w:strike w:val="0"/>
          <w:sz w:val="16"/>
          <w:u w:val="none"/>
        </w:rPr>
        <w:t xml:space="preserve">, he says, </w:t>
      </w:r>
      <w:r>
        <w:rPr>
          <w:b w:val="0"/>
          <w:i w:val="0"/>
          <w:smallCaps w:val="0"/>
          <w:strike w:val="0"/>
          <w:sz w:val="22"/>
          <w:u w:val="single"/>
        </w:rPr>
        <w:t xml:space="preserve">can </w:t>
      </w:r>
      <w:r>
        <w:rPr>
          <w:b w:val="0"/>
          <w:i w:val="0"/>
          <w:smallCaps w:val="0"/>
          <w:strike w:val="0"/>
          <w:sz w:val="22"/>
          <w:highlight w:val="cyan"/>
          <w:u w:val="single"/>
        </w:rPr>
        <w:t>ameliorate them</w:t>
      </w:r>
      <w:r>
        <w:rPr>
          <w:b w:val="0"/>
          <w:i w:val="0"/>
          <w:smallCaps w:val="0"/>
          <w:strike w:val="0"/>
          <w:sz w:val="16"/>
          <w:u w:val="none"/>
        </w:rPr>
        <w:t>.</w:t>
      </w:r>
    </w:p>
    <w:p>
      <w:pPr>
        <w:spacing w:after="60"/>
      </w:pPr>
      <w:r>
        <w:rPr>
          <w:b w:val="0"/>
          <w:i w:val="0"/>
          <w:smallCaps w:val="0"/>
          <w:strike w:val="0"/>
          <w:sz w:val="16"/>
          <w:u w:val="none"/>
        </w:rPr>
        <w:t>Shellenberger's</w:t>
      </w:r>
      <w:r>
        <w:rPr>
          <w:b w:val="0"/>
          <w:i w:val="0"/>
          <w:smallCaps w:val="0"/>
          <w:strike w:val="0"/>
          <w:sz w:val="16"/>
          <w:u w:val="none"/>
        </w:rPr>
        <w:t xml:space="preserve"> analysis relies on largely uncontroversial mainstream science, including reports from the Intergovernmental Panel on Climate Change (IPCC) and the Food and Agriculture Organization. And as a longstanding activist, </w:t>
      </w:r>
      <w:r>
        <w:rPr>
          <w:b w:val="0"/>
          <w:i w:val="0"/>
          <w:smallCaps w:val="0"/>
          <w:strike w:val="0"/>
          <w:sz w:val="16"/>
          <w:u w:val="none"/>
        </w:rPr>
        <w:t>Shellenberger</w:t>
      </w:r>
      <w:r>
        <w:rPr>
          <w:b w:val="0"/>
          <w:i w:val="0"/>
          <w:smallCaps w:val="0"/>
          <w:strike w:val="0"/>
          <w:sz w:val="16"/>
          <w:u w:val="none"/>
        </w:rPr>
        <w:t xml:space="preserve"> is in a good position to parse the motives behind the purveyors of doom.</w:t>
      </w:r>
    </w:p>
    <w:p>
      <w:pPr>
        <w:spacing w:after="60"/>
      </w:pPr>
      <w:r>
        <w:rPr>
          <w:b w:val="0"/>
          <w:i w:val="0"/>
          <w:smallCaps w:val="0"/>
          <w:strike w:val="0"/>
          <w:sz w:val="16"/>
          <w:u w:val="none"/>
        </w:rPr>
        <w:t>Shellenberger's</w:t>
      </w:r>
      <w:r>
        <w:rPr>
          <w:b w:val="0"/>
          <w:i w:val="0"/>
          <w:smallCaps w:val="0"/>
          <w:strike w:val="0"/>
          <w:sz w:val="16"/>
          <w:u w:val="none"/>
        </w:rPr>
        <w:t xml:space="preserve"> activism is the real deal. To raise a donation to the Rainforest Action Network, he charged his friends $5 to attend his 16th birthday party. At 17 he went to Nicaragua to experience the Sandinista revolution. In the 1990s he worked with the Landless Workers' Movement in Brazil.</w:t>
      </w:r>
    </w:p>
    <w:p>
      <w:pPr>
        <w:spacing w:after="60"/>
      </w:pPr>
      <w:r>
        <w:rPr>
          <w:b w:val="0"/>
          <w:i w:val="0"/>
          <w:smallCaps w:val="0"/>
          <w:strike w:val="0"/>
          <w:sz w:val="16"/>
          <w:u w:val="none"/>
        </w:rPr>
        <w:t xml:space="preserve">In 2003, </w:t>
      </w:r>
      <w:r>
        <w:rPr>
          <w:b w:val="0"/>
          <w:i w:val="0"/>
          <w:smallCaps w:val="0"/>
          <w:strike w:val="0"/>
          <w:sz w:val="16"/>
          <w:u w:val="none"/>
        </w:rPr>
        <w:t>Shellenberger</w:t>
      </w:r>
      <w:r>
        <w:rPr>
          <w:b w:val="0"/>
          <w:i w:val="0"/>
          <w:smallCaps w:val="0"/>
          <w:strike w:val="0"/>
          <w:sz w:val="16"/>
          <w:u w:val="none"/>
        </w:rPr>
        <w:t xml:space="preserve"> and allies launched the New Apollo Project to jumpstart a no-carbon energy revolution over the next 10 years. In 2008, Time named him "A Hero of the Environment." He co-founded the ecomodernist Breakthrough Institute, which advocates the use of advanced technologies such as nuclear power and agricultural biotechnology to decouple the economy from the ecology, allowing both humanity and the natural world to flourish. More recently, he founded Environmental Progress, which campaigns for, among other things, the deployment of clean modern nuclear power. He is an invited expert reviewer of the Intergovernmental Panel on Climate Change's next assessment report.</w:t>
      </w:r>
    </w:p>
    <w:p>
      <w:pPr>
        <w:spacing w:after="60"/>
      </w:pPr>
      <w:r>
        <w:rPr>
          <w:b w:val="0"/>
          <w:i w:val="0"/>
          <w:smallCaps w:val="0"/>
          <w:strike w:val="0"/>
          <w:sz w:val="16"/>
          <w:u w:val="none"/>
        </w:rPr>
        <w:t>Ohio Passes Controversial Conscience Clause for Doctors</w:t>
      </w:r>
    </w:p>
    <w:p>
      <w:pPr>
        <w:spacing w:after="60"/>
      </w:pPr>
      <w:r>
        <w:rPr>
          <w:b w:val="0"/>
          <w:i w:val="0"/>
          <w:smallCaps w:val="0"/>
          <w:strike w:val="0"/>
          <w:sz w:val="16"/>
          <w:u w:val="none"/>
        </w:rPr>
        <w:t>So</w:t>
      </w:r>
      <w:r>
        <w:rPr>
          <w:b w:val="0"/>
          <w:i w:val="0"/>
          <w:smallCaps w:val="0"/>
          <w:strike w:val="0"/>
          <w:sz w:val="16"/>
          <w:u w:val="none"/>
        </w:rPr>
        <w:t xml:space="preserve"> what does he say about climate change? "On behalf of environmentalists everywhere, I would like to formally apologize for the climate scare we created over the last 30 years," he wrote in an essay to promote his new book. "</w:t>
      </w:r>
      <w:r>
        <w:rPr>
          <w:b w:val="0"/>
          <w:i w:val="0"/>
          <w:smallCaps w:val="0"/>
          <w:strike w:val="0"/>
          <w:sz w:val="22"/>
          <w:highlight w:val="cyan"/>
          <w:u w:val="single"/>
        </w:rPr>
        <w:t>Climate</w:t>
      </w:r>
      <w:r>
        <w:rPr>
          <w:b w:val="0"/>
          <w:i w:val="0"/>
          <w:smallCaps w:val="0"/>
          <w:strike w:val="0"/>
          <w:sz w:val="22"/>
          <w:u w:val="single"/>
        </w:rPr>
        <w:t xml:space="preserve"> change </w:t>
      </w:r>
      <w:r>
        <w:rPr>
          <w:b w:val="0"/>
          <w:i w:val="0"/>
          <w:smallCaps w:val="0"/>
          <w:strike w:val="0"/>
          <w:sz w:val="22"/>
          <w:highlight w:val="cyan"/>
          <w:u w:val="single"/>
        </w:rPr>
        <w:t>is</w:t>
      </w:r>
      <w:r>
        <w:rPr>
          <w:b w:val="0"/>
          <w:i w:val="0"/>
          <w:smallCaps w:val="0"/>
          <w:strike w:val="0"/>
          <w:sz w:val="22"/>
          <w:u w:val="single"/>
        </w:rPr>
        <w:t xml:space="preserve"> happening. It's just </w:t>
      </w:r>
      <w:r>
        <w:rPr>
          <w:b/>
          <w:i w:val="0"/>
          <w:smallCaps w:val="0"/>
          <w:strike w:val="0"/>
          <w:sz w:val="22"/>
          <w:highlight w:val="cyan"/>
          <w:u w:val="single"/>
        </w:rPr>
        <w:t>not the end of the world</w:t>
      </w:r>
      <w:r>
        <w:rPr>
          <w:b w:val="0"/>
          <w:i w:val="0"/>
          <w:smallCaps w:val="0"/>
          <w:strike w:val="0"/>
          <w:sz w:val="16"/>
          <w:u w:val="none"/>
        </w:rPr>
        <w:t>. It's not even our most serious environmental problem." Needless to say, there are environmentalists everywhere who do not believe they have anything to apologize for. A group of six researchers assembled by the widely respected Climate Feedback fact-checking consortium rated his article as having low scientific credibility.</w:t>
      </w:r>
    </w:p>
    <w:p>
      <w:pPr>
        <w:spacing w:after="60"/>
      </w:pPr>
      <w:r>
        <w:rPr>
          <w:b w:val="0"/>
          <w:i w:val="0"/>
          <w:smallCaps w:val="0"/>
          <w:strike w:val="0"/>
          <w:sz w:val="16"/>
          <w:u w:val="none"/>
        </w:rPr>
        <w:t>Shellenberger</w:t>
      </w:r>
      <w:r>
        <w:rPr>
          <w:b w:val="0"/>
          <w:i w:val="0"/>
          <w:smallCaps w:val="0"/>
          <w:strike w:val="0"/>
          <w:sz w:val="16"/>
          <w:u w:val="none"/>
        </w:rPr>
        <w:t xml:space="preserve"> doesn't devote much of Apocalypse Never to the science behind man-made climate change. He basically accepts the consensus that it's a significant problem and instead focuses on various claims about the harms it is supposedly already causing. In that promotional essay, he argues that (1) </w:t>
      </w:r>
      <w:r>
        <w:rPr>
          <w:b w:val="0"/>
          <w:i w:val="0"/>
          <w:smallCaps w:val="0"/>
          <w:strike w:val="0"/>
          <w:sz w:val="22"/>
          <w:highlight w:val="cyan"/>
          <w:u w:val="single"/>
        </w:rPr>
        <w:t>human[s]</w:t>
      </w:r>
      <w:r>
        <w:rPr>
          <w:b w:val="0"/>
          <w:i w:val="0"/>
          <w:smallCaps w:val="0"/>
          <w:strike w:val="0"/>
          <w:sz w:val="22"/>
          <w:u w:val="single"/>
        </w:rPr>
        <w:t xml:space="preserve"> being </w:t>
      </w:r>
      <w:r>
        <w:rPr>
          <w:b w:val="0"/>
          <w:i w:val="0"/>
          <w:smallCaps w:val="0"/>
          <w:strike w:val="0"/>
          <w:sz w:val="22"/>
          <w:highlight w:val="cyan"/>
          <w:u w:val="single"/>
        </w:rPr>
        <w:t xml:space="preserve">are </w:t>
      </w:r>
      <w:r>
        <w:rPr>
          <w:b/>
          <w:i w:val="0"/>
          <w:smallCaps w:val="0"/>
          <w:strike w:val="0"/>
          <w:sz w:val="22"/>
          <w:highlight w:val="cyan"/>
          <w:u w:val="single"/>
        </w:rPr>
        <w:t>not</w:t>
      </w:r>
      <w:r>
        <w:rPr>
          <w:b w:val="0"/>
          <w:i w:val="0"/>
          <w:smallCaps w:val="0"/>
          <w:strike w:val="0"/>
          <w:sz w:val="22"/>
          <w:highlight w:val="cyan"/>
          <w:u w:val="single"/>
        </w:rPr>
        <w:t xml:space="preserve"> causing</w:t>
      </w:r>
      <w:r>
        <w:rPr>
          <w:b w:val="0"/>
          <w:i w:val="0"/>
          <w:smallCaps w:val="0"/>
          <w:strike w:val="0"/>
          <w:sz w:val="22"/>
          <w:u w:val="single"/>
        </w:rPr>
        <w:t xml:space="preserve"> a </w:t>
      </w:r>
      <w:r>
        <w:rPr>
          <w:b/>
          <w:i w:val="0"/>
          <w:smallCaps w:val="0"/>
          <w:strike w:val="0"/>
          <w:sz w:val="22"/>
          <w:u w:val="single"/>
        </w:rPr>
        <w:t xml:space="preserve">"sixth </w:t>
      </w:r>
      <w:r>
        <w:rPr>
          <w:b/>
          <w:i w:val="0"/>
          <w:smallCaps w:val="0"/>
          <w:strike w:val="0"/>
          <w:sz w:val="22"/>
          <w:highlight w:val="cyan"/>
          <w:u w:val="single"/>
        </w:rPr>
        <w:t>mass extinction</w:t>
      </w:r>
      <w:r>
        <w:rPr>
          <w:b/>
          <w:i w:val="0"/>
          <w:smallCaps w:val="0"/>
          <w:strike w:val="0"/>
          <w:sz w:val="22"/>
          <w:u w:val="single"/>
        </w:rPr>
        <w:t>,"</w:t>
      </w:r>
      <w:r>
        <w:rPr>
          <w:b w:val="0"/>
          <w:i w:val="0"/>
          <w:smallCaps w:val="0"/>
          <w:strike w:val="0"/>
          <w:sz w:val="16"/>
          <w:u w:val="none"/>
        </w:rPr>
        <w:t xml:space="preserve"> (2) </w:t>
      </w:r>
      <w:r>
        <w:rPr>
          <w:b w:val="0"/>
          <w:i w:val="0"/>
          <w:smallCaps w:val="0"/>
          <w:strike w:val="0"/>
          <w:sz w:val="22"/>
          <w:u w:val="single"/>
        </w:rPr>
        <w:t xml:space="preserve">the </w:t>
      </w:r>
      <w:r>
        <w:rPr>
          <w:b w:val="0"/>
          <w:i w:val="0"/>
          <w:smallCaps w:val="0"/>
          <w:strike w:val="0"/>
          <w:sz w:val="22"/>
          <w:highlight w:val="cyan"/>
          <w:u w:val="single"/>
        </w:rPr>
        <w:t>Amazon</w:t>
      </w:r>
      <w:r>
        <w:rPr>
          <w:b w:val="0"/>
          <w:i w:val="0"/>
          <w:smallCaps w:val="0"/>
          <w:strike w:val="0"/>
          <w:sz w:val="22"/>
          <w:u w:val="single"/>
        </w:rPr>
        <w:t xml:space="preserve"> rainforests </w:t>
      </w:r>
      <w:r>
        <w:rPr>
          <w:b w:val="0"/>
          <w:i w:val="0"/>
          <w:smallCaps w:val="0"/>
          <w:strike w:val="0"/>
          <w:sz w:val="22"/>
          <w:highlight w:val="cyan"/>
          <w:u w:val="single"/>
        </w:rPr>
        <w:t>are not the "lungs</w:t>
      </w:r>
      <w:r>
        <w:rPr>
          <w:b w:val="0"/>
          <w:i w:val="0"/>
          <w:smallCaps w:val="0"/>
          <w:strike w:val="0"/>
          <w:sz w:val="22"/>
          <w:u w:val="single"/>
        </w:rPr>
        <w:t xml:space="preserve"> of the world,"</w:t>
      </w:r>
      <w:r>
        <w:rPr>
          <w:b w:val="0"/>
          <w:i w:val="0"/>
          <w:smallCaps w:val="0"/>
          <w:strike w:val="0"/>
          <w:sz w:val="16"/>
          <w:u w:val="none"/>
        </w:rPr>
        <w:t xml:space="preserve"> (3) </w:t>
      </w:r>
      <w:r>
        <w:rPr>
          <w:b w:val="0"/>
          <w:i w:val="0"/>
          <w:smallCaps w:val="0"/>
          <w:strike w:val="0"/>
          <w:sz w:val="22"/>
          <w:u w:val="single"/>
        </w:rPr>
        <w:t>climate change is not making natural disasters worse, and</w:t>
      </w:r>
      <w:r>
        <w:rPr>
          <w:b w:val="0"/>
          <w:i w:val="0"/>
          <w:smallCaps w:val="0"/>
          <w:strike w:val="0"/>
          <w:sz w:val="16"/>
          <w:u w:val="none"/>
        </w:rPr>
        <w:t xml:space="preserve"> (4) </w:t>
      </w:r>
      <w:r>
        <w:rPr>
          <w:b w:val="0"/>
          <w:i w:val="0"/>
          <w:smallCaps w:val="0"/>
          <w:strike w:val="0"/>
          <w:sz w:val="22"/>
          <w:highlight w:val="cyan"/>
          <w:u w:val="single"/>
        </w:rPr>
        <w:t>fires</w:t>
      </w:r>
      <w:r>
        <w:rPr>
          <w:b w:val="0"/>
          <w:i w:val="0"/>
          <w:smallCaps w:val="0"/>
          <w:strike w:val="0"/>
          <w:sz w:val="22"/>
          <w:u w:val="single"/>
        </w:rPr>
        <w:t xml:space="preserve"> have </w:t>
      </w:r>
      <w:r>
        <w:rPr>
          <w:b w:val="0"/>
          <w:i w:val="0"/>
          <w:smallCaps w:val="0"/>
          <w:strike w:val="0"/>
          <w:sz w:val="22"/>
          <w:highlight w:val="cyan"/>
          <w:u w:val="single"/>
        </w:rPr>
        <w:t>declined</w:t>
      </w:r>
      <w:r>
        <w:rPr>
          <w:b w:val="0"/>
          <w:i w:val="0"/>
          <w:smallCaps w:val="0"/>
          <w:strike w:val="0"/>
          <w:sz w:val="22"/>
          <w:u w:val="single"/>
        </w:rPr>
        <w:t xml:space="preserve"> 25 percent around the world since 2003</w:t>
      </w:r>
      <w:r>
        <w:rPr>
          <w:b w:val="0"/>
          <w:i w:val="0"/>
          <w:smallCaps w:val="0"/>
          <w:strike w:val="0"/>
          <w:sz w:val="16"/>
          <w:u w:val="none"/>
        </w:rPr>
        <w:t>.</w:t>
      </w:r>
    </w:p>
    <w:p>
      <w:pPr>
        <w:spacing w:after="60"/>
      </w:pPr>
      <w:r>
        <w:rPr>
          <w:b w:val="0"/>
          <w:i w:val="0"/>
          <w:smallCaps w:val="0"/>
          <w:strike w:val="0"/>
          <w:sz w:val="16"/>
          <w:u w:val="none"/>
        </w:rPr>
        <w:t>Shellenberger</w:t>
      </w:r>
      <w:r>
        <w:rPr>
          <w:b w:val="0"/>
          <w:i w:val="0"/>
          <w:smallCaps w:val="0"/>
          <w:strike w:val="0"/>
          <w:sz w:val="16"/>
          <w:u w:val="none"/>
        </w:rPr>
        <w:t xml:space="preserve"> isn't denying the reality of man-made climate change. He's arguing that </w:t>
      </w:r>
      <w:r>
        <w:rPr>
          <w:b w:val="0"/>
          <w:i w:val="0"/>
          <w:smallCaps w:val="0"/>
          <w:strike w:val="0"/>
          <w:sz w:val="22"/>
          <w:highlight w:val="cyan"/>
          <w:u w:val="single"/>
        </w:rPr>
        <w:t>humanity is</w:t>
      </w:r>
      <w:r>
        <w:rPr>
          <w:b w:val="0"/>
          <w:i w:val="0"/>
          <w:smallCaps w:val="0"/>
          <w:strike w:val="0"/>
          <w:sz w:val="22"/>
          <w:u w:val="single"/>
        </w:rPr>
        <w:t xml:space="preserve"> </w:t>
      </w:r>
      <w:r>
        <w:rPr>
          <w:b/>
          <w:i w:val="0"/>
          <w:smallCaps w:val="0"/>
          <w:strike w:val="0"/>
          <w:sz w:val="22"/>
          <w:u w:val="single"/>
        </w:rPr>
        <w:t xml:space="preserve">already </w:t>
      </w:r>
      <w:r>
        <w:rPr>
          <w:b/>
          <w:i w:val="0"/>
          <w:smallCaps w:val="0"/>
          <w:strike w:val="0"/>
          <w:sz w:val="22"/>
          <w:highlight w:val="cyan"/>
          <w:u w:val="single"/>
        </w:rPr>
        <w:t>adapting</w:t>
      </w:r>
      <w:r>
        <w:rPr>
          <w:b w:val="0"/>
          <w:i w:val="0"/>
          <w:smallCaps w:val="0"/>
          <w:strike w:val="0"/>
          <w:sz w:val="22"/>
          <w:u w:val="single"/>
        </w:rPr>
        <w:t xml:space="preserve"> to the ways climate change has been making weather patterns evolve, </w:t>
      </w:r>
      <w:r>
        <w:rPr>
          <w:b w:val="0"/>
          <w:i w:val="0"/>
          <w:smallCaps w:val="0"/>
          <w:strike w:val="0"/>
          <w:sz w:val="22"/>
          <w:highlight w:val="cyan"/>
          <w:u w:val="single"/>
        </w:rPr>
        <w:t>and</w:t>
      </w:r>
      <w:r>
        <w:rPr>
          <w:b w:val="0"/>
          <w:i w:val="0"/>
          <w:smallCaps w:val="0"/>
          <w:strike w:val="0"/>
          <w:sz w:val="22"/>
          <w:u w:val="single"/>
        </w:rPr>
        <w:t xml:space="preserve"> that we </w:t>
      </w:r>
      <w:r>
        <w:rPr>
          <w:b/>
          <w:i w:val="0"/>
          <w:smallCaps w:val="0"/>
          <w:strike w:val="0"/>
          <w:sz w:val="22"/>
          <w:highlight w:val="cyan"/>
          <w:u w:val="single"/>
        </w:rPr>
        <w:t>will continue</w:t>
      </w:r>
      <w:r>
        <w:rPr>
          <w:b w:val="0"/>
          <w:i w:val="0"/>
          <w:smallCaps w:val="0"/>
          <w:strike w:val="0"/>
          <w:sz w:val="22"/>
          <w:u w:val="single"/>
        </w:rPr>
        <w:t xml:space="preserve"> to adapt successfully in the future</w:t>
      </w:r>
      <w:r>
        <w:rPr>
          <w:b w:val="0"/>
          <w:i w:val="0"/>
          <w:smallCaps w:val="0"/>
          <w:strike w:val="0"/>
          <w:sz w:val="16"/>
          <w:u w:val="none"/>
        </w:rPr>
        <w:t xml:space="preserve">. His book is ultimately a sustained argument that poverty is world's most important environmental problem, and that </w:t>
      </w:r>
      <w:r>
        <w:rPr>
          <w:b w:val="0"/>
          <w:i w:val="0"/>
          <w:smallCaps w:val="0"/>
          <w:strike w:val="0"/>
          <w:sz w:val="22"/>
          <w:u w:val="single"/>
        </w:rPr>
        <w:t xml:space="preserve">rising </w:t>
      </w:r>
      <w:r>
        <w:rPr>
          <w:b/>
          <w:i w:val="0"/>
          <w:smallCaps w:val="0"/>
          <w:strike w:val="0"/>
          <w:sz w:val="22"/>
          <w:highlight w:val="cyan"/>
          <w:u w:val="single"/>
        </w:rPr>
        <w:t>prosperity</w:t>
      </w:r>
      <w:r>
        <w:rPr>
          <w:b w:val="0"/>
          <w:i w:val="0"/>
          <w:smallCaps w:val="0"/>
          <w:strike w:val="0"/>
          <w:sz w:val="22"/>
          <w:highlight w:val="cyan"/>
          <w:u w:val="single"/>
        </w:rPr>
        <w:t xml:space="preserve"> and</w:t>
      </w:r>
      <w:r>
        <w:rPr>
          <w:b w:val="0"/>
          <w:i w:val="0"/>
          <w:smallCaps w:val="0"/>
          <w:strike w:val="0"/>
          <w:sz w:val="22"/>
          <w:u w:val="single"/>
        </w:rPr>
        <w:t xml:space="preserve"> increasing </w:t>
      </w:r>
      <w:r>
        <w:rPr>
          <w:b/>
          <w:i w:val="0"/>
          <w:smallCaps w:val="0"/>
          <w:strike w:val="0"/>
          <w:sz w:val="22"/>
          <w:highlight w:val="cyan"/>
          <w:u w:val="single"/>
        </w:rPr>
        <w:t>tech</w:t>
      </w:r>
      <w:r>
        <w:rPr>
          <w:b/>
          <w:i w:val="0"/>
          <w:smallCaps w:val="0"/>
          <w:strike w:val="0"/>
          <w:sz w:val="22"/>
          <w:u w:val="single"/>
        </w:rPr>
        <w:t xml:space="preserve">nological </w:t>
      </w:r>
      <w:r>
        <w:rPr>
          <w:b/>
          <w:i w:val="0"/>
          <w:smallCaps w:val="0"/>
          <w:strike w:val="0"/>
          <w:sz w:val="22"/>
          <w:highlight w:val="cyan"/>
          <w:u w:val="single"/>
        </w:rPr>
        <w:t>prowess</w:t>
      </w:r>
      <w:r>
        <w:rPr>
          <w:b w:val="0"/>
          <w:i w:val="0"/>
          <w:smallCaps w:val="0"/>
          <w:strike w:val="0"/>
          <w:sz w:val="22"/>
          <w:highlight w:val="cyan"/>
          <w:u w:val="single"/>
        </w:rPr>
        <w:t xml:space="preserve"> will</w:t>
      </w:r>
      <w:r>
        <w:rPr>
          <w:b w:val="0"/>
          <w:i w:val="0"/>
          <w:smallCaps w:val="0"/>
          <w:strike w:val="0"/>
          <w:sz w:val="16"/>
          <w:u w:val="none"/>
        </w:rPr>
        <w:t xml:space="preserve"> ameliorate or </w:t>
      </w:r>
      <w:r>
        <w:rPr>
          <w:b/>
          <w:i w:val="0"/>
          <w:smallCaps w:val="0"/>
          <w:strike w:val="0"/>
          <w:sz w:val="22"/>
          <w:highlight w:val="cyan"/>
          <w:u w:val="single"/>
        </w:rPr>
        <w:t>reverse</w:t>
      </w:r>
      <w:r>
        <w:rPr>
          <w:b w:val="0"/>
          <w:i w:val="0"/>
          <w:smallCaps w:val="0"/>
          <w:strike w:val="0"/>
          <w:sz w:val="22"/>
          <w:highlight w:val="cyan"/>
          <w:u w:val="single"/>
        </w:rPr>
        <w:t xml:space="preserve"> most</w:t>
      </w:r>
      <w:r>
        <w:rPr>
          <w:b w:val="0"/>
          <w:i w:val="0"/>
          <w:smallCaps w:val="0"/>
          <w:strike w:val="0"/>
          <w:sz w:val="22"/>
          <w:u w:val="single"/>
        </w:rPr>
        <w:t xml:space="preserve"> deleterious environmental </w:t>
      </w:r>
      <w:r>
        <w:rPr>
          <w:b w:val="0"/>
          <w:i w:val="0"/>
          <w:smallCaps w:val="0"/>
          <w:strike w:val="0"/>
          <w:sz w:val="22"/>
          <w:highlight w:val="cyan"/>
          <w:u w:val="single"/>
        </w:rPr>
        <w:t>trends</w:t>
      </w:r>
      <w:r>
        <w:rPr>
          <w:b w:val="0"/>
          <w:i w:val="0"/>
          <w:smallCaps w:val="0"/>
          <w:strike w:val="0"/>
          <w:sz w:val="16"/>
          <w:u w:val="none"/>
        </w:rPr>
        <w:t>.</w:t>
      </w:r>
      <w:r>
        <w:rPr>
          <w:b w:val="0"/>
          <w:i w:val="0"/>
          <w:smallCaps w:val="0"/>
          <w:strike w:val="0"/>
          <w:u w:val="none"/>
        </w:rPr>
        <w:t xml:space="preserve"> </w:t>
      </w:r>
    </w:p>
    <w:p>
      <w:pPr>
        <w:pStyle w:val="Caption"/>
      </w:pPr>
      <w:r>
        <w:t>Source: Seizures Affirmative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