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none"/>
        </w:rPr>
        <w:t>aff</w:t>
      </w:r>
      <w:r>
        <w:rPr>
          <w:b/>
          <w:i w:val="0"/>
          <w:smallCaps w:val="0"/>
          <w:strike w:val="0"/>
          <w:sz w:val="26"/>
          <w:u w:val="none"/>
        </w:rPr>
        <w:t xml:space="preserve"> gets vaccines ready for distribution, that doesn’t solve because people don’t want to take vaccines </w:t>
      </w:r>
      <w:r>
        <w:rPr>
          <w:b/>
          <w:i w:val="0"/>
          <w:smallCaps w:val="0"/>
          <w:strike w:val="0"/>
          <w:sz w:val="26"/>
          <w:u w:val="none"/>
        </w:rPr>
        <w:t>– COVID proves</w:t>
      </w:r>
    </w:p>
    <w:p>
      <w:pPr>
        <w:spacing w:after="80"/>
      </w:pPr>
      <w:r>
        <w:rPr>
          <w:b/>
          <w:i w:val="0"/>
          <w:smallCaps w:val="0"/>
          <w:strike w:val="0"/>
          <w:sz w:val="26"/>
          <w:u w:val="none"/>
        </w:rPr>
        <w:t>Edwards 22,</w:t>
      </w:r>
      <w:r>
        <w:rPr>
          <w:b w:val="0"/>
          <w:i w:val="0"/>
          <w:smallCaps w:val="0"/>
          <w:strike w:val="0"/>
          <w:sz w:val="22"/>
          <w:u w:val="none"/>
        </w:rPr>
        <w:t xml:space="preserve"> Erika Edwards is a health and medical news writer and reporter for NBC News and TODAY, “A major threat to the next pandemic: Vaccine hesitancy,” 4/2/2022, https://www.nbcnews.com/health/health-news/major-threat-pandemic-vaccine-hesitancy-rcna25460</w:t>
      </w:r>
    </w:p>
    <w:p>
      <w:pPr>
        <w:spacing w:after="60"/>
      </w:pPr>
      <w:r>
        <w:rPr>
          <w:b w:val="0"/>
          <w:i w:val="0"/>
          <w:smallCaps w:val="0"/>
          <w:strike w:val="0"/>
          <w:sz w:val="22"/>
          <w:u w:val="single"/>
        </w:rPr>
        <w:t xml:space="preserve">Disease X is not any </w:t>
      </w:r>
      <w:r>
        <w:rPr>
          <w:b w:val="0"/>
          <w:i w:val="0"/>
          <w:smallCaps w:val="0"/>
          <w:strike w:val="0"/>
          <w:sz w:val="22"/>
          <w:u w:val="single"/>
        </w:rPr>
        <w:t>particular virus</w:t>
      </w:r>
      <w:r>
        <w:rPr>
          <w:b w:val="0"/>
          <w:i w:val="0"/>
          <w:smallCaps w:val="0"/>
          <w:strike w:val="0"/>
          <w:sz w:val="16"/>
          <w:u w:val="none"/>
        </w:rPr>
        <w:t xml:space="preserve">, bacteria or other germ, </w:t>
      </w:r>
      <w:r>
        <w:rPr>
          <w:b w:val="0"/>
          <w:i w:val="0"/>
          <w:smallCaps w:val="0"/>
          <w:strike w:val="0"/>
          <w:sz w:val="22"/>
          <w:u w:val="single"/>
        </w:rPr>
        <w:t>but a term used as a stand-in for whatever pathogen will sweep the globe in the next pandemic</w:t>
      </w:r>
      <w:r>
        <w:rPr>
          <w:b w:val="0"/>
          <w:i w:val="0"/>
          <w:smallCaps w:val="0"/>
          <w:strike w:val="0"/>
          <w:sz w:val="16"/>
          <w:u w:val="none"/>
        </w:rPr>
        <w:t xml:space="preserve">. And there will indeed be a next pandemic, experts say. </w:t>
      </w:r>
      <w:r>
        <w:rPr>
          <w:b w:val="0"/>
          <w:i w:val="0"/>
          <w:smallCaps w:val="0"/>
          <w:strike w:val="0"/>
          <w:sz w:val="22"/>
          <w:highlight w:val="cyan"/>
          <w:u w:val="single"/>
        </w:rPr>
        <w:t>For</w:t>
      </w:r>
      <w:r>
        <w:rPr>
          <w:b w:val="0"/>
          <w:i w:val="0"/>
          <w:smallCaps w:val="0"/>
          <w:strike w:val="0"/>
          <w:sz w:val="16"/>
          <w:u w:val="none"/>
        </w:rPr>
        <w:t xml:space="preserve"> the </w:t>
      </w:r>
      <w:r>
        <w:rPr>
          <w:b w:val="0"/>
          <w:i w:val="0"/>
          <w:smallCaps w:val="0"/>
          <w:strike w:val="0"/>
          <w:sz w:val="22"/>
          <w:u w:val="single"/>
        </w:rPr>
        <w:t xml:space="preserve">vaccine </w:t>
      </w:r>
      <w:r>
        <w:rPr>
          <w:b w:val="0"/>
          <w:i w:val="0"/>
          <w:smallCaps w:val="0"/>
          <w:strike w:val="0"/>
          <w:sz w:val="22"/>
          <w:highlight w:val="cyan"/>
          <w:u w:val="single"/>
        </w:rPr>
        <w:t>experts</w:t>
      </w:r>
      <w:r>
        <w:rPr>
          <w:b w:val="0"/>
          <w:i w:val="0"/>
          <w:smallCaps w:val="0"/>
          <w:strike w:val="0"/>
          <w:sz w:val="16"/>
          <w:u w:val="none"/>
        </w:rPr>
        <w:t xml:space="preserve">, one thing is clear: </w:t>
      </w:r>
      <w:r>
        <w:rPr>
          <w:b w:val="0"/>
          <w:i w:val="0"/>
          <w:smallCaps w:val="0"/>
          <w:strike w:val="0"/>
          <w:sz w:val="22"/>
          <w:highlight w:val="cyan"/>
          <w:u w:val="single"/>
        </w:rPr>
        <w:t xml:space="preserve">No matter the form Disease X takes, they'll be called on to get </w:t>
      </w:r>
      <w:r>
        <w:rPr>
          <w:b w:val="0"/>
          <w:i w:val="0"/>
          <w:smallCaps w:val="0"/>
          <w:strike w:val="0"/>
          <w:sz w:val="22"/>
          <w:u w:val="single"/>
        </w:rPr>
        <w:t xml:space="preserve">to work and </w:t>
      </w:r>
      <w:r>
        <w:rPr>
          <w:b w:val="0"/>
          <w:i w:val="0"/>
          <w:smallCaps w:val="0"/>
          <w:strike w:val="0"/>
          <w:sz w:val="22"/>
          <w:highlight w:val="cyan"/>
          <w:u w:val="single"/>
        </w:rPr>
        <w:t>develop the vaccine</w:t>
      </w:r>
      <w:r>
        <w:rPr>
          <w:b w:val="0"/>
          <w:i w:val="0"/>
          <w:smallCaps w:val="0"/>
          <w:strike w:val="0"/>
          <w:sz w:val="22"/>
          <w:u w:val="single"/>
        </w:rPr>
        <w:t xml:space="preserve">. </w:t>
      </w:r>
      <w:r>
        <w:rPr>
          <w:b w:val="0"/>
          <w:i w:val="0"/>
          <w:smallCaps w:val="0"/>
          <w:strike w:val="0"/>
          <w:sz w:val="16"/>
          <w:u w:val="none"/>
        </w:rPr>
        <w:t xml:space="preserve">Such a task could feel insurmountable, given the vast unknowns. Should they focus on </w:t>
      </w:r>
      <w:r>
        <w:rPr>
          <w:b w:val="0"/>
          <w:i w:val="0"/>
          <w:smallCaps w:val="0"/>
          <w:strike w:val="0"/>
          <w:sz w:val="16"/>
          <w:u w:val="none"/>
        </w:rPr>
        <w:t>particular viruses</w:t>
      </w:r>
      <w:r>
        <w:rPr>
          <w:b w:val="0"/>
          <w:i w:val="0"/>
          <w:smallCaps w:val="0"/>
          <w:strike w:val="0"/>
          <w:sz w:val="16"/>
          <w:u w:val="none"/>
        </w:rPr>
        <w:t xml:space="preserve"> now to get a head start? Should they look at pathogens that so far are found only in animals, but could someday spill over into humans and cause widespread disease, like Covid did? Big and important questions, yes, but simple enough for this group of vaccine researchers and developers. They know </w:t>
      </w:r>
      <w:r>
        <w:rPr>
          <w:b w:val="0"/>
          <w:i w:val="0"/>
          <w:smallCaps w:val="0"/>
          <w:strike w:val="0"/>
          <w:sz w:val="16"/>
          <w:u w:val="none"/>
        </w:rPr>
        <w:t>the science</w:t>
      </w:r>
      <w:r>
        <w:rPr>
          <w:b w:val="0"/>
          <w:i w:val="0"/>
          <w:smallCaps w:val="0"/>
          <w:strike w:val="0"/>
          <w:sz w:val="16"/>
          <w:u w:val="none"/>
        </w:rPr>
        <w:t xml:space="preserve">. They understand how viruses evolve and spread. They know how to make safe and effective vaccines against them. </w:t>
      </w:r>
      <w:r>
        <w:rPr>
          <w:b w:val="0"/>
          <w:i w:val="0"/>
          <w:smallCaps w:val="0"/>
          <w:strike w:val="0"/>
          <w:sz w:val="22"/>
          <w:highlight w:val="cyan"/>
          <w:u w:val="single"/>
        </w:rPr>
        <w:t>But</w:t>
      </w:r>
      <w:r>
        <w:rPr>
          <w:b w:val="0"/>
          <w:i w:val="0"/>
          <w:smallCaps w:val="0"/>
          <w:strike w:val="0"/>
          <w:sz w:val="16"/>
          <w:u w:val="none"/>
        </w:rPr>
        <w:t xml:space="preserve"> — </w:t>
      </w:r>
      <w:r>
        <w:rPr>
          <w:b w:val="0"/>
          <w:i w:val="0"/>
          <w:smallCaps w:val="0"/>
          <w:strike w:val="0"/>
          <w:sz w:val="22"/>
          <w:u w:val="single"/>
        </w:rPr>
        <w:t>as has become evident</w:t>
      </w:r>
      <w:r>
        <w:rPr>
          <w:b w:val="0"/>
          <w:i w:val="0"/>
          <w:smallCaps w:val="0"/>
          <w:strike w:val="0"/>
          <w:sz w:val="16"/>
          <w:u w:val="none"/>
        </w:rPr>
        <w:t xml:space="preserve"> more than a year and a half </w:t>
      </w:r>
      <w:r>
        <w:rPr>
          <w:b w:val="0"/>
          <w:i w:val="0"/>
          <w:smallCaps w:val="0"/>
          <w:strike w:val="0"/>
          <w:sz w:val="22"/>
          <w:u w:val="single"/>
        </w:rPr>
        <w:t xml:space="preserve">into the U.S. vaccination campaign — </w:t>
      </w:r>
      <w:r>
        <w:rPr>
          <w:b w:val="0"/>
          <w:i w:val="0"/>
          <w:smallCaps w:val="0"/>
          <w:strike w:val="0"/>
          <w:sz w:val="22"/>
          <w:highlight w:val="cyan"/>
          <w:u w:val="single"/>
        </w:rPr>
        <w:t>one</w:t>
      </w:r>
      <w:r>
        <w:rPr>
          <w:b w:val="0"/>
          <w:i w:val="0"/>
          <w:smallCaps w:val="0"/>
          <w:strike w:val="0"/>
          <w:sz w:val="22"/>
          <w:u w:val="single"/>
        </w:rPr>
        <w:t xml:space="preserve"> essential </w:t>
      </w:r>
      <w:r>
        <w:rPr>
          <w:b w:val="0"/>
          <w:i w:val="0"/>
          <w:smallCaps w:val="0"/>
          <w:strike w:val="0"/>
          <w:sz w:val="22"/>
          <w:highlight w:val="cyan"/>
          <w:u w:val="single"/>
        </w:rPr>
        <w:t>piece of info</w:t>
      </w:r>
      <w:r>
        <w:rPr>
          <w:b w:val="0"/>
          <w:i w:val="0"/>
          <w:smallCaps w:val="0"/>
          <w:strike w:val="0"/>
          <w:sz w:val="22"/>
          <w:u w:val="single"/>
        </w:rPr>
        <w:t xml:space="preserve">rmation </w:t>
      </w:r>
      <w:r>
        <w:rPr>
          <w:b w:val="0"/>
          <w:i w:val="0"/>
          <w:smallCaps w:val="0"/>
          <w:strike w:val="0"/>
          <w:sz w:val="22"/>
          <w:highlight w:val="cyan"/>
          <w:u w:val="single"/>
        </w:rPr>
        <w:t>is missing: how to convince</w:t>
      </w:r>
      <w:r>
        <w:rPr>
          <w:b w:val="0"/>
          <w:i w:val="0"/>
          <w:smallCaps w:val="0"/>
          <w:strike w:val="0"/>
          <w:sz w:val="22"/>
          <w:u w:val="single"/>
        </w:rPr>
        <w:t xml:space="preserve"> hesitant </w:t>
      </w:r>
      <w:r>
        <w:rPr>
          <w:b w:val="0"/>
          <w:i w:val="0"/>
          <w:smallCaps w:val="0"/>
          <w:strike w:val="0"/>
          <w:sz w:val="22"/>
          <w:highlight w:val="cyan"/>
          <w:u w:val="single"/>
        </w:rPr>
        <w:t>people to be vaccinated</w:t>
      </w:r>
      <w:r>
        <w:rPr>
          <w:b w:val="0"/>
          <w:i w:val="0"/>
          <w:smallCaps w:val="0"/>
          <w:strike w:val="0"/>
          <w:sz w:val="22"/>
          <w:u w:val="single"/>
        </w:rPr>
        <w:t xml:space="preserve">. </w:t>
      </w:r>
      <w:r>
        <w:rPr>
          <w:b w:val="0"/>
          <w:i w:val="0"/>
          <w:smallCaps w:val="0"/>
          <w:strike w:val="0"/>
          <w:sz w:val="16"/>
          <w:u w:val="none"/>
        </w:rPr>
        <w:t>"</w:t>
      </w:r>
      <w:r>
        <w:rPr>
          <w:b w:val="0"/>
          <w:i w:val="0"/>
          <w:smallCaps w:val="0"/>
          <w:strike w:val="0"/>
          <w:sz w:val="22"/>
          <w:u w:val="single"/>
        </w:rPr>
        <w:t xml:space="preserve">There's something about human behavior </w:t>
      </w:r>
      <w:r>
        <w:rPr>
          <w:b w:val="0"/>
          <w:i w:val="0"/>
          <w:smallCaps w:val="0"/>
          <w:strike w:val="0"/>
          <w:sz w:val="16"/>
          <w:u w:val="none"/>
        </w:rPr>
        <w:t xml:space="preserve">that </w:t>
      </w:r>
      <w:r>
        <w:rPr>
          <w:b w:val="0"/>
          <w:i w:val="0"/>
          <w:smallCaps w:val="0"/>
          <w:strike w:val="0"/>
          <w:sz w:val="22"/>
          <w:u w:val="single"/>
        </w:rPr>
        <w:t>we're still not really understanding</w:t>
      </w:r>
      <w:r>
        <w:rPr>
          <w:b w:val="0"/>
          <w:i w:val="0"/>
          <w:smallCaps w:val="0"/>
          <w:strike w:val="0"/>
          <w:sz w:val="16"/>
          <w:u w:val="none"/>
        </w:rPr>
        <w:t xml:space="preserve">," Dr. Nicole Lurie, U.S. director of the Coalition for Epidemic Preparedness Innovations, told the World Vaccine Congress. Since the first shots went into arms in December 2020, </w:t>
      </w:r>
      <w:r>
        <w:rPr>
          <w:b w:val="0"/>
          <w:i w:val="0"/>
          <w:smallCaps w:val="0"/>
          <w:strike w:val="0"/>
          <w:sz w:val="22"/>
          <w:highlight w:val="cyan"/>
          <w:u w:val="single"/>
        </w:rPr>
        <w:t>just over 66 percent of the U.S.</w:t>
      </w:r>
      <w:r>
        <w:rPr>
          <w:b w:val="0"/>
          <w:i w:val="0"/>
          <w:smallCaps w:val="0"/>
          <w:strike w:val="0"/>
          <w:sz w:val="22"/>
          <w:u w:val="single"/>
        </w:rPr>
        <w:t xml:space="preserve"> population </w:t>
      </w:r>
      <w:r>
        <w:rPr>
          <w:b w:val="0"/>
          <w:i w:val="0"/>
          <w:smallCaps w:val="0"/>
          <w:strike w:val="0"/>
          <w:sz w:val="22"/>
          <w:highlight w:val="cyan"/>
          <w:u w:val="single"/>
        </w:rPr>
        <w:t>is</w:t>
      </w:r>
      <w:r>
        <w:rPr>
          <w:b w:val="0"/>
          <w:i w:val="0"/>
          <w:smallCaps w:val="0"/>
          <w:strike w:val="0"/>
          <w:sz w:val="22"/>
          <w:u w:val="single"/>
        </w:rPr>
        <w:t xml:space="preserve"> now fully </w:t>
      </w:r>
      <w:r>
        <w:rPr>
          <w:b w:val="0"/>
          <w:i w:val="0"/>
          <w:smallCaps w:val="0"/>
          <w:strike w:val="0"/>
          <w:sz w:val="22"/>
          <w:highlight w:val="cyan"/>
          <w:u w:val="single"/>
        </w:rPr>
        <w:t>vaccinated</w:t>
      </w:r>
      <w:r>
        <w:rPr>
          <w:b w:val="0"/>
          <w:i w:val="0"/>
          <w:smallCaps w:val="0"/>
          <w:strike w:val="0"/>
          <w:sz w:val="16"/>
          <w:u w:val="none"/>
        </w:rPr>
        <w:t>, according to the Centers for Disease Control and Prevention. "</w:t>
      </w:r>
      <w:r>
        <w:rPr>
          <w:b w:val="0"/>
          <w:i w:val="0"/>
          <w:smallCaps w:val="0"/>
          <w:strike w:val="0"/>
          <w:sz w:val="22"/>
          <w:highlight w:val="cyan"/>
          <w:u w:val="single"/>
        </w:rPr>
        <w:t>There's</w:t>
      </w:r>
      <w:r>
        <w:rPr>
          <w:b w:val="0"/>
          <w:i w:val="0"/>
          <w:smallCaps w:val="0"/>
          <w:strike w:val="0"/>
          <w:sz w:val="22"/>
          <w:u w:val="single"/>
        </w:rPr>
        <w:t xml:space="preserve"> all this </w:t>
      </w:r>
      <w:r>
        <w:rPr>
          <w:b w:val="0"/>
          <w:i w:val="0"/>
          <w:smallCaps w:val="0"/>
          <w:strike w:val="0"/>
          <w:sz w:val="22"/>
          <w:highlight w:val="cyan"/>
          <w:u w:val="single"/>
        </w:rPr>
        <w:t>emphasis on science</w:t>
      </w:r>
      <w:r>
        <w:rPr>
          <w:b w:val="0"/>
          <w:i w:val="0"/>
          <w:smallCaps w:val="0"/>
          <w:strike w:val="0"/>
          <w:sz w:val="22"/>
          <w:u w:val="single"/>
        </w:rPr>
        <w:t xml:space="preserve"> and labs.</w:t>
      </w:r>
      <w:r>
        <w:rPr>
          <w:b w:val="0"/>
          <w:i w:val="0"/>
          <w:smallCaps w:val="0"/>
          <w:strike w:val="0"/>
          <w:sz w:val="16"/>
          <w:u w:val="none"/>
        </w:rPr>
        <w:t xml:space="preserve"> It's one thing to do that, </w:t>
      </w:r>
      <w:r>
        <w:rPr>
          <w:b w:val="0"/>
          <w:i w:val="0"/>
          <w:smallCaps w:val="0"/>
          <w:strike w:val="0"/>
          <w:sz w:val="22"/>
          <w:highlight w:val="cyan"/>
          <w:u w:val="single"/>
        </w:rPr>
        <w:t>but it's a whole other thing to get what you develop</w:t>
      </w:r>
      <w:r>
        <w:rPr>
          <w:b w:val="0"/>
          <w:i w:val="0"/>
          <w:smallCaps w:val="0"/>
          <w:strike w:val="0"/>
          <w:sz w:val="22"/>
          <w:u w:val="single"/>
        </w:rPr>
        <w:t xml:space="preserve"> in the lab </w:t>
      </w:r>
      <w:r>
        <w:rPr>
          <w:b w:val="0"/>
          <w:i w:val="0"/>
          <w:smallCaps w:val="0"/>
          <w:strike w:val="0"/>
          <w:sz w:val="22"/>
          <w:highlight w:val="cyan"/>
          <w:u w:val="single"/>
        </w:rPr>
        <w:t>into people's arms</w:t>
      </w:r>
      <w:r>
        <w:rPr>
          <w:b w:val="0"/>
          <w:i w:val="0"/>
          <w:smallCaps w:val="0"/>
          <w:strike w:val="0"/>
          <w:sz w:val="16"/>
          <w:u w:val="none"/>
        </w:rPr>
        <w:t xml:space="preserve">," said Richard </w:t>
      </w:r>
      <w:r>
        <w:rPr>
          <w:b w:val="0"/>
          <w:i w:val="0"/>
          <w:smallCaps w:val="0"/>
          <w:strike w:val="0"/>
          <w:sz w:val="16"/>
          <w:u w:val="none"/>
        </w:rPr>
        <w:t>Carpiano</w:t>
      </w:r>
      <w:r>
        <w:rPr>
          <w:b w:val="0"/>
          <w:i w:val="0"/>
          <w:smallCaps w:val="0"/>
          <w:strike w:val="0"/>
          <w:sz w:val="16"/>
          <w:u w:val="none"/>
        </w:rPr>
        <w:t xml:space="preserve">, a public health scientist who studies issues surrounding vaccine uptake at the University of California, Riverside. Scientists at the World Vaccine Congress acknowledged that, for </w:t>
      </w:r>
      <w:r>
        <w:rPr>
          <w:b w:val="0"/>
          <w:i w:val="0"/>
          <w:smallCaps w:val="0"/>
          <w:strike w:val="0"/>
          <w:sz w:val="16"/>
          <w:u w:val="none"/>
        </w:rPr>
        <w:t>all of</w:t>
      </w:r>
      <w:r>
        <w:rPr>
          <w:b w:val="0"/>
          <w:i w:val="0"/>
          <w:smallCaps w:val="0"/>
          <w:strike w:val="0"/>
          <w:sz w:val="16"/>
          <w:u w:val="none"/>
        </w:rPr>
        <w:t xml:space="preserve"> their education and training, </w:t>
      </w:r>
      <w:r>
        <w:rPr>
          <w:b w:val="0"/>
          <w:i w:val="0"/>
          <w:smallCaps w:val="0"/>
          <w:strike w:val="0"/>
          <w:sz w:val="22"/>
          <w:u w:val="single"/>
        </w:rPr>
        <w:t xml:space="preserve">one issue has remained frustratingly hard to overcome: the growing anti-vaccine movement. </w:t>
      </w:r>
      <w:r>
        <w:rPr>
          <w:b w:val="0"/>
          <w:i w:val="0"/>
          <w:smallCaps w:val="0"/>
          <w:strike w:val="0"/>
          <w:sz w:val="16"/>
          <w:u w:val="none"/>
        </w:rPr>
        <w:t xml:space="preserve">U.S. Surgeon General Vivek Murthy told NBC News that </w:t>
      </w:r>
      <w:r>
        <w:rPr>
          <w:b w:val="0"/>
          <w:i w:val="0"/>
          <w:smallCaps w:val="0"/>
          <w:strike w:val="0"/>
          <w:sz w:val="22"/>
          <w:u w:val="single"/>
        </w:rPr>
        <w:t xml:space="preserve">there is no doubt that </w:t>
      </w:r>
      <w:r>
        <w:rPr>
          <w:b w:val="0"/>
          <w:i w:val="0"/>
          <w:smallCaps w:val="0"/>
          <w:strike w:val="0"/>
          <w:sz w:val="22"/>
          <w:highlight w:val="cyan"/>
          <w:u w:val="single"/>
        </w:rPr>
        <w:t>vaccine misinfo</w:t>
      </w:r>
      <w:r>
        <w:rPr>
          <w:b w:val="0"/>
          <w:i w:val="0"/>
          <w:smallCaps w:val="0"/>
          <w:strike w:val="0"/>
          <w:sz w:val="22"/>
          <w:u w:val="single"/>
        </w:rPr>
        <w:t xml:space="preserve">rmation </w:t>
      </w:r>
      <w:r>
        <w:rPr>
          <w:b w:val="0"/>
          <w:i w:val="0"/>
          <w:smallCaps w:val="0"/>
          <w:strike w:val="0"/>
          <w:sz w:val="22"/>
          <w:highlight w:val="cyan"/>
          <w:u w:val="single"/>
        </w:rPr>
        <w:t xml:space="preserve">is harming </w:t>
      </w:r>
      <w:r>
        <w:rPr>
          <w:b w:val="0"/>
          <w:i w:val="0"/>
          <w:smallCaps w:val="0"/>
          <w:strike w:val="0"/>
          <w:sz w:val="22"/>
          <w:highlight w:val="cyan"/>
          <w:u w:val="single"/>
        </w:rPr>
        <w:t>Americans, and</w:t>
      </w:r>
      <w:r>
        <w:rPr>
          <w:b w:val="0"/>
          <w:i w:val="0"/>
          <w:smallCaps w:val="0"/>
          <w:strike w:val="0"/>
          <w:sz w:val="22"/>
          <w:highlight w:val="cyan"/>
          <w:u w:val="single"/>
        </w:rPr>
        <w:t xml:space="preserve"> could be detrimental</w:t>
      </w:r>
      <w:r>
        <w:rPr>
          <w:b w:val="0"/>
          <w:i w:val="0"/>
          <w:smallCaps w:val="0"/>
          <w:strike w:val="0"/>
          <w:sz w:val="22"/>
          <w:u w:val="single"/>
        </w:rPr>
        <w:t xml:space="preserve"> in years to come. "It's certainly one of the issues we must address to prepare for the next pandemic</w:t>
      </w:r>
      <w:r>
        <w:rPr>
          <w:b w:val="0"/>
          <w:i w:val="0"/>
          <w:smallCaps w:val="0"/>
          <w:strike w:val="0"/>
          <w:sz w:val="16"/>
          <w:u w:val="none"/>
        </w:rPr>
        <w:t>, whenever that may come," he said. "</w:t>
      </w:r>
      <w:r>
        <w:rPr>
          <w:b w:val="0"/>
          <w:i w:val="0"/>
          <w:smallCaps w:val="0"/>
          <w:strike w:val="0"/>
          <w:sz w:val="22"/>
          <w:highlight w:val="cyan"/>
          <w:u w:val="single"/>
        </w:rPr>
        <w:t>This is</w:t>
      </w:r>
      <w:r>
        <w:rPr>
          <w:b w:val="0"/>
          <w:i w:val="0"/>
          <w:smallCaps w:val="0"/>
          <w:strike w:val="0"/>
          <w:sz w:val="22"/>
          <w:u w:val="single"/>
        </w:rPr>
        <w:t xml:space="preserve"> absolutely </w:t>
      </w:r>
      <w:r>
        <w:rPr>
          <w:b/>
          <w:i w:val="0"/>
          <w:smallCaps w:val="0"/>
          <w:strike w:val="0"/>
          <w:sz w:val="22"/>
          <w:highlight w:val="cyan"/>
          <w:u w:val="single"/>
        </w:rPr>
        <w:t>critical</w:t>
      </w:r>
      <w:r>
        <w:rPr>
          <w:b w:val="0"/>
          <w:i w:val="0"/>
          <w:smallCaps w:val="0"/>
          <w:strike w:val="0"/>
          <w:sz w:val="22"/>
          <w:highlight w:val="cyan"/>
          <w:u w:val="single"/>
        </w:rPr>
        <w:t xml:space="preserve"> from a</w:t>
      </w:r>
      <w:r>
        <w:rPr>
          <w:b w:val="0"/>
          <w:i w:val="0"/>
          <w:smallCaps w:val="0"/>
          <w:strike w:val="0"/>
          <w:sz w:val="22"/>
          <w:u w:val="single"/>
        </w:rPr>
        <w:t xml:space="preserve">n emergency </w:t>
      </w:r>
      <w:r>
        <w:rPr>
          <w:b w:val="0"/>
          <w:i w:val="0"/>
          <w:smallCaps w:val="0"/>
          <w:strike w:val="0"/>
          <w:sz w:val="22"/>
          <w:highlight w:val="cyan"/>
          <w:u w:val="single"/>
        </w:rPr>
        <w:t>preparedness standpoint</w:t>
      </w:r>
      <w:r>
        <w:rPr>
          <w:b w:val="0"/>
          <w:i w:val="0"/>
          <w:smallCaps w:val="0"/>
          <w:strike w:val="0"/>
          <w:sz w:val="16"/>
          <w:highlight w:val="cyan"/>
          <w:u w:val="none"/>
        </w:rPr>
        <w:t xml:space="preserve">." </w:t>
      </w:r>
      <w:r>
        <w:rPr>
          <w:b w:val="0"/>
          <w:i w:val="0"/>
          <w:smallCaps w:val="0"/>
          <w:strike w:val="0"/>
          <w:sz w:val="22"/>
          <w:highlight w:val="cyan"/>
          <w:u w:val="single"/>
        </w:rPr>
        <w:t>If people</w:t>
      </w:r>
      <w:r>
        <w:rPr>
          <w:b w:val="0"/>
          <w:i w:val="0"/>
          <w:smallCaps w:val="0"/>
          <w:strike w:val="0"/>
          <w:sz w:val="22"/>
          <w:u w:val="single"/>
        </w:rPr>
        <w:t xml:space="preserve"> are </w:t>
      </w:r>
      <w:r>
        <w:rPr>
          <w:b w:val="0"/>
          <w:i w:val="0"/>
          <w:smallCaps w:val="0"/>
          <w:strike w:val="0"/>
          <w:sz w:val="22"/>
          <w:highlight w:val="cyan"/>
          <w:u w:val="single"/>
        </w:rPr>
        <w:t>refus</w:t>
      </w:r>
      <w:r>
        <w:rPr>
          <w:b w:val="0"/>
          <w:i w:val="0"/>
          <w:smallCaps w:val="0"/>
          <w:strike w:val="0"/>
          <w:sz w:val="22"/>
          <w:u w:val="single"/>
        </w:rPr>
        <w:t xml:space="preserve">ing </w:t>
      </w:r>
      <w:r>
        <w:rPr>
          <w:b w:val="0"/>
          <w:i w:val="0"/>
          <w:smallCaps w:val="0"/>
          <w:strike w:val="0"/>
          <w:sz w:val="22"/>
          <w:highlight w:val="cyan"/>
          <w:u w:val="single"/>
        </w:rPr>
        <w:t>vaccines</w:t>
      </w:r>
      <w:r>
        <w:rPr>
          <w:b w:val="0"/>
          <w:i w:val="0"/>
          <w:smallCaps w:val="0"/>
          <w:strike w:val="0"/>
          <w:sz w:val="22"/>
          <w:u w:val="single"/>
        </w:rPr>
        <w:t xml:space="preserve"> in the face of an ongoing pandemic, widespread deaths will occur in future pandemics</w:t>
      </w:r>
      <w:r>
        <w:rPr>
          <w:b w:val="0"/>
          <w:i w:val="0"/>
          <w:smallCaps w:val="0"/>
          <w:strike w:val="0"/>
          <w:sz w:val="16"/>
          <w:u w:val="none"/>
        </w:rPr>
        <w:t>, warned Dr. Julie Morita, executive vice president of the Robert Wood Johnson Foundation. "</w:t>
      </w:r>
      <w:r>
        <w:rPr>
          <w:b w:val="0"/>
          <w:i w:val="0"/>
          <w:smallCaps w:val="0"/>
          <w:strike w:val="0"/>
          <w:sz w:val="22"/>
          <w:u w:val="single"/>
        </w:rPr>
        <w:t xml:space="preserve">If we continue to have poor acceptance of vaccines, </w:t>
      </w:r>
      <w:r>
        <w:rPr>
          <w:b w:val="0"/>
          <w:i w:val="0"/>
          <w:smallCaps w:val="0"/>
          <w:strike w:val="0"/>
          <w:sz w:val="22"/>
          <w:highlight w:val="cyan"/>
          <w:u w:val="single"/>
        </w:rPr>
        <w:t>we will see millions of lives lost</w:t>
      </w:r>
      <w:r>
        <w:rPr>
          <w:b w:val="0"/>
          <w:i w:val="0"/>
          <w:smallCaps w:val="0"/>
          <w:strike w:val="0"/>
          <w:sz w:val="22"/>
          <w:u w:val="single"/>
        </w:rPr>
        <w:t xml:space="preserve"> in the case of another pandemic as big as this one</w:t>
      </w:r>
      <w:r>
        <w:rPr>
          <w:b w:val="0"/>
          <w:i w:val="0"/>
          <w:smallCaps w:val="0"/>
          <w:strike w:val="0"/>
          <w:sz w:val="16"/>
          <w:u w:val="none"/>
        </w:rPr>
        <w:t>," she said. Dr. Peter Hotez, co-director of the Center for Vaccine Development at Texas Children's Hospital and dean of the National School of Tropical Medicine at the Baylor College of Medicine in Houston, addressed conference attendees, saying, "</w:t>
      </w:r>
      <w:r>
        <w:rPr>
          <w:b w:val="0"/>
          <w:i w:val="0"/>
          <w:smallCaps w:val="0"/>
          <w:strike w:val="0"/>
          <w:sz w:val="22"/>
          <w:u w:val="single"/>
        </w:rPr>
        <w:t xml:space="preserve">If you really want to save lives, </w:t>
      </w:r>
      <w:r>
        <w:rPr>
          <w:b w:val="0"/>
          <w:i w:val="0"/>
          <w:smallCaps w:val="0"/>
          <w:strike w:val="0"/>
          <w:sz w:val="22"/>
          <w:highlight w:val="cyan"/>
          <w:u w:val="single"/>
        </w:rPr>
        <w:t>it's not only about making vaccines</w:t>
      </w:r>
      <w:r>
        <w:rPr>
          <w:b w:val="0"/>
          <w:i w:val="0"/>
          <w:smallCaps w:val="0"/>
          <w:strike w:val="0"/>
          <w:sz w:val="16"/>
          <w:u w:val="none"/>
        </w:rPr>
        <w:t>." "We continue to underestimate what I call anti-vaccine, anti-science aggression," he said, adding that until it's met head-on, "this will continue to haunt us."</w:t>
      </w:r>
    </w:p>
    <w:p>
      <w:pPr>
        <w:pStyle w:val="Caption"/>
      </w:pPr>
      <w:r>
        <w:t>Source: Antitrust Neg Supplement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