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misalignment is inevitable. Even so, aligned AI is existential.</w:t>
      </w:r>
    </w:p>
    <w:p>
      <w:pPr>
        <w:spacing w:after="80"/>
      </w:pPr>
      <w:r>
        <w:rPr>
          <w:b/>
          <w:i w:val="0"/>
          <w:smallCaps w:val="0"/>
          <w:strike w:val="0"/>
          <w:sz w:val="26"/>
          <w:u w:val="none"/>
        </w:rPr>
        <w:t>Levin 24</w:t>
      </w:r>
      <w:r>
        <w:rPr>
          <w:b/>
          <w:i w:val="0"/>
          <w:smallCaps w:val="0"/>
          <w:strike w:val="0"/>
          <w:sz w:val="26"/>
          <w:u w:val="none"/>
        </w:rPr>
        <w:t xml:space="preserve"> </w:t>
      </w:r>
      <w:r>
        <w:rPr>
          <w:b w:val="0"/>
          <w:i w:val="0"/>
          <w:smallCaps w:val="0"/>
          <w:strike w:val="0"/>
          <w:u w:val="none"/>
        </w:rPr>
        <w:t xml:space="preserve">[Peter L; 01-24-24; Peter L. Levin is adjunct senior fellow in the Technology and National Security program at the Center for a New American Security, and CEO of Amida Technology Solutions Inc; The Hill; “The real issue with artificial intelligence: The misalignment problem”; </w:t>
      </w:r>
      <w:r>
        <w:rPr>
          <w:b w:val="0"/>
          <w:i w:val="0"/>
          <w:smallCaps w:val="0"/>
          <w:strike w:val="0"/>
          <w:u w:val="none"/>
        </w:rPr>
        <w:t>] cathryn</w:t>
      </w:r>
    </w:p>
    <w:p>
      <w:pPr>
        <w:spacing w:after="60"/>
      </w:pPr>
      <w:r>
        <w:rPr>
          <w:b w:val="0"/>
          <w:i w:val="0"/>
          <w:smallCaps w:val="0"/>
          <w:strike w:val="0"/>
          <w:sz w:val="22"/>
          <w:u w:val="single"/>
        </w:rPr>
        <w:t xml:space="preserve">Our obsession with </w:t>
      </w:r>
      <w:r>
        <w:rPr>
          <w:b w:val="0"/>
          <w:i w:val="0"/>
          <w:smallCaps w:val="0"/>
          <w:strike w:val="0"/>
          <w:sz w:val="22"/>
          <w:highlight w:val="cyan"/>
          <w:u w:val="single"/>
        </w:rPr>
        <w:t>AI</w:t>
      </w:r>
      <w:r>
        <w:rPr>
          <w:b w:val="0"/>
          <w:i w:val="0"/>
          <w:smallCaps w:val="0"/>
          <w:strike w:val="0"/>
          <w:sz w:val="22"/>
          <w:u w:val="single"/>
        </w:rPr>
        <w:t xml:space="preserve"> diverts attention and energy away from more imminent and transcendent threats to our society and global human progress. </w:t>
      </w:r>
      <w:r>
        <w:rPr>
          <w:b/>
          <w:i w:val="0"/>
          <w:smallCaps w:val="0"/>
          <w:strike w:val="0"/>
          <w:sz w:val="22"/>
          <w:u w:val="single"/>
        </w:rPr>
        <w:t xml:space="preserve">The </w:t>
      </w:r>
      <w:r>
        <w:rPr>
          <w:b/>
          <w:i w:val="0"/>
          <w:smallCaps w:val="0"/>
          <w:strike w:val="0"/>
          <w:sz w:val="22"/>
          <w:highlight w:val="cyan"/>
          <w:u w:val="single"/>
        </w:rPr>
        <w:t>dangerous misalignment</w:t>
      </w:r>
      <w:r>
        <w:rPr>
          <w:b/>
          <w:i w:val="0"/>
          <w:smallCaps w:val="0"/>
          <w:strike w:val="0"/>
          <w:sz w:val="22"/>
          <w:u w:val="single"/>
        </w:rPr>
        <w:t xml:space="preserve"> </w:t>
      </w:r>
      <w:r>
        <w:rPr>
          <w:b/>
          <w:i w:val="0"/>
          <w:smallCaps w:val="0"/>
          <w:strike w:val="0"/>
          <w:sz w:val="22"/>
          <w:highlight w:val="cyan"/>
          <w:u w:val="single"/>
        </w:rPr>
        <w:t xml:space="preserve">is not of moral values between people and computers, </w:t>
      </w:r>
      <w:r>
        <w:rPr>
          <w:b/>
          <w:i w:val="0"/>
          <w:smallCaps w:val="0"/>
          <w:strike w:val="0"/>
          <w:sz w:val="26"/>
          <w:highlight w:val="cyan"/>
          <w:u w:val="single"/>
        </w:rPr>
        <w:t>but between people</w:t>
      </w:r>
      <w:r>
        <w:rPr>
          <w:b/>
          <w:i w:val="0"/>
          <w:smallCaps w:val="0"/>
          <w:strike w:val="0"/>
          <w:sz w:val="22"/>
          <w:u w:val="single"/>
        </w:rPr>
        <w:t xml:space="preserve"> and their ideological opponents</w:t>
      </w:r>
      <w:r>
        <w:rPr>
          <w:b/>
          <w:i w:val="0"/>
          <w:smallCaps w:val="0"/>
          <w:strike w:val="0"/>
          <w:u w:val="none"/>
        </w:rPr>
        <w:t xml:space="preserve">. </w:t>
      </w:r>
      <w:r>
        <w:rPr>
          <w:b w:val="0"/>
          <w:i w:val="0"/>
          <w:smallCaps w:val="0"/>
          <w:strike w:val="0"/>
          <w:u w:val="none"/>
        </w:rPr>
        <w:t xml:space="preserve">Irrefutable facts and valid (if mistaken) opinions have been replaced by deliberately false ideas injected into our discourse like a potent and addictive narcotic of delusion. If we cannot agree on objective and repeatable scientific insights, or a true historical record, how will we collaborate in the best long-term interests of the country or our planet? Today there is nothing that filters the shibboleths from the facts that are fed to AI computers.  </w:t>
      </w:r>
    </w:p>
    <w:p>
      <w:pPr>
        <w:spacing w:after="60"/>
      </w:pPr>
      <w:r>
        <w:rPr>
          <w:b/>
          <w:i w:val="0"/>
          <w:smallCaps w:val="0"/>
          <w:strike w:val="0"/>
          <w:u w:val="single"/>
        </w:rPr>
        <w:t xml:space="preserve">The </w:t>
      </w:r>
      <w:r>
        <w:rPr>
          <w:b/>
          <w:i w:val="0"/>
          <w:smallCaps w:val="0"/>
          <w:strike w:val="0"/>
          <w:highlight w:val="cyan"/>
          <w:u w:val="single"/>
        </w:rPr>
        <w:t>real hazard is not machine-derived calamity</w:t>
      </w:r>
      <w:r>
        <w:rPr>
          <w:b/>
          <w:i w:val="0"/>
          <w:smallCaps w:val="0"/>
          <w:strike w:val="0"/>
          <w:u w:val="single"/>
        </w:rPr>
        <w:t xml:space="preserve">. </w:t>
      </w:r>
      <w:r>
        <w:rPr>
          <w:b/>
          <w:i w:val="0"/>
          <w:smallCaps w:val="0"/>
          <w:strike w:val="0"/>
          <w:highlight w:val="cyan"/>
          <w:u w:val="single"/>
        </w:rPr>
        <w:t>It is</w:t>
      </w:r>
      <w:r>
        <w:rPr>
          <w:b/>
          <w:i w:val="0"/>
          <w:smallCaps w:val="0"/>
          <w:strike w:val="0"/>
          <w:u w:val="single"/>
        </w:rPr>
        <w:t xml:space="preserve"> bad </w:t>
      </w:r>
      <w:r>
        <w:rPr>
          <w:b/>
          <w:i w:val="0"/>
          <w:smallCaps w:val="0"/>
          <w:strike w:val="0"/>
          <w:highlight w:val="cyan"/>
          <w:u w:val="single"/>
        </w:rPr>
        <w:t>human</w:t>
      </w:r>
      <w:r>
        <w:rPr>
          <w:b/>
          <w:i w:val="0"/>
          <w:smallCaps w:val="0"/>
          <w:strike w:val="0"/>
          <w:u w:val="single"/>
        </w:rPr>
        <w:t xml:space="preserve"> </w:t>
      </w:r>
      <w:r>
        <w:rPr>
          <w:b/>
          <w:i w:val="0"/>
          <w:smallCaps w:val="0"/>
          <w:strike w:val="0"/>
          <w:highlight w:val="cyan"/>
          <w:u w:val="single"/>
        </w:rPr>
        <w:t>decisions</w:t>
      </w:r>
      <w:r>
        <w:rPr>
          <w:b/>
          <w:i w:val="0"/>
          <w:smallCaps w:val="0"/>
          <w:strike w:val="0"/>
          <w:u w:val="single"/>
        </w:rPr>
        <w:t xml:space="preserve"> that are accelerated and </w:t>
      </w:r>
      <w:r>
        <w:rPr>
          <w:b/>
          <w:i w:val="0"/>
          <w:smallCaps w:val="0"/>
          <w:strike w:val="0"/>
          <w:highlight w:val="cyan"/>
          <w:u w:val="single"/>
        </w:rPr>
        <w:t>amplified by AI</w:t>
      </w:r>
      <w:r>
        <w:rPr>
          <w:b w:val="0"/>
          <w:i w:val="0"/>
          <w:smallCaps w:val="0"/>
          <w:strike w:val="0"/>
          <w:u w:val="none"/>
        </w:rPr>
        <w:t>. There are plenty of things we think we know, from calculating financial risk to determining criminal recidivism, that in the immortal words of Mark Twain, “just ain’t so</w:t>
      </w:r>
      <w:r>
        <w:rPr>
          <w:b w:val="0"/>
          <w:i w:val="0"/>
          <w:smallCaps w:val="0"/>
          <w:strike w:val="0"/>
          <w:u w:val="single"/>
        </w:rPr>
        <w:t xml:space="preserve">.” Training computers based on </w:t>
      </w:r>
      <w:r>
        <w:rPr>
          <w:b/>
          <w:i w:val="0"/>
          <w:smallCaps w:val="0"/>
          <w:strike w:val="0"/>
          <w:u w:val="single"/>
        </w:rPr>
        <w:t>discriminatory precedent</w:t>
      </w:r>
      <w:r>
        <w:rPr>
          <w:b w:val="0"/>
          <w:i w:val="0"/>
          <w:smallCaps w:val="0"/>
          <w:strike w:val="0"/>
          <w:u w:val="single"/>
        </w:rPr>
        <w:t xml:space="preserve"> is irresponsible at best and prejudicial at worst</w:t>
      </w:r>
      <w:r>
        <w:rPr>
          <w:b w:val="0"/>
          <w:i w:val="0"/>
          <w:smallCaps w:val="0"/>
          <w:strike w:val="0"/>
          <w:u w:val="none"/>
        </w:rPr>
        <w:t xml:space="preserve">. </w:t>
      </w:r>
      <w:r>
        <w:rPr>
          <w:b w:val="0"/>
          <w:i w:val="0"/>
          <w:smallCaps w:val="0"/>
          <w:strike w:val="0"/>
          <w:highlight w:val="cyan"/>
          <w:u w:val="single"/>
        </w:rPr>
        <w:t>Repairing flawed ideology</w:t>
      </w:r>
      <w:r>
        <w:rPr>
          <w:b w:val="0"/>
          <w:i w:val="0"/>
          <w:smallCaps w:val="0"/>
          <w:strike w:val="0"/>
          <w:u w:val="single"/>
        </w:rPr>
        <w:t xml:space="preserve"> in human memory or computer storage </w:t>
      </w:r>
      <w:r>
        <w:rPr>
          <w:b w:val="0"/>
          <w:i w:val="0"/>
          <w:smallCaps w:val="0"/>
          <w:strike w:val="0"/>
          <w:highlight w:val="cyan"/>
          <w:u w:val="single"/>
        </w:rPr>
        <w:t>is</w:t>
      </w:r>
      <w:r>
        <w:rPr>
          <w:b w:val="0"/>
          <w:i w:val="0"/>
          <w:smallCaps w:val="0"/>
          <w:strike w:val="0"/>
          <w:u w:val="single"/>
        </w:rPr>
        <w:t xml:space="preserve"> wickedly </w:t>
      </w:r>
      <w:r>
        <w:rPr>
          <w:b w:val="0"/>
          <w:i w:val="0"/>
          <w:smallCaps w:val="0"/>
          <w:strike w:val="0"/>
          <w:highlight w:val="cyan"/>
          <w:u w:val="single"/>
        </w:rPr>
        <w:t>difficult</w:t>
      </w:r>
      <w:r>
        <w:rPr>
          <w:b w:val="0"/>
          <w:i w:val="0"/>
          <w:smallCaps w:val="0"/>
          <w:strike w:val="0"/>
          <w:u w:val="single"/>
        </w:rPr>
        <w:t>, and it takes time to focus ethical lenses in both media.</w:t>
      </w:r>
      <w:r>
        <w:rPr>
          <w:b w:val="0"/>
          <w:i w:val="0"/>
          <w:smallCaps w:val="0"/>
          <w:strike w:val="0"/>
          <w:u w:val="none"/>
        </w:rPr>
        <w:t xml:space="preserve"> </w:t>
      </w:r>
    </w:p>
    <w:p>
      <w:pPr>
        <w:spacing w:after="60"/>
      </w:pPr>
      <w:r>
        <w:rPr>
          <w:b w:val="0"/>
          <w:i w:val="0"/>
          <w:smallCaps w:val="0"/>
          <w:strike w:val="0"/>
          <w:u w:val="none"/>
        </w:rPr>
        <w:t xml:space="preserve">In the real world, and for all of pre-broadcast history, new information or edicts, provable or not, sustainable or not, diffused very slowly. The worst ideas, designed to oppress, exclude, incite, and subjugate, were eventually extirpated, sometimes painfully, from the social system. Good ideas — including the demolition of the bad ones — take even longer, but eventually succeed. As Mahatma Gandhi, Martin Luther King Jr., Golda Meir, and Nelson Mandela reassure us: The defeat of harmful structures is always just a question of time. </w:t>
      </w:r>
      <w:r>
        <w:rPr>
          <w:b w:val="0"/>
          <w:i w:val="0"/>
          <w:smallCaps w:val="0"/>
          <w:strike w:val="0"/>
          <w:u w:val="single"/>
        </w:rPr>
        <w:t xml:space="preserve">The </w:t>
      </w:r>
      <w:r>
        <w:rPr>
          <w:b w:val="0"/>
          <w:i w:val="0"/>
          <w:smallCaps w:val="0"/>
          <w:strike w:val="0"/>
          <w:highlight w:val="cyan"/>
          <w:u w:val="single"/>
        </w:rPr>
        <w:t>ultimate strategic intelligence</w:t>
      </w:r>
      <w:r>
        <w:rPr>
          <w:b w:val="0"/>
          <w:i w:val="0"/>
          <w:smallCaps w:val="0"/>
          <w:strike w:val="0"/>
          <w:u w:val="single"/>
        </w:rPr>
        <w:t xml:space="preserve"> is that authentic liberty is renewable but not self-executing. It </w:t>
      </w:r>
      <w:r>
        <w:rPr>
          <w:b w:val="0"/>
          <w:i w:val="0"/>
          <w:smallCaps w:val="0"/>
          <w:strike w:val="0"/>
          <w:highlight w:val="cyan"/>
          <w:u w:val="single"/>
        </w:rPr>
        <w:t>needs debate and</w:t>
      </w:r>
      <w:r>
        <w:rPr>
          <w:b w:val="0"/>
          <w:i w:val="0"/>
          <w:smallCaps w:val="0"/>
          <w:strike w:val="0"/>
          <w:u w:val="single"/>
        </w:rPr>
        <w:t xml:space="preserve"> nourishes </w:t>
      </w:r>
      <w:r>
        <w:rPr>
          <w:b w:val="0"/>
          <w:i w:val="0"/>
          <w:smallCaps w:val="0"/>
          <w:strike w:val="0"/>
          <w:highlight w:val="cyan"/>
          <w:u w:val="single"/>
        </w:rPr>
        <w:t>criticism; AI is capable of neither</w:t>
      </w:r>
      <w:r>
        <w:rPr>
          <w:b w:val="0"/>
          <w:i w:val="0"/>
          <w:smallCaps w:val="0"/>
          <w:strike w:val="0"/>
          <w:u w:val="single"/>
        </w:rPr>
        <w:t xml:space="preserve">.  </w:t>
      </w:r>
    </w:p>
    <w:p>
      <w:pPr>
        <w:spacing w:after="60"/>
      </w:pPr>
      <w:r>
        <w:rPr>
          <w:b w:val="0"/>
          <w:i w:val="0"/>
          <w:smallCaps w:val="0"/>
          <w:strike w:val="0"/>
          <w:highlight w:val="cyan"/>
          <w:u w:val="single"/>
        </w:rPr>
        <w:t>Another</w:t>
      </w:r>
      <w:r>
        <w:rPr>
          <w:b w:val="0"/>
          <w:i w:val="0"/>
          <w:smallCaps w:val="0"/>
          <w:strike w:val="0"/>
          <w:u w:val="single"/>
        </w:rPr>
        <w:t xml:space="preserve"> deficit, and a source of </w:t>
      </w:r>
      <w:r>
        <w:rPr>
          <w:b w:val="0"/>
          <w:i w:val="0"/>
          <w:smallCaps w:val="0"/>
          <w:strike w:val="0"/>
          <w:highlight w:val="cyan"/>
          <w:u w:val="single"/>
        </w:rPr>
        <w:t>contamination, is</w:t>
      </w:r>
      <w:r>
        <w:rPr>
          <w:b w:val="0"/>
          <w:i w:val="0"/>
          <w:smallCaps w:val="0"/>
          <w:strike w:val="0"/>
          <w:u w:val="single"/>
        </w:rPr>
        <w:t xml:space="preserve"> the </w:t>
      </w:r>
      <w:r>
        <w:rPr>
          <w:b w:val="0"/>
          <w:i w:val="0"/>
          <w:smallCaps w:val="0"/>
          <w:strike w:val="0"/>
          <w:highlight w:val="cyan"/>
          <w:u w:val="single"/>
        </w:rPr>
        <w:t>weaponized</w:t>
      </w:r>
      <w:r>
        <w:rPr>
          <w:b w:val="0"/>
          <w:i w:val="0"/>
          <w:smallCaps w:val="0"/>
          <w:strike w:val="0"/>
          <w:u w:val="single"/>
        </w:rPr>
        <w:t xml:space="preserve"> </w:t>
      </w:r>
      <w:r>
        <w:rPr>
          <w:b w:val="0"/>
          <w:i w:val="0"/>
          <w:smallCaps w:val="0"/>
          <w:strike w:val="0"/>
          <w:highlight w:val="cyan"/>
          <w:u w:val="single"/>
        </w:rPr>
        <w:t>misinfo</w:t>
      </w:r>
      <w:r>
        <w:rPr>
          <w:b w:val="0"/>
          <w:i w:val="0"/>
          <w:smallCaps w:val="0"/>
          <w:strike w:val="0"/>
          <w:u w:val="single"/>
        </w:rPr>
        <w:t>rmation inserted by foreign interests into our popular press and social media</w:t>
      </w:r>
      <w:r>
        <w:rPr>
          <w:b w:val="0"/>
          <w:i w:val="0"/>
          <w:smallCaps w:val="0"/>
          <w:strike w:val="0"/>
          <w:u w:val="none"/>
        </w:rPr>
        <w:t xml:space="preserve">. Those pathogens are ingested into the training sets that teach generative platforms how to speak and what to say. </w:t>
      </w:r>
      <w:r>
        <w:rPr>
          <w:b w:val="0"/>
          <w:i w:val="0"/>
          <w:smallCaps w:val="0"/>
          <w:strike w:val="0"/>
          <w:highlight w:val="cyan"/>
          <w:u w:val="single"/>
        </w:rPr>
        <w:t>AI</w:t>
      </w:r>
      <w:r>
        <w:rPr>
          <w:b w:val="0"/>
          <w:i w:val="0"/>
          <w:smallCaps w:val="0"/>
          <w:strike w:val="0"/>
          <w:u w:val="single"/>
        </w:rPr>
        <w:t xml:space="preserve"> has neither ambition nor judgement. It </w:t>
      </w:r>
      <w:r>
        <w:rPr>
          <w:b w:val="0"/>
          <w:i w:val="0"/>
          <w:smallCaps w:val="0"/>
          <w:strike w:val="0"/>
          <w:highlight w:val="cyan"/>
          <w:u w:val="single"/>
        </w:rPr>
        <w:t>is just</w:t>
      </w:r>
      <w:r>
        <w:rPr>
          <w:b w:val="0"/>
          <w:i w:val="0"/>
          <w:smallCaps w:val="0"/>
          <w:strike w:val="0"/>
          <w:u w:val="single"/>
        </w:rPr>
        <w:t xml:space="preserve"> </w:t>
      </w:r>
      <w:r>
        <w:rPr>
          <w:b w:val="0"/>
          <w:i w:val="0"/>
          <w:smallCaps w:val="0"/>
          <w:strike w:val="0"/>
          <w:highlight w:val="cyan"/>
          <w:u w:val="single"/>
        </w:rPr>
        <w:t>advanced</w:t>
      </w:r>
      <w:r>
        <w:rPr>
          <w:b w:val="0"/>
          <w:i w:val="0"/>
          <w:smallCaps w:val="0"/>
          <w:strike w:val="0"/>
          <w:u w:val="single"/>
        </w:rPr>
        <w:t xml:space="preserve"> — and impressive — </w:t>
      </w:r>
      <w:r>
        <w:rPr>
          <w:b w:val="0"/>
          <w:i w:val="0"/>
          <w:smallCaps w:val="0"/>
          <w:strike w:val="0"/>
          <w:highlight w:val="cyan"/>
          <w:u w:val="single"/>
        </w:rPr>
        <w:t>pattern recognition</w:t>
      </w:r>
      <w:r>
        <w:rPr>
          <w:b w:val="0"/>
          <w:i w:val="0"/>
          <w:smallCaps w:val="0"/>
          <w:strike w:val="0"/>
          <w:u w:val="single"/>
        </w:rPr>
        <w:t xml:space="preserve">. </w:t>
      </w:r>
      <w:r>
        <w:rPr>
          <w:b w:val="0"/>
          <w:i w:val="0"/>
          <w:smallCaps w:val="0"/>
          <w:strike w:val="0"/>
          <w:u w:val="none"/>
        </w:rPr>
        <w:t xml:space="preserve">Unless we are much more careful and deliberate, it will be years before we expunge toxic spew from the training sets and align them to our expectations and laws. </w:t>
      </w:r>
    </w:p>
    <w:p>
      <w:pPr>
        <w:spacing w:after="60"/>
      </w:pPr>
      <w:r>
        <w:rPr>
          <w:b w:val="0"/>
          <w:i w:val="0"/>
          <w:smallCaps w:val="0"/>
          <w:strike w:val="0"/>
          <w:u w:val="none"/>
        </w:rPr>
        <w:t xml:space="preserve">Finally, the global market and (until recently) our national security depend on sophisticated components that come from China. We taught them ourselves. Policymakers from both parties expected the Middle Kingdom to become a large market and friendly competitor. Instead they are a fierce commercial rival and America’s most worrisome military antagonist. They already train almost 10 times the number of engineering students we do and will soon produce twice as many engineering Ph.D.s. The AI misalignment here is that they have more of it than we do. </w:t>
      </w:r>
    </w:p>
    <w:p>
      <w:pPr>
        <w:spacing w:after="60"/>
      </w:pPr>
      <w:r>
        <w:rPr>
          <w:b w:val="0"/>
          <w:i w:val="0"/>
          <w:smallCaps w:val="0"/>
          <w:strike w:val="0"/>
          <w:u w:val="single"/>
        </w:rPr>
        <w:t xml:space="preserve">The </w:t>
      </w:r>
      <w:r>
        <w:rPr>
          <w:b w:val="0"/>
          <w:i w:val="0"/>
          <w:smallCaps w:val="0"/>
          <w:strike w:val="0"/>
          <w:highlight w:val="cyan"/>
          <w:u w:val="single"/>
        </w:rPr>
        <w:t>clear</w:t>
      </w:r>
      <w:r>
        <w:rPr>
          <w:b w:val="0"/>
          <w:i w:val="0"/>
          <w:smallCaps w:val="0"/>
          <w:strike w:val="0"/>
          <w:u w:val="single"/>
        </w:rPr>
        <w:t xml:space="preserve"> and present </w:t>
      </w:r>
      <w:r>
        <w:rPr>
          <w:b w:val="0"/>
          <w:i w:val="0"/>
          <w:smallCaps w:val="0"/>
          <w:strike w:val="0"/>
          <w:highlight w:val="cyan"/>
          <w:u w:val="single"/>
        </w:rPr>
        <w:t>danger</w:t>
      </w:r>
      <w:r>
        <w:rPr>
          <w:b w:val="0"/>
          <w:i w:val="0"/>
          <w:smallCaps w:val="0"/>
          <w:strike w:val="0"/>
          <w:u w:val="single"/>
        </w:rPr>
        <w:t xml:space="preserve"> is not artificial intelligence. It </w:t>
      </w:r>
      <w:r>
        <w:rPr>
          <w:b w:val="0"/>
          <w:i w:val="0"/>
          <w:smallCaps w:val="0"/>
          <w:strike w:val="0"/>
          <w:highlight w:val="cyan"/>
          <w:u w:val="single"/>
        </w:rPr>
        <w:t>is</w:t>
      </w:r>
      <w:r>
        <w:rPr>
          <w:b w:val="0"/>
          <w:i w:val="0"/>
          <w:smallCaps w:val="0"/>
          <w:strike w:val="0"/>
          <w:u w:val="single"/>
        </w:rPr>
        <w:t xml:space="preserve"> the </w:t>
      </w:r>
      <w:r>
        <w:rPr>
          <w:b w:val="0"/>
          <w:i w:val="0"/>
          <w:smallCaps w:val="0"/>
          <w:strike w:val="0"/>
          <w:highlight w:val="cyan"/>
          <w:u w:val="single"/>
        </w:rPr>
        <w:t>integrity of</w:t>
      </w:r>
      <w:r>
        <w:rPr>
          <w:b w:val="0"/>
          <w:i w:val="0"/>
          <w:smallCaps w:val="0"/>
          <w:strike w:val="0"/>
          <w:u w:val="single"/>
        </w:rPr>
        <w:t xml:space="preserve"> its </w:t>
      </w:r>
      <w:r>
        <w:rPr>
          <w:b w:val="0"/>
          <w:i w:val="0"/>
          <w:smallCaps w:val="0"/>
          <w:strike w:val="0"/>
          <w:highlight w:val="cyan"/>
          <w:u w:val="single"/>
        </w:rPr>
        <w:t>training</w:t>
      </w:r>
      <w:r>
        <w:rPr>
          <w:b w:val="0"/>
          <w:i w:val="0"/>
          <w:smallCaps w:val="0"/>
          <w:strike w:val="0"/>
          <w:u w:val="single"/>
        </w:rPr>
        <w:t xml:space="preserve">. </w:t>
      </w:r>
    </w:p>
    <w:p>
      <w:pPr>
        <w:spacing w:after="60"/>
      </w:pPr>
      <w:r>
        <w:rPr>
          <w:b w:val="0"/>
          <w:i w:val="0"/>
          <w:smallCaps w:val="0"/>
          <w:strike w:val="0"/>
          <w:u w:val="single"/>
        </w:rPr>
        <w:t xml:space="preserve">Like a real brain, </w:t>
      </w:r>
      <w:r>
        <w:rPr>
          <w:b w:val="0"/>
          <w:i w:val="0"/>
          <w:smallCaps w:val="0"/>
          <w:strike w:val="0"/>
          <w:highlight w:val="cyan"/>
          <w:u w:val="single"/>
        </w:rPr>
        <w:t>AI</w:t>
      </w:r>
      <w:r>
        <w:rPr>
          <w:b w:val="0"/>
          <w:i w:val="0"/>
          <w:smallCaps w:val="0"/>
          <w:strike w:val="0"/>
          <w:u w:val="single"/>
        </w:rPr>
        <w:t xml:space="preserve"> only “</w:t>
      </w:r>
      <w:r>
        <w:rPr>
          <w:b w:val="0"/>
          <w:i w:val="0"/>
          <w:smallCaps w:val="0"/>
          <w:strike w:val="0"/>
          <w:highlight w:val="cyan"/>
          <w:u w:val="single"/>
        </w:rPr>
        <w:t>learns</w:t>
      </w:r>
      <w:r>
        <w:rPr>
          <w:b w:val="0"/>
          <w:i w:val="0"/>
          <w:smallCaps w:val="0"/>
          <w:strike w:val="0"/>
          <w:u w:val="single"/>
        </w:rPr>
        <w:t xml:space="preserve">” what we teach it. Today’s computer models are vulnerable to absorbing </w:t>
      </w:r>
      <w:r>
        <w:rPr>
          <w:b/>
          <w:i w:val="0"/>
          <w:smallCaps w:val="0"/>
          <w:strike w:val="0"/>
          <w:highlight w:val="cyan"/>
          <w:u w:val="single"/>
        </w:rPr>
        <w:t>wrong ideas and disproven theories</w:t>
      </w:r>
      <w:r>
        <w:rPr>
          <w:b w:val="0"/>
          <w:i w:val="0"/>
          <w:smallCaps w:val="0"/>
          <w:strike w:val="0"/>
          <w:u w:val="single"/>
        </w:rPr>
        <w:t xml:space="preserve"> about science, history, economics and philosophy. This is </w:t>
      </w:r>
      <w:r>
        <w:rPr>
          <w:b/>
          <w:i w:val="0"/>
          <w:smallCaps w:val="0"/>
          <w:strike w:val="0"/>
          <w:u w:val="single"/>
        </w:rPr>
        <w:t>no different than schools that promote creationism, holocaust denial, mercantilism, and oppression theories cloaked as real science</w:t>
      </w:r>
      <w:r>
        <w:rPr>
          <w:b w:val="0"/>
          <w:i w:val="0"/>
          <w:smallCaps w:val="0"/>
          <w:strike w:val="0"/>
          <w:u w:val="single"/>
        </w:rPr>
        <w:t>. Dumb</w:t>
      </w:r>
      <w:r>
        <w:rPr>
          <w:b w:val="0"/>
          <w:i w:val="0"/>
          <w:smallCaps w:val="0"/>
          <w:strike w:val="0"/>
          <w:u w:val="none"/>
        </w:rPr>
        <w:t xml:space="preserve"> ideas are being embedded into massive computer memories (now about as big as a human brain) that indiscriminately produce conclusions that sound real but cannot be independently validated, traced, checked or challenged. </w:t>
      </w:r>
      <w:r>
        <w:rPr>
          <w:b w:val="0"/>
          <w:i w:val="0"/>
          <w:smallCaps w:val="0"/>
          <w:strike w:val="0"/>
          <w:u w:val="single"/>
        </w:rPr>
        <w:t xml:space="preserve">The real-world </w:t>
      </w:r>
      <w:r>
        <w:rPr>
          <w:b w:val="0"/>
          <w:i w:val="0"/>
          <w:smallCaps w:val="0"/>
          <w:strike w:val="0"/>
          <w:highlight w:val="cyan"/>
          <w:u w:val="single"/>
        </w:rPr>
        <w:t>implicat</w:t>
      </w:r>
      <w:r>
        <w:rPr>
          <w:b w:val="0"/>
          <w:i w:val="0"/>
          <w:smallCaps w:val="0"/>
          <w:strike w:val="0"/>
          <w:u w:val="single"/>
        </w:rPr>
        <w:t>ion</w:t>
      </w:r>
      <w:r>
        <w:rPr>
          <w:b w:val="0"/>
          <w:i w:val="0"/>
          <w:smallCaps w:val="0"/>
          <w:strike w:val="0"/>
          <w:highlight w:val="cyan"/>
          <w:u w:val="single"/>
        </w:rPr>
        <w:t>s</w:t>
      </w:r>
      <w:r>
        <w:rPr>
          <w:b w:val="0"/>
          <w:i w:val="0"/>
          <w:smallCaps w:val="0"/>
          <w:strike w:val="0"/>
          <w:u w:val="single"/>
        </w:rPr>
        <w:t xml:space="preserve"> are identical: spiritual </w:t>
      </w:r>
      <w:r>
        <w:rPr>
          <w:b w:val="0"/>
          <w:i w:val="0"/>
          <w:smallCaps w:val="0"/>
          <w:strike w:val="0"/>
          <w:highlight w:val="cyan"/>
          <w:u w:val="single"/>
        </w:rPr>
        <w:t>superstition</w:t>
      </w:r>
      <w:r>
        <w:rPr>
          <w:b w:val="0"/>
          <w:i w:val="0"/>
          <w:smallCaps w:val="0"/>
          <w:strike w:val="0"/>
          <w:u w:val="single"/>
        </w:rPr>
        <w:t xml:space="preserve">, entrenched </w:t>
      </w:r>
      <w:r>
        <w:rPr>
          <w:b w:val="0"/>
          <w:i w:val="0"/>
          <w:smallCaps w:val="0"/>
          <w:strike w:val="0"/>
          <w:highlight w:val="cyan"/>
          <w:u w:val="single"/>
        </w:rPr>
        <w:t>suspicion</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fabricated </w:t>
      </w:r>
      <w:r>
        <w:rPr>
          <w:b w:val="0"/>
          <w:i w:val="0"/>
          <w:smallCaps w:val="0"/>
          <w:strike w:val="0"/>
          <w:highlight w:val="cyan"/>
          <w:u w:val="single"/>
        </w:rPr>
        <w:t>conflict</w:t>
      </w:r>
      <w:r>
        <w:rPr>
          <w:b w:val="0"/>
          <w:i w:val="0"/>
          <w:smallCaps w:val="0"/>
          <w:strike w:val="0"/>
          <w:u w:val="single"/>
        </w:rPr>
        <w:t>.</w:t>
      </w:r>
      <w:r>
        <w:rPr>
          <w:b w:val="0"/>
          <w:i w:val="0"/>
          <w:smallCaps w:val="0"/>
          <w:strike w:val="0"/>
          <w:u w:val="none"/>
        </w:rPr>
        <w:t xml:space="preserve">  </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