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Gen AI leads to global economic collapse.</w:t>
      </w:r>
    </w:p>
    <w:p>
      <w:pPr>
        <w:spacing w:after="80"/>
      </w:pPr>
      <w:r>
        <w:rPr>
          <w:b/>
          <w:i w:val="0"/>
          <w:smallCaps w:val="0"/>
          <w:strike w:val="0"/>
          <w:sz w:val="26"/>
          <w:u w:val="none"/>
        </w:rPr>
        <w:t xml:space="preserve">Brown 24 </w:t>
      </w:r>
      <w:r>
        <w:rPr>
          <w:b w:val="0"/>
          <w:i w:val="0"/>
          <w:smallCaps w:val="0"/>
          <w:strike w:val="0"/>
          <w:u w:val="none"/>
        </w:rPr>
        <w:t xml:space="preserve">[Courtenay; 06-05-24; Courtenay Brown is an economics reporter at Axios. She covers the global economy, central banks, financial markets and macroeconomic trends; Axios; “How AI could roil the next economic crisis”; </w:t>
      </w:r>
      <w:r>
        <w:rPr>
          <w:b w:val="0"/>
          <w:i w:val="0"/>
          <w:smallCaps w:val="0"/>
          <w:strike w:val="0"/>
          <w:u w:val="none"/>
        </w:rPr>
        <w:t>] cathryn</w:t>
      </w:r>
    </w:p>
    <w:p>
      <w:pPr>
        <w:spacing w:after="60"/>
      </w:pPr>
      <w:r>
        <w:rPr>
          <w:b w:val="0"/>
          <w:i w:val="0"/>
          <w:smallCaps w:val="0"/>
          <w:strike w:val="0"/>
          <w:u w:val="none"/>
        </w:rPr>
        <w:t xml:space="preserve">The next </w:t>
      </w:r>
      <w:r>
        <w:rPr>
          <w:b/>
          <w:i w:val="0"/>
          <w:smallCaps w:val="0"/>
          <w:strike w:val="0"/>
          <w:highlight w:val="cyan"/>
          <w:u w:val="single"/>
        </w:rPr>
        <w:t>recession</w:t>
      </w:r>
      <w:r>
        <w:rPr>
          <w:b/>
          <w:i w:val="0"/>
          <w:smallCaps w:val="0"/>
          <w:strike w:val="0"/>
          <w:u w:val="single"/>
        </w:rPr>
        <w:t xml:space="preserve"> may </w:t>
      </w:r>
      <w:r>
        <w:rPr>
          <w:b/>
          <w:i w:val="0"/>
          <w:smallCaps w:val="0"/>
          <w:strike w:val="0"/>
          <w:highlight w:val="cyan"/>
          <w:u w:val="single"/>
        </w:rPr>
        <w:t>happen amid</w:t>
      </w:r>
      <w:r>
        <w:rPr>
          <w:b w:val="0"/>
          <w:i w:val="0"/>
          <w:smallCaps w:val="0"/>
          <w:strike w:val="0"/>
          <w:u w:val="single"/>
        </w:rPr>
        <w:t xml:space="preserve"> a new technological landscape: wide </w:t>
      </w:r>
      <w:r>
        <w:rPr>
          <w:b/>
          <w:i w:val="0"/>
          <w:smallCaps w:val="0"/>
          <w:strike w:val="0"/>
          <w:highlight w:val="cyan"/>
          <w:u w:val="single"/>
        </w:rPr>
        <w:t>adoption of</w:t>
      </w:r>
      <w:r>
        <w:rPr>
          <w:b/>
          <w:i w:val="0"/>
          <w:smallCaps w:val="0"/>
          <w:strike w:val="0"/>
          <w:u w:val="single"/>
        </w:rPr>
        <w:t xml:space="preserve"> </w:t>
      </w:r>
      <w:r>
        <w:rPr>
          <w:b/>
          <w:i w:val="0"/>
          <w:smallCaps w:val="0"/>
          <w:strike w:val="0"/>
          <w:highlight w:val="cyan"/>
          <w:u w:val="single"/>
        </w:rPr>
        <w:t>gen</w:t>
      </w:r>
      <w:r>
        <w:rPr>
          <w:b/>
          <w:i w:val="0"/>
          <w:smallCaps w:val="0"/>
          <w:strike w:val="0"/>
          <w:u w:val="single"/>
        </w:rPr>
        <w:t xml:space="preserve">erative </w:t>
      </w:r>
      <w:r>
        <w:rPr>
          <w:b/>
          <w:i w:val="0"/>
          <w:smallCaps w:val="0"/>
          <w:strike w:val="0"/>
          <w:highlight w:val="cyan"/>
          <w:u w:val="single"/>
        </w:rPr>
        <w:t>AI</w:t>
      </w:r>
      <w:r>
        <w:rPr>
          <w:b w:val="0"/>
          <w:i w:val="0"/>
          <w:smallCaps w:val="0"/>
          <w:strike w:val="0"/>
          <w:highlight w:val="cyan"/>
          <w:u w:val="none"/>
        </w:rPr>
        <w:t>,</w:t>
      </w:r>
      <w:r>
        <w:rPr>
          <w:b w:val="0"/>
          <w:i w:val="0"/>
          <w:smallCaps w:val="0"/>
          <w:strike w:val="0"/>
          <w:u w:val="none"/>
        </w:rPr>
        <w:t xml:space="preserve"> a phenomenon untested by an economic shock.</w:t>
      </w:r>
    </w:p>
    <w:p>
      <w:pPr>
        <w:spacing w:after="60"/>
      </w:pPr>
      <w:r>
        <w:rPr>
          <w:b w:val="0"/>
          <w:i w:val="0"/>
          <w:smallCaps w:val="0"/>
          <w:strike w:val="0"/>
          <w:u w:val="none"/>
        </w:rPr>
        <w:t xml:space="preserve">Why it matters: The potential economic upsides of AI, including how it might fuel productivity growth, are fairly clear. More </w:t>
      </w:r>
      <w:r>
        <w:rPr>
          <w:b w:val="0"/>
          <w:i w:val="0"/>
          <w:smallCaps w:val="0"/>
          <w:strike w:val="0"/>
          <w:u w:val="single"/>
        </w:rPr>
        <w:t xml:space="preserve">uncertain are the potential </w:t>
      </w:r>
      <w:r>
        <w:rPr>
          <w:b w:val="0"/>
          <w:i w:val="0"/>
          <w:smallCaps w:val="0"/>
          <w:strike w:val="0"/>
          <w:highlight w:val="cyan"/>
          <w:u w:val="single"/>
        </w:rPr>
        <w:t>hits to labor and</w:t>
      </w:r>
      <w:r>
        <w:rPr>
          <w:b w:val="0"/>
          <w:i w:val="0"/>
          <w:smallCaps w:val="0"/>
          <w:strike w:val="0"/>
          <w:u w:val="single"/>
        </w:rPr>
        <w:t xml:space="preserve"> financial </w:t>
      </w:r>
      <w:r>
        <w:rPr>
          <w:b w:val="0"/>
          <w:i w:val="0"/>
          <w:smallCaps w:val="0"/>
          <w:strike w:val="0"/>
          <w:highlight w:val="cyan"/>
          <w:u w:val="single"/>
        </w:rPr>
        <w:t xml:space="preserve">markets </w:t>
      </w:r>
      <w:r>
        <w:rPr>
          <w:b/>
          <w:i w:val="0"/>
          <w:smallCaps w:val="0"/>
          <w:strike w:val="0"/>
          <w:highlight w:val="cyan"/>
          <w:u w:val="single"/>
        </w:rPr>
        <w:t>when the boom time ends</w:t>
      </w:r>
      <w:r>
        <w:rPr>
          <w:b/>
          <w:i w:val="0"/>
          <w:smallCaps w:val="0"/>
          <w:strike w:val="0"/>
          <w:u w:val="single"/>
        </w:rPr>
        <w:t>.</w:t>
      </w:r>
    </w:p>
    <w:p>
      <w:pPr>
        <w:spacing w:after="60"/>
      </w:pPr>
      <w:r>
        <w:rPr>
          <w:b w:val="0"/>
          <w:i w:val="0"/>
          <w:smallCaps w:val="0"/>
          <w:strike w:val="0"/>
          <w:u w:val="none"/>
        </w:rPr>
        <w:t>Treasury Secretary Janet Yellen is expected to echo the risks of AI-powered financial systems in a speech this week, highlighting the "black box" nature of models that are a mystery even to their designers.</w:t>
      </w:r>
    </w:p>
    <w:p>
      <w:pPr>
        <w:spacing w:after="60"/>
      </w:pPr>
      <w:r>
        <w:rPr>
          <w:b w:val="0"/>
          <w:i w:val="0"/>
          <w:smallCaps w:val="0"/>
          <w:strike w:val="0"/>
          <w:u w:val="none"/>
        </w:rPr>
        <w:t>What they're saying: "[</w:t>
      </w:r>
      <w:r>
        <w:rPr>
          <w:b w:val="0"/>
          <w:i w:val="0"/>
          <w:smallCaps w:val="0"/>
          <w:strike w:val="0"/>
          <w:u w:val="single"/>
        </w:rPr>
        <w:t xml:space="preserve">T]he widespread </w:t>
      </w:r>
      <w:r>
        <w:rPr>
          <w:b w:val="0"/>
          <w:i w:val="0"/>
          <w:smallCaps w:val="0"/>
          <w:strike w:val="0"/>
          <w:highlight w:val="cyan"/>
          <w:u w:val="single"/>
        </w:rPr>
        <w:t>use of</w:t>
      </w:r>
      <w:r>
        <w:rPr>
          <w:b w:val="0"/>
          <w:i w:val="0"/>
          <w:smallCaps w:val="0"/>
          <w:strike w:val="0"/>
          <w:u w:val="single"/>
        </w:rPr>
        <w:t xml:space="preserve"> </w:t>
      </w:r>
      <w:r>
        <w:rPr>
          <w:b w:val="0"/>
          <w:i w:val="0"/>
          <w:smallCaps w:val="0"/>
          <w:strike w:val="0"/>
          <w:highlight w:val="cyan"/>
          <w:u w:val="single"/>
        </w:rPr>
        <w:t>AI</w:t>
      </w:r>
      <w:r>
        <w:rPr>
          <w:b w:val="0"/>
          <w:i w:val="0"/>
          <w:smallCaps w:val="0"/>
          <w:strike w:val="0"/>
          <w:u w:val="single"/>
        </w:rPr>
        <w:t xml:space="preserve"> could turn an ordinary </w:t>
      </w:r>
      <w:r>
        <w:rPr>
          <w:b w:val="0"/>
          <w:i w:val="0"/>
          <w:smallCaps w:val="0"/>
          <w:strike w:val="0"/>
          <w:highlight w:val="cyan"/>
          <w:u w:val="single"/>
        </w:rPr>
        <w:t>downturn into</w:t>
      </w:r>
      <w:r>
        <w:rPr>
          <w:b w:val="0"/>
          <w:i w:val="0"/>
          <w:smallCaps w:val="0"/>
          <w:strike w:val="0"/>
          <w:u w:val="single"/>
        </w:rPr>
        <w:t xml:space="preserve"> a deep and </w:t>
      </w:r>
      <w:r>
        <w:rPr>
          <w:b/>
          <w:i w:val="0"/>
          <w:smallCaps w:val="0"/>
          <w:strike w:val="0"/>
          <w:highlight w:val="cyan"/>
          <w:u w:val="single"/>
        </w:rPr>
        <w:t>prolonged econ</w:t>
      </w:r>
      <w:r>
        <w:rPr>
          <w:b/>
          <w:i w:val="0"/>
          <w:smallCaps w:val="0"/>
          <w:strike w:val="0"/>
          <w:u w:val="single"/>
        </w:rPr>
        <w:t xml:space="preserve">omic </w:t>
      </w:r>
      <w:r>
        <w:rPr>
          <w:b/>
          <w:i w:val="0"/>
          <w:smallCaps w:val="0"/>
          <w:strike w:val="0"/>
          <w:highlight w:val="cyan"/>
          <w:u w:val="single"/>
        </w:rPr>
        <w:t>crisis by causing</w:t>
      </w:r>
      <w:r>
        <w:rPr>
          <w:b/>
          <w:i w:val="0"/>
          <w:smallCaps w:val="0"/>
          <w:strike w:val="0"/>
          <w:u w:val="single"/>
        </w:rPr>
        <w:t xml:space="preserve"> large-scale </w:t>
      </w:r>
      <w:r>
        <w:rPr>
          <w:b/>
          <w:i w:val="0"/>
          <w:smallCaps w:val="0"/>
          <w:strike w:val="0"/>
          <w:highlight w:val="cyan"/>
          <w:u w:val="single"/>
        </w:rPr>
        <w:t>disruptions in</w:t>
      </w:r>
      <w:r>
        <w:rPr>
          <w:b/>
          <w:i w:val="0"/>
          <w:smallCaps w:val="0"/>
          <w:strike w:val="0"/>
          <w:u w:val="single"/>
        </w:rPr>
        <w:t xml:space="preserve"> labor </w:t>
      </w:r>
      <w:r>
        <w:rPr>
          <w:b/>
          <w:i w:val="0"/>
          <w:smallCaps w:val="0"/>
          <w:strike w:val="0"/>
          <w:highlight w:val="cyan"/>
          <w:u w:val="single"/>
        </w:rPr>
        <w:t>markets</w:t>
      </w:r>
      <w:r>
        <w:rPr>
          <w:b/>
          <w:i w:val="0"/>
          <w:smallCaps w:val="0"/>
          <w:strike w:val="0"/>
          <w:u w:val="single"/>
        </w:rPr>
        <w:t xml:space="preserve">, in financial markets, </w:t>
      </w:r>
      <w:r>
        <w:rPr>
          <w:b/>
          <w:i w:val="0"/>
          <w:smallCaps w:val="0"/>
          <w:strike w:val="0"/>
          <w:highlight w:val="cyan"/>
          <w:u w:val="single"/>
        </w:rPr>
        <w:t>and</w:t>
      </w:r>
      <w:r>
        <w:rPr>
          <w:b/>
          <w:i w:val="0"/>
          <w:smallCaps w:val="0"/>
          <w:strike w:val="0"/>
          <w:u w:val="single"/>
        </w:rPr>
        <w:t xml:space="preserve"> in </w:t>
      </w:r>
      <w:r>
        <w:rPr>
          <w:b/>
          <w:i w:val="0"/>
          <w:smallCaps w:val="0"/>
          <w:strike w:val="0"/>
          <w:highlight w:val="cyan"/>
          <w:u w:val="single"/>
        </w:rPr>
        <w:t>supply chains</w:t>
      </w:r>
      <w:r>
        <w:rPr>
          <w:b/>
          <w:i w:val="0"/>
          <w:smallCaps w:val="0"/>
          <w:strike w:val="0"/>
          <w:u w:val="none"/>
        </w:rPr>
        <w:t>,"</w:t>
      </w:r>
      <w:r>
        <w:rPr>
          <w:b w:val="0"/>
          <w:i w:val="0"/>
          <w:smallCaps w:val="0"/>
          <w:strike w:val="0"/>
          <w:u w:val="none"/>
        </w:rPr>
        <w:t xml:space="preserve"> Gita Gopinath, the IMF's No. 2 official, said in a recent speech.</w:t>
      </w:r>
    </w:p>
    <w:p>
      <w:pPr>
        <w:spacing w:after="60"/>
      </w:pPr>
      <w:r>
        <w:rPr>
          <w:b w:val="0"/>
          <w:i w:val="0"/>
          <w:smallCaps w:val="0"/>
          <w:strike w:val="0"/>
          <w:u w:val="none"/>
        </w:rPr>
        <w:t>State of play: Gopinath says the globe's experience with automation and labor markets in recent decades offers something of a warning.</w:t>
      </w:r>
    </w:p>
    <w:p>
      <w:pPr>
        <w:spacing w:after="60"/>
      </w:pPr>
      <w:r>
        <w:rPr>
          <w:b w:val="0"/>
          <w:i w:val="0"/>
          <w:smallCaps w:val="0"/>
          <w:strike w:val="0"/>
          <w:u w:val="none"/>
        </w:rPr>
        <w:t>When the economy is solid, businesses are more willing to invest in new technologies and hold onto workers. When the economy slips, companies shed workers to cut costs and might never return to previous employment levels.</w:t>
      </w:r>
    </w:p>
    <w:p>
      <w:pPr>
        <w:spacing w:after="60"/>
      </w:pPr>
      <w:r>
        <w:rPr>
          <w:b w:val="0"/>
          <w:i w:val="0"/>
          <w:smallCaps w:val="0"/>
          <w:strike w:val="0"/>
          <w:u w:val="none"/>
        </w:rPr>
        <w:t xml:space="preserve">"In the next downturn, </w:t>
      </w:r>
      <w:r>
        <w:rPr>
          <w:b w:val="0"/>
          <w:i w:val="0"/>
          <w:smallCaps w:val="0"/>
          <w:strike w:val="0"/>
          <w:highlight w:val="cyan"/>
          <w:u w:val="single"/>
        </w:rPr>
        <w:t>AI</w:t>
      </w:r>
      <w:r>
        <w:rPr>
          <w:b w:val="0"/>
          <w:i w:val="0"/>
          <w:smallCaps w:val="0"/>
          <w:strike w:val="0"/>
          <w:u w:val="single"/>
        </w:rPr>
        <w:t xml:space="preserve"> is likely to </w:t>
      </w:r>
      <w:r>
        <w:rPr>
          <w:b w:val="0"/>
          <w:i w:val="0"/>
          <w:smallCaps w:val="0"/>
          <w:strike w:val="0"/>
          <w:highlight w:val="cyan"/>
          <w:u w:val="single"/>
        </w:rPr>
        <w:t>threaten</w:t>
      </w:r>
      <w:r>
        <w:rPr>
          <w:b w:val="0"/>
          <w:i w:val="0"/>
          <w:smallCaps w:val="0"/>
          <w:strike w:val="0"/>
          <w:u w:val="single"/>
        </w:rPr>
        <w:t xml:space="preserve"> a </w:t>
      </w:r>
      <w:r>
        <w:rPr>
          <w:b w:val="0"/>
          <w:i w:val="0"/>
          <w:smallCaps w:val="0"/>
          <w:strike w:val="0"/>
          <w:highlight w:val="cyan"/>
          <w:u w:val="single"/>
        </w:rPr>
        <w:t>wider</w:t>
      </w:r>
      <w:r>
        <w:rPr>
          <w:b w:val="0"/>
          <w:i w:val="0"/>
          <w:smallCaps w:val="0"/>
          <w:strike w:val="0"/>
          <w:u w:val="single"/>
        </w:rPr>
        <w:t xml:space="preserve"> </w:t>
      </w:r>
      <w:r>
        <w:rPr>
          <w:b w:val="0"/>
          <w:i w:val="0"/>
          <w:smallCaps w:val="0"/>
          <w:strike w:val="0"/>
          <w:highlight w:val="cyan"/>
          <w:u w:val="single"/>
        </w:rPr>
        <w:t>range</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w:t>
      </w:r>
      <w:r>
        <w:rPr>
          <w:b w:val="0"/>
          <w:i w:val="0"/>
          <w:smallCaps w:val="0"/>
          <w:strike w:val="0"/>
          <w:highlight w:val="cyan"/>
          <w:u w:val="single"/>
        </w:rPr>
        <w:t>jobs</w:t>
      </w:r>
      <w:r>
        <w:rPr>
          <w:b w:val="0"/>
          <w:i w:val="0"/>
          <w:smallCaps w:val="0"/>
          <w:strike w:val="0"/>
          <w:u w:val="single"/>
        </w:rPr>
        <w:t xml:space="preserve"> than in past cycles, including higher-skilled cognitive jobs," Gopinath said, stressing she was </w:t>
      </w:r>
      <w:r>
        <w:rPr>
          <w:b/>
          <w:i w:val="0"/>
          <w:smallCaps w:val="0"/>
          <w:strike w:val="0"/>
          <w:u w:val="single"/>
        </w:rPr>
        <w:t xml:space="preserve">outlining </w:t>
      </w:r>
      <w:r>
        <w:rPr>
          <w:b/>
          <w:i w:val="0"/>
          <w:smallCaps w:val="0"/>
          <w:strike w:val="0"/>
          <w:highlight w:val="cyan"/>
          <w:u w:val="single"/>
        </w:rPr>
        <w:t>a risk,</w:t>
      </w:r>
      <w:r>
        <w:rPr>
          <w:b/>
          <w:i w:val="0"/>
          <w:smallCaps w:val="0"/>
          <w:strike w:val="0"/>
          <w:u w:val="single"/>
        </w:rPr>
        <w:t xml:space="preserve"> </w:t>
      </w:r>
      <w:r>
        <w:rPr>
          <w:b/>
          <w:i w:val="0"/>
          <w:smallCaps w:val="0"/>
          <w:strike w:val="0"/>
          <w:highlight w:val="cyan"/>
          <w:u w:val="single"/>
        </w:rPr>
        <w:t>not</w:t>
      </w:r>
      <w:r>
        <w:rPr>
          <w:b/>
          <w:i w:val="0"/>
          <w:smallCaps w:val="0"/>
          <w:strike w:val="0"/>
          <w:u w:val="single"/>
        </w:rPr>
        <w:t xml:space="preserve"> making a </w:t>
      </w:r>
      <w:r>
        <w:rPr>
          <w:b/>
          <w:i w:val="0"/>
          <w:smallCaps w:val="0"/>
          <w:strike w:val="0"/>
          <w:highlight w:val="cyan"/>
          <w:u w:val="single"/>
        </w:rPr>
        <w:t>prediction</w:t>
      </w:r>
      <w:r>
        <w:rPr>
          <w:b/>
          <w:i w:val="0"/>
          <w:smallCaps w:val="0"/>
          <w:strike w:val="0"/>
          <w:u w:val="single"/>
        </w:rPr>
        <w:t>.</w:t>
      </w:r>
    </w:p>
    <w:p>
      <w:pPr>
        <w:spacing w:after="60"/>
      </w:pPr>
      <w:r>
        <w:rPr>
          <w:b/>
          <w:i w:val="0"/>
          <w:smallCaps w:val="0"/>
          <w:strike w:val="0"/>
          <w:u w:val="single"/>
        </w:rPr>
        <w:t xml:space="preserve">"The </w:t>
      </w:r>
      <w:r>
        <w:rPr>
          <w:b/>
          <w:i w:val="0"/>
          <w:smallCaps w:val="0"/>
          <w:strike w:val="0"/>
          <w:highlight w:val="cyan"/>
          <w:u w:val="single"/>
        </w:rPr>
        <w:t>result</w:t>
      </w:r>
      <w:r>
        <w:rPr>
          <w:b/>
          <w:i w:val="0"/>
          <w:smallCaps w:val="0"/>
          <w:strike w:val="0"/>
          <w:u w:val="single"/>
        </w:rPr>
        <w:t xml:space="preserve"> could be unprecedented job losses," </w:t>
      </w:r>
      <w:r>
        <w:rPr>
          <w:b/>
          <w:i w:val="0"/>
          <w:smallCaps w:val="0"/>
          <w:strike w:val="0"/>
          <w:highlight w:val="cyan"/>
          <w:u w:val="single"/>
        </w:rPr>
        <w:t>with</w:t>
      </w:r>
      <w:r>
        <w:rPr>
          <w:b/>
          <w:i w:val="0"/>
          <w:smallCaps w:val="0"/>
          <w:strike w:val="0"/>
          <w:u w:val="single"/>
        </w:rPr>
        <w:t xml:space="preserve"> long-term </w:t>
      </w:r>
      <w:r>
        <w:rPr>
          <w:b/>
          <w:i w:val="0"/>
          <w:smallCaps w:val="0"/>
          <w:strike w:val="0"/>
          <w:highlight w:val="cyan"/>
          <w:u w:val="single"/>
        </w:rPr>
        <w:t>displaced</w:t>
      </w:r>
      <w:r>
        <w:rPr>
          <w:b/>
          <w:i w:val="0"/>
          <w:smallCaps w:val="0"/>
          <w:strike w:val="0"/>
          <w:u w:val="single"/>
        </w:rPr>
        <w:t xml:space="preserve"> </w:t>
      </w:r>
      <w:r>
        <w:rPr>
          <w:b/>
          <w:i w:val="0"/>
          <w:smallCaps w:val="0"/>
          <w:strike w:val="0"/>
          <w:highlight w:val="cyan"/>
          <w:u w:val="single"/>
        </w:rPr>
        <w:t>workers</w:t>
      </w:r>
      <w:r>
        <w:rPr>
          <w:b/>
          <w:i w:val="0"/>
          <w:smallCaps w:val="0"/>
          <w:strike w:val="0"/>
          <w:u w:val="single"/>
        </w:rPr>
        <w:t xml:space="preserve"> who don't have skills fit for an AI-centric economy.</w:t>
      </w:r>
    </w:p>
    <w:p>
      <w:pPr>
        <w:spacing w:after="60"/>
      </w:pPr>
      <w:r>
        <w:rPr>
          <w:b w:val="0"/>
          <w:i w:val="0"/>
          <w:smallCaps w:val="0"/>
          <w:strike w:val="0"/>
          <w:u w:val="none"/>
        </w:rPr>
        <w:t>The intrigue: Financial firms that use trading strategies powered by AI might "struggle to respond" to such unprecedented economic conditions, Gopinath said.</w:t>
      </w:r>
    </w:p>
    <w:p>
      <w:pPr>
        <w:spacing w:after="60"/>
      </w:pPr>
      <w:r>
        <w:rPr>
          <w:b w:val="0"/>
          <w:i w:val="0"/>
          <w:smallCaps w:val="0"/>
          <w:strike w:val="0"/>
          <w:u w:val="none"/>
        </w:rPr>
        <w:t>"[T]hey might quickly and simultaneously become overly conservative and rebalance portfolios toward safe assets," Gopinath said.</w:t>
      </w:r>
    </w:p>
    <w:p>
      <w:pPr>
        <w:spacing w:after="60"/>
      </w:pPr>
      <w:r>
        <w:rPr>
          <w:b w:val="0"/>
          <w:i w:val="0"/>
          <w:smallCaps w:val="0"/>
          <w:strike w:val="0"/>
          <w:u w:val="none"/>
        </w:rPr>
        <w:t>As the prices of assets ditched by the models plunge, it could ripple into a "self-confirming spiral of fire-sales and collapsing asset prices across different financial markets."</w:t>
      </w:r>
    </w:p>
    <w:p>
      <w:pPr>
        <w:spacing w:after="60"/>
      </w:pPr>
      <w:r>
        <w:rPr>
          <w:b w:val="0"/>
          <w:i w:val="0"/>
          <w:smallCaps w:val="0"/>
          <w:strike w:val="0"/>
          <w:u w:val="none"/>
        </w:rPr>
        <w:t xml:space="preserve">Relatedly, </w:t>
      </w:r>
      <w:r>
        <w:rPr>
          <w:b w:val="0"/>
          <w:i w:val="0"/>
          <w:smallCaps w:val="0"/>
          <w:strike w:val="0"/>
          <w:highlight w:val="cyan"/>
          <w:u w:val="single"/>
        </w:rPr>
        <w:t>supply</w:t>
      </w:r>
      <w:r>
        <w:rPr>
          <w:b w:val="0"/>
          <w:i w:val="0"/>
          <w:smallCaps w:val="0"/>
          <w:strike w:val="0"/>
          <w:u w:val="single"/>
        </w:rPr>
        <w:t xml:space="preserve"> </w:t>
      </w:r>
      <w:r>
        <w:rPr>
          <w:b w:val="0"/>
          <w:i w:val="0"/>
          <w:smallCaps w:val="0"/>
          <w:strike w:val="0"/>
          <w:highlight w:val="cyan"/>
          <w:u w:val="single"/>
        </w:rPr>
        <w:t>chain</w:t>
      </w:r>
      <w:r>
        <w:rPr>
          <w:b w:val="0"/>
          <w:i w:val="0"/>
          <w:smallCaps w:val="0"/>
          <w:strike w:val="0"/>
          <w:u w:val="single"/>
        </w:rPr>
        <w:t xml:space="preserve"> model</w:t>
      </w:r>
      <w:r>
        <w:rPr>
          <w:b w:val="0"/>
          <w:i w:val="0"/>
          <w:smallCaps w:val="0"/>
          <w:strike w:val="0"/>
          <w:highlight w:val="cyan"/>
          <w:u w:val="single"/>
        </w:rPr>
        <w:t>s</w:t>
      </w:r>
      <w:r>
        <w:rPr>
          <w:b w:val="0"/>
          <w:i w:val="0"/>
          <w:smallCaps w:val="0"/>
          <w:strike w:val="0"/>
          <w:u w:val="single"/>
        </w:rPr>
        <w:t xml:space="preserve"> </w:t>
      </w:r>
      <w:r>
        <w:rPr>
          <w:b w:val="0"/>
          <w:i w:val="0"/>
          <w:smallCaps w:val="0"/>
          <w:strike w:val="0"/>
          <w:highlight w:val="cyan"/>
          <w:u w:val="single"/>
        </w:rPr>
        <w:t>built</w:t>
      </w:r>
      <w:r>
        <w:rPr>
          <w:b w:val="0"/>
          <w:i w:val="0"/>
          <w:smallCaps w:val="0"/>
          <w:strike w:val="0"/>
          <w:u w:val="single"/>
        </w:rPr>
        <w:t xml:space="preserve"> </w:t>
      </w:r>
      <w:r>
        <w:rPr>
          <w:b w:val="0"/>
          <w:i w:val="0"/>
          <w:smallCaps w:val="0"/>
          <w:strike w:val="0"/>
          <w:highlight w:val="cyan"/>
          <w:u w:val="single"/>
        </w:rPr>
        <w:t>on</w:t>
      </w:r>
      <w:r>
        <w:rPr>
          <w:b w:val="0"/>
          <w:i w:val="0"/>
          <w:smallCaps w:val="0"/>
          <w:strike w:val="0"/>
          <w:u w:val="single"/>
        </w:rPr>
        <w:t xml:space="preserve"> </w:t>
      </w:r>
      <w:r>
        <w:rPr>
          <w:b w:val="0"/>
          <w:i w:val="0"/>
          <w:smallCaps w:val="0"/>
          <w:strike w:val="0"/>
          <w:highlight w:val="cyan"/>
          <w:u w:val="single"/>
        </w:rPr>
        <w:t>AI</w:t>
      </w:r>
      <w:r>
        <w:rPr>
          <w:b w:val="0"/>
          <w:i w:val="0"/>
          <w:smallCaps w:val="0"/>
          <w:strike w:val="0"/>
          <w:u w:val="single"/>
        </w:rPr>
        <w:t xml:space="preserve"> could stoke forecasting mistakes that cause huge swings in inventories and production. "This could </w:t>
      </w:r>
      <w:r>
        <w:rPr>
          <w:b w:val="0"/>
          <w:i w:val="0"/>
          <w:smallCaps w:val="0"/>
          <w:strike w:val="0"/>
          <w:highlight w:val="cyan"/>
          <w:u w:val="single"/>
        </w:rPr>
        <w:t>cause</w:t>
      </w:r>
      <w:r>
        <w:rPr>
          <w:b w:val="0"/>
          <w:i w:val="0"/>
          <w:smallCaps w:val="0"/>
          <w:strike w:val="0"/>
          <w:u w:val="single"/>
        </w:rPr>
        <w:t xml:space="preserve"> </w:t>
      </w:r>
      <w:r>
        <w:rPr>
          <w:b/>
          <w:i w:val="0"/>
          <w:smallCaps w:val="0"/>
          <w:strike w:val="0"/>
          <w:u w:val="single"/>
        </w:rPr>
        <w:t xml:space="preserve">crippling delays and </w:t>
      </w:r>
      <w:r>
        <w:rPr>
          <w:b/>
          <w:i w:val="0"/>
          <w:smallCaps w:val="0"/>
          <w:strike w:val="0"/>
          <w:highlight w:val="cyan"/>
          <w:u w:val="single"/>
        </w:rPr>
        <w:t>shortages</w:t>
      </w:r>
      <w:r>
        <w:rPr>
          <w:b w:val="0"/>
          <w:i w:val="0"/>
          <w:smallCaps w:val="0"/>
          <w:strike w:val="0"/>
          <w:u w:val="single"/>
        </w:rPr>
        <w:t xml:space="preserve"> of critical supplies </w:t>
      </w:r>
      <w:r>
        <w:rPr>
          <w:b/>
          <w:i w:val="0"/>
          <w:smallCaps w:val="0"/>
          <w:strike w:val="0"/>
          <w:sz w:val="26"/>
          <w:highlight w:val="cyan"/>
          <w:u w:val="single"/>
        </w:rPr>
        <w:t>across the global economy</w:t>
      </w:r>
      <w:r>
        <w:rPr>
          <w:b w:val="0"/>
          <w:i w:val="0"/>
          <w:smallCaps w:val="0"/>
          <w:strike w:val="0"/>
          <w:u w:val="none"/>
        </w:rPr>
        <w:t>," Gopinath says.</w:t>
      </w:r>
    </w:p>
    <w:p>
      <w:pPr>
        <w:spacing w:after="60"/>
      </w:pPr>
      <w:r>
        <w:rPr>
          <w:b w:val="0"/>
          <w:i w:val="0"/>
          <w:smallCaps w:val="0"/>
          <w:strike w:val="0"/>
          <w:u w:val="none"/>
        </w:rPr>
        <w:t>The bottom line: "Most international efforts to mitigate AI risk are currently directed toward concerns around security, privacy, ethics, and disinformation," Gopinath said.</w:t>
      </w:r>
    </w:p>
    <w:p>
      <w:pPr>
        <w:spacing w:after="60"/>
      </w:pPr>
      <w:r>
        <w:rPr>
          <w:b/>
          <w:i w:val="0"/>
          <w:smallCaps w:val="0"/>
          <w:strike w:val="0"/>
          <w:u w:val="single"/>
        </w:rPr>
        <w:t xml:space="preserve">"But we also </w:t>
      </w:r>
      <w:r>
        <w:rPr>
          <w:b/>
          <w:i w:val="0"/>
          <w:smallCaps w:val="0"/>
          <w:strike w:val="0"/>
          <w:highlight w:val="cyan"/>
          <w:u w:val="single"/>
        </w:rPr>
        <w:t>need</w:t>
      </w:r>
      <w:r>
        <w:rPr>
          <w:b/>
          <w:i w:val="0"/>
          <w:smallCaps w:val="0"/>
          <w:strike w:val="0"/>
          <w:u w:val="single"/>
        </w:rPr>
        <w:t xml:space="preserve"> a serious international </w:t>
      </w:r>
      <w:r>
        <w:rPr>
          <w:b/>
          <w:i w:val="0"/>
          <w:smallCaps w:val="0"/>
          <w:strike w:val="0"/>
          <w:highlight w:val="cyan"/>
          <w:u w:val="single"/>
        </w:rPr>
        <w:t>effort</w:t>
      </w:r>
      <w:r>
        <w:rPr>
          <w:b/>
          <w:i w:val="0"/>
          <w:smallCaps w:val="0"/>
          <w:strike w:val="0"/>
          <w:u w:val="single"/>
        </w:rPr>
        <w:t xml:space="preserve"> </w:t>
      </w:r>
      <w:r>
        <w:rPr>
          <w:b/>
          <w:i w:val="0"/>
          <w:smallCaps w:val="0"/>
          <w:strike w:val="0"/>
          <w:highlight w:val="cyan"/>
          <w:u w:val="single"/>
        </w:rPr>
        <w:t>to</w:t>
      </w:r>
      <w:r>
        <w:rPr>
          <w:b/>
          <w:i w:val="0"/>
          <w:smallCaps w:val="0"/>
          <w:strike w:val="0"/>
          <w:u w:val="single"/>
        </w:rPr>
        <w:t xml:space="preserve"> </w:t>
      </w:r>
      <w:r>
        <w:rPr>
          <w:b/>
          <w:i w:val="0"/>
          <w:smallCaps w:val="0"/>
          <w:strike w:val="0"/>
          <w:highlight w:val="cyan"/>
          <w:u w:val="single"/>
        </w:rPr>
        <w:t>AI-proof the economy</w:t>
      </w:r>
      <w:r>
        <w:rPr>
          <w:b/>
          <w:i w:val="0"/>
          <w:smallCaps w:val="0"/>
          <w:strike w:val="0"/>
          <w:u w:val="single"/>
        </w:rPr>
        <w:t>."</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