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Pandemics cause state collapse and goes nuclear </w:t>
      </w:r>
    </w:p>
    <w:p>
      <w:pPr>
        <w:spacing w:after="80"/>
      </w:pPr>
      <w:r>
        <w:rPr>
          <w:b/>
          <w:i w:val="0"/>
          <w:smallCaps w:val="0"/>
          <w:strike w:val="0"/>
          <w:color w:val="000000"/>
          <w:sz w:val="26"/>
          <w:u w:val="none"/>
        </w:rPr>
        <w:t>Morris, 13</w:t>
      </w:r>
      <w:r>
        <w:rPr>
          <w:b w:val="0"/>
          <w:i w:val="0"/>
          <w:smallCaps w:val="0"/>
          <w:strike w:val="0"/>
          <w:color w:val="000000"/>
          <w:u w:val="none"/>
        </w:rPr>
        <w:t>, professor of history at Stanford University, 3/22/2013 (Ian, “The Measure of Civilization: How Social Development Decides the Fate of Nations,” Carnegie Council, Lexis)</w:t>
      </w:r>
    </w:p>
    <w:p>
      <w:pPr>
        <w:spacing w:after="60"/>
      </w:pPr>
      <w:r>
        <w:rPr>
          <w:b w:val="0"/>
          <w:i w:val="0"/>
          <w:smallCaps w:val="0"/>
          <w:strike w:val="0"/>
          <w:color w:val="000000"/>
          <w:u w:val="none"/>
        </w:rPr>
        <w:t xml:space="preserve">There are several periods when we get discontinuities, when we get collapses in social development scores. You can see several very clear examples on this graph. </w:t>
      </w:r>
      <w:r>
        <w:rPr>
          <w:b w:val="0"/>
          <w:i w:val="0"/>
          <w:smallCaps w:val="0"/>
          <w:strike w:val="0"/>
          <w:color w:val="000000"/>
          <w:u w:val="single"/>
        </w:rPr>
        <w:t>When we look back at</w:t>
      </w:r>
      <w:r>
        <w:rPr>
          <w:b w:val="0"/>
          <w:i w:val="0"/>
          <w:smallCaps w:val="0"/>
          <w:strike w:val="0"/>
          <w:color w:val="000000"/>
          <w:u w:val="none"/>
        </w:rPr>
        <w:t xml:space="preserve"> the </w:t>
      </w:r>
      <w:r>
        <w:rPr>
          <w:b w:val="0"/>
          <w:i w:val="0"/>
          <w:smallCaps w:val="0"/>
          <w:strike w:val="0"/>
          <w:color w:val="000000"/>
          <w:u w:val="single"/>
        </w:rPr>
        <w:t>history</w:t>
      </w:r>
      <w:r>
        <w:rPr>
          <w:b w:val="0"/>
          <w:i w:val="0"/>
          <w:smallCaps w:val="0"/>
          <w:strike w:val="0"/>
          <w:color w:val="000000"/>
          <w:u w:val="none"/>
        </w:rPr>
        <w:t xml:space="preserve"> of what happens when we get these great collapses in social development, every time we see the same five forces involved: Mass migrations that the societies of the day cannot cope with. </w:t>
      </w:r>
      <w:r>
        <w:rPr>
          <w:b w:val="0"/>
          <w:i w:val="0"/>
          <w:smallCaps w:val="0"/>
          <w:strike w:val="0"/>
          <w:color w:val="000000"/>
          <w:u w:val="single"/>
        </w:rPr>
        <w:t>This is always in the mix</w:t>
      </w:r>
      <w:r>
        <w:rPr>
          <w:b w:val="0"/>
          <w:i w:val="0"/>
          <w:smallCaps w:val="0"/>
          <w:strike w:val="0"/>
          <w:color w:val="000000"/>
          <w:u w:val="none"/>
        </w:rPr>
        <w:t xml:space="preserve">. The mass migrations often lead to huge epidemic diseases, as </w:t>
      </w:r>
      <w:r>
        <w:rPr>
          <w:b w:val="0"/>
          <w:i w:val="0"/>
          <w:smallCaps w:val="0"/>
          <w:strike w:val="0"/>
          <w:color w:val="000000"/>
          <w:u w:val="single"/>
        </w:rPr>
        <w:t>previously</w:t>
      </w:r>
      <w:r>
        <w:rPr>
          <w:b w:val="0"/>
          <w:i w:val="0"/>
          <w:smallCaps w:val="0"/>
          <w:strike w:val="0"/>
          <w:color w:val="000000"/>
          <w:u w:val="none"/>
        </w:rPr>
        <w:t xml:space="preserve"> </w:t>
      </w:r>
      <w:r>
        <w:rPr>
          <w:b w:val="0"/>
          <w:i w:val="0"/>
          <w:smallCaps w:val="0"/>
          <w:strike w:val="0"/>
          <w:color w:val="000000"/>
          <w:u w:val="single"/>
        </w:rPr>
        <w:t>separate disease pools</w:t>
      </w:r>
      <w:r>
        <w:rPr>
          <w:b w:val="0"/>
          <w:i w:val="0"/>
          <w:smallCaps w:val="0"/>
          <w:strike w:val="0"/>
          <w:color w:val="000000"/>
          <w:u w:val="none"/>
        </w:rPr>
        <w:t xml:space="preserve"> get </w:t>
      </w:r>
      <w:r>
        <w:rPr>
          <w:b w:val="0"/>
          <w:i w:val="0"/>
          <w:smallCaps w:val="0"/>
          <w:strike w:val="0"/>
          <w:color w:val="000000"/>
          <w:u w:val="single"/>
        </w:rPr>
        <w:t>merge</w:t>
      </w:r>
      <w:r>
        <w:rPr>
          <w:b w:val="0"/>
          <w:i w:val="0"/>
          <w:smallCaps w:val="0"/>
          <w:strike w:val="0"/>
          <w:color w:val="000000"/>
          <w:u w:val="none"/>
        </w:rPr>
        <w:t xml:space="preserve">d. </w:t>
      </w:r>
      <w:r>
        <w:rPr>
          <w:b w:val="0"/>
          <w:i w:val="0"/>
          <w:smallCaps w:val="0"/>
          <w:strike w:val="0"/>
          <w:color w:val="000000"/>
          <w:u w:val="single"/>
        </w:rPr>
        <w:t>Epidemic diseases</w:t>
      </w:r>
      <w:r>
        <w:rPr>
          <w:b w:val="0"/>
          <w:i w:val="0"/>
          <w:smallCaps w:val="0"/>
          <w:strike w:val="0"/>
          <w:color w:val="000000"/>
          <w:u w:val="none"/>
        </w:rPr>
        <w:t xml:space="preserve"> regularly killing half the population, it would seem, tend to </w:t>
      </w:r>
      <w:r>
        <w:rPr>
          <w:b w:val="0"/>
          <w:i w:val="0"/>
          <w:smallCaps w:val="0"/>
          <w:strike w:val="0"/>
          <w:color w:val="000000"/>
          <w:u w:val="single"/>
        </w:rPr>
        <w:t>lead to state failure</w:t>
      </w:r>
      <w:r>
        <w:rPr>
          <w:b w:val="0"/>
          <w:i w:val="0"/>
          <w:smallCaps w:val="0"/>
          <w:strike w:val="0"/>
          <w:color w:val="000000"/>
          <w:u w:val="none"/>
        </w:rPr>
        <w:t xml:space="preserve">. </w:t>
      </w:r>
      <w:r>
        <w:rPr>
          <w:b w:val="0"/>
          <w:i w:val="0"/>
          <w:smallCaps w:val="0"/>
          <w:strike w:val="0"/>
          <w:color w:val="000000"/>
          <w:u w:val="single"/>
        </w:rPr>
        <w:t>Governments cannot cope with catastrophe</w:t>
      </w:r>
      <w:r>
        <w:rPr>
          <w:b w:val="0"/>
          <w:i w:val="0"/>
          <w:smallCaps w:val="0"/>
          <w:strike w:val="0"/>
          <w:color w:val="000000"/>
          <w:u w:val="none"/>
        </w:rPr>
        <w:t xml:space="preserve"> </w:t>
      </w:r>
      <w:r>
        <w:rPr>
          <w:b w:val="0"/>
          <w:i w:val="0"/>
          <w:smallCaps w:val="0"/>
          <w:strike w:val="0"/>
          <w:color w:val="000000"/>
          <w:u w:val="single"/>
        </w:rPr>
        <w:t>on</w:t>
      </w:r>
      <w:r>
        <w:rPr>
          <w:b w:val="0"/>
          <w:i w:val="0"/>
          <w:smallCaps w:val="0"/>
          <w:strike w:val="0"/>
          <w:color w:val="000000"/>
          <w:u w:val="none"/>
        </w:rPr>
        <w:t xml:space="preserve"> </w:t>
      </w:r>
      <w:r>
        <w:rPr>
          <w:b w:val="0"/>
          <w:i w:val="0"/>
          <w:smallCaps w:val="0"/>
          <w:strike w:val="0"/>
          <w:color w:val="000000"/>
          <w:u w:val="single"/>
        </w:rPr>
        <w:t>this scale</w:t>
      </w:r>
      <w:r>
        <w:rPr>
          <w:b w:val="0"/>
          <w:i w:val="0"/>
          <w:smallCaps w:val="0"/>
          <w:strike w:val="0"/>
          <w:color w:val="000000"/>
          <w:u w:val="none"/>
        </w:rPr>
        <w:t xml:space="preserve">. </w:t>
      </w:r>
      <w:r>
        <w:rPr>
          <w:b w:val="0"/>
          <w:i w:val="0"/>
          <w:smallCaps w:val="0"/>
          <w:strike w:val="0"/>
          <w:color w:val="000000"/>
          <w:u w:val="single"/>
        </w:rPr>
        <w:t>The collapse of the governments</w:t>
      </w:r>
      <w:r>
        <w:rPr>
          <w:b w:val="0"/>
          <w:i w:val="0"/>
          <w:smallCaps w:val="0"/>
          <w:strike w:val="0"/>
          <w:color w:val="000000"/>
          <w:u w:val="none"/>
        </w:rPr>
        <w:t xml:space="preserve"> </w:t>
      </w:r>
      <w:r>
        <w:rPr>
          <w:b w:val="0"/>
          <w:i w:val="0"/>
          <w:smallCaps w:val="0"/>
          <w:strike w:val="0"/>
          <w:color w:val="000000"/>
          <w:u w:val="single"/>
        </w:rPr>
        <w:t>tends to</w:t>
      </w:r>
      <w:r>
        <w:rPr>
          <w:b w:val="0"/>
          <w:i w:val="0"/>
          <w:smallCaps w:val="0"/>
          <w:strike w:val="0"/>
          <w:color w:val="000000"/>
          <w:u w:val="none"/>
        </w:rPr>
        <w:t xml:space="preserve"> lead to </w:t>
      </w:r>
      <w:r>
        <w:rPr>
          <w:b w:val="0"/>
          <w:i w:val="0"/>
          <w:smallCaps w:val="0"/>
          <w:strike w:val="0"/>
          <w:color w:val="000000"/>
          <w:u w:val="single"/>
        </w:rPr>
        <w:t>breakdown in</w:t>
      </w:r>
      <w:r>
        <w:rPr>
          <w:b w:val="0"/>
          <w:i w:val="0"/>
          <w:smallCaps w:val="0"/>
          <w:strike w:val="0"/>
          <w:color w:val="000000"/>
          <w:u w:val="none"/>
        </w:rPr>
        <w:t xml:space="preserve"> long-distance </w:t>
      </w:r>
      <w:r>
        <w:rPr>
          <w:b w:val="0"/>
          <w:i w:val="0"/>
          <w:smallCaps w:val="0"/>
          <w:strike w:val="0"/>
          <w:color w:val="000000"/>
          <w:u w:val="single"/>
        </w:rPr>
        <w:t>trade</w:t>
      </w:r>
      <w:r>
        <w:rPr>
          <w:b w:val="0"/>
          <w:i w:val="0"/>
          <w:smallCaps w:val="0"/>
          <w:strike w:val="0"/>
          <w:color w:val="000000"/>
          <w:u w:val="none"/>
        </w:rPr>
        <w:t xml:space="preserve">. </w:t>
      </w:r>
      <w:r>
        <w:rPr>
          <w:b w:val="0"/>
          <w:i w:val="0"/>
          <w:smallCaps w:val="0"/>
          <w:strike w:val="0"/>
          <w:color w:val="000000"/>
          <w:u w:val="single"/>
        </w:rPr>
        <w:t>Famines ensue</w:t>
      </w:r>
      <w:r>
        <w:rPr>
          <w:b w:val="0"/>
          <w:i w:val="0"/>
          <w:smallCaps w:val="0"/>
          <w:strike w:val="0"/>
          <w:color w:val="000000"/>
          <w:u w:val="none"/>
        </w:rPr>
        <w:t xml:space="preserve">, many, </w:t>
      </w:r>
      <w:r>
        <w:rPr>
          <w:b/>
          <w:i w:val="0"/>
          <w:smallCaps w:val="0"/>
          <w:strike w:val="0"/>
          <w:color w:val="000000"/>
          <w:u w:val="single"/>
        </w:rPr>
        <w:t>many more</w:t>
      </w:r>
      <w:r>
        <w:rPr>
          <w:b w:val="0"/>
          <w:i w:val="0"/>
          <w:smallCaps w:val="0"/>
          <w:strike w:val="0"/>
          <w:color w:val="000000"/>
          <w:u w:val="none"/>
        </w:rPr>
        <w:t xml:space="preserve"> </w:t>
      </w:r>
      <w:r>
        <w:rPr>
          <w:b/>
          <w:i w:val="0"/>
          <w:smallCaps w:val="0"/>
          <w:strike w:val="0"/>
          <w:color w:val="000000"/>
          <w:u w:val="single"/>
        </w:rPr>
        <w:t>people die</w:t>
      </w:r>
      <w:r>
        <w:rPr>
          <w:b w:val="0"/>
          <w:i w:val="0"/>
          <w:smallCaps w:val="0"/>
          <w:strike w:val="0"/>
          <w:color w:val="000000"/>
          <w:u w:val="none"/>
        </w:rPr>
        <w:t xml:space="preserve">. And then, always there in the mix in some way, although it varies in every case, is climate change. It always plays into this. Now, I'm sure you don't need me to tell you these are forces that plenty of people are talking about as threats we are facing in the early 21st century. It seems to me perfectly possible that the 21st century is going to see another collapse of the kind we have seen so many times in the past. So in some ways it's possible </w:t>
      </w:r>
      <w:r>
        <w:rPr>
          <w:b w:val="0"/>
          <w:i w:val="0"/>
          <w:smallCaps w:val="0"/>
          <w:strike w:val="0"/>
          <w:color w:val="000000"/>
          <w:u w:val="single"/>
        </w:rPr>
        <w:t>the 21st century might be a rerun of what has happened many times before</w:t>
      </w:r>
      <w:r>
        <w:rPr>
          <w:b w:val="0"/>
          <w:i w:val="0"/>
          <w:smallCaps w:val="0"/>
          <w:strike w:val="0"/>
          <w:color w:val="000000"/>
          <w:u w:val="none"/>
        </w:rPr>
        <w:t>—</w:t>
      </w:r>
      <w:r>
        <w:rPr>
          <w:b w:val="0"/>
          <w:i w:val="0"/>
          <w:smallCaps w:val="0"/>
          <w:strike w:val="0"/>
          <w:color w:val="000000"/>
          <w:u w:val="single"/>
        </w:rPr>
        <w:t>but with</w:t>
      </w:r>
      <w:r>
        <w:rPr>
          <w:b w:val="0"/>
          <w:i w:val="0"/>
          <w:smallCaps w:val="0"/>
          <w:strike w:val="0"/>
          <w:color w:val="000000"/>
          <w:u w:val="none"/>
        </w:rPr>
        <w:t xml:space="preserve"> </w:t>
      </w:r>
      <w:r>
        <w:rPr>
          <w:b w:val="0"/>
          <w:i w:val="0"/>
          <w:smallCaps w:val="0"/>
          <w:strike w:val="0"/>
          <w:color w:val="000000"/>
          <w:u w:val="single"/>
        </w:rPr>
        <w:t>one big difference</w:t>
      </w:r>
      <w:r>
        <w:rPr>
          <w:b w:val="0"/>
          <w:i w:val="0"/>
          <w:smallCaps w:val="0"/>
          <w:strike w:val="0"/>
          <w:color w:val="000000"/>
          <w:u w:val="none"/>
        </w:rPr>
        <w:t xml:space="preserve">: </w:t>
      </w:r>
      <w:r>
        <w:rPr>
          <w:b w:val="0"/>
          <w:i w:val="0"/>
          <w:smallCaps w:val="0"/>
          <w:strike w:val="0"/>
          <w:color w:val="000000"/>
          <w:u w:val="single"/>
        </w:rPr>
        <w:t>We now have nuclear weapons</w:t>
      </w:r>
      <w:r>
        <w:rPr>
          <w:b w:val="0"/>
          <w:i w:val="0"/>
          <w:smallCaps w:val="0"/>
          <w:strike w:val="0"/>
          <w:color w:val="000000"/>
          <w:u w:val="none"/>
        </w:rPr>
        <w:t xml:space="preserve">, which ancient people didn't have. The Romans would have loved nuclear weapons. Luckily, they didn't have them. I think </w:t>
      </w:r>
      <w:r>
        <w:rPr>
          <w:b w:val="0"/>
          <w:i w:val="0"/>
          <w:smallCaps w:val="0"/>
          <w:strike w:val="0"/>
          <w:color w:val="000000"/>
          <w:u w:val="single"/>
        </w:rPr>
        <w:t>if we</w:t>
      </w:r>
      <w:r>
        <w:rPr>
          <w:b w:val="0"/>
          <w:i w:val="0"/>
          <w:smallCaps w:val="0"/>
          <w:strike w:val="0"/>
          <w:color w:val="000000"/>
          <w:u w:val="none"/>
        </w:rPr>
        <w:t xml:space="preserve"> do </w:t>
      </w:r>
      <w:r>
        <w:rPr>
          <w:b w:val="0"/>
          <w:i w:val="0"/>
          <w:smallCaps w:val="0"/>
          <w:strike w:val="0"/>
          <w:color w:val="000000"/>
          <w:u w:val="single"/>
        </w:rPr>
        <w:t>stumble into a collapse</w:t>
      </w:r>
      <w:r>
        <w:rPr>
          <w:b w:val="0"/>
          <w:i w:val="0"/>
          <w:smallCaps w:val="0"/>
          <w:strike w:val="0"/>
          <w:color w:val="000000"/>
          <w:u w:val="none"/>
        </w:rPr>
        <w:t xml:space="preserve"> on the scale that I'm talking about here, </w:t>
      </w:r>
      <w:r>
        <w:rPr>
          <w:b w:val="0"/>
          <w:i w:val="0"/>
          <w:smallCaps w:val="0"/>
          <w:strike w:val="0"/>
          <w:color w:val="000000"/>
          <w:u w:val="single"/>
        </w:rPr>
        <w:t>we should</w:t>
      </w:r>
      <w:r>
        <w:rPr>
          <w:b w:val="0"/>
          <w:i w:val="0"/>
          <w:smallCaps w:val="0"/>
          <w:strike w:val="0"/>
          <w:color w:val="000000"/>
          <w:u w:val="none"/>
        </w:rPr>
        <w:t xml:space="preserve"> seriously </w:t>
      </w:r>
      <w:r>
        <w:rPr>
          <w:b w:val="0"/>
          <w:i w:val="0"/>
          <w:smallCaps w:val="0"/>
          <w:strike w:val="0"/>
          <w:color w:val="000000"/>
          <w:u w:val="single"/>
        </w:rPr>
        <w:t>expect</w:t>
      </w:r>
      <w:r>
        <w:rPr>
          <w:b w:val="0"/>
          <w:i w:val="0"/>
          <w:smallCaps w:val="0"/>
          <w:strike w:val="0"/>
          <w:color w:val="000000"/>
          <w:u w:val="none"/>
        </w:rPr>
        <w:t xml:space="preserve"> there is a possibility of </w:t>
      </w:r>
      <w:r>
        <w:rPr>
          <w:b w:val="0"/>
          <w:i w:val="0"/>
          <w:smallCaps w:val="0"/>
          <w:strike w:val="0"/>
          <w:color w:val="000000"/>
          <w:u w:val="single"/>
        </w:rPr>
        <w:t>these being used</w:t>
      </w:r>
      <w:r>
        <w:rPr>
          <w:b w:val="0"/>
          <w:i w:val="0"/>
          <w:smallCaps w:val="0"/>
          <w:strike w:val="0"/>
          <w:color w:val="000000"/>
          <w:u w:val="none"/>
        </w:rPr>
        <w:t xml:space="preserve">. </w:t>
      </w:r>
      <w:r>
        <w:rPr>
          <w:b w:val="0"/>
          <w:i w:val="0"/>
          <w:smallCaps w:val="0"/>
          <w:strike w:val="0"/>
          <w:color w:val="000000"/>
          <w:u w:val="single"/>
        </w:rPr>
        <w:t>It's quite possible</w:t>
      </w:r>
      <w:r>
        <w:rPr>
          <w:b w:val="0"/>
          <w:i w:val="0"/>
          <w:smallCaps w:val="0"/>
          <w:strike w:val="0"/>
          <w:color w:val="000000"/>
          <w:u w:val="none"/>
        </w:rPr>
        <w:t xml:space="preserve"> that </w:t>
      </w:r>
      <w:r>
        <w:rPr>
          <w:b w:val="0"/>
          <w:i w:val="0"/>
          <w:smallCaps w:val="0"/>
          <w:strike w:val="0"/>
          <w:color w:val="000000"/>
          <w:u w:val="single"/>
        </w:rPr>
        <w:t>the 21st century will see a disaster that dwarfs anything we have seen</w:t>
      </w:r>
      <w:r>
        <w:rPr>
          <w:b w:val="0"/>
          <w:i w:val="0"/>
          <w:smallCaps w:val="0"/>
          <w:strike w:val="0"/>
          <w:color w:val="000000"/>
          <w:u w:val="none"/>
        </w:rPr>
        <w:t xml:space="preserve"> earlier.</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