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Economic instability causes diversionary Indo-Pak war---goes nuclear over Kashmir.</w:t>
      </w:r>
    </w:p>
    <w:p>
      <w:pPr>
        <w:spacing w:after="80"/>
      </w:pPr>
      <w:r>
        <w:rPr>
          <w:b w:val="0"/>
          <w:i w:val="0"/>
          <w:smallCaps w:val="0"/>
          <w:strike w:val="0"/>
          <w:color w:val="000000"/>
          <w:u w:val="none"/>
        </w:rPr>
        <w:t xml:space="preserve">Maha </w:t>
      </w:r>
      <w:r>
        <w:rPr>
          <w:b/>
          <w:i w:val="0"/>
          <w:smallCaps w:val="0"/>
          <w:strike w:val="0"/>
          <w:color w:val="000000"/>
          <w:sz w:val="26"/>
          <w:u w:val="none"/>
        </w:rPr>
        <w:t>Butt 22</w:t>
      </w:r>
      <w:r>
        <w:rPr>
          <w:b w:val="0"/>
          <w:i w:val="0"/>
          <w:smallCaps w:val="0"/>
          <w:strike w:val="0"/>
          <w:color w:val="000000"/>
          <w:u w:val="none"/>
        </w:rPr>
        <w:t xml:space="preserve">. Honors Thesis in Political Science, University of North Carolina at Chapel Hill. “The Ultimate Deflection: Violence in Kashmir as Diversionary Politics.” </w:t>
      </w:r>
      <w:r>
        <w:rPr>
          <w:b w:val="0"/>
          <w:i w:val="0"/>
          <w:smallCaps w:val="0"/>
          <w:strike w:val="0"/>
          <w:color w:val="000000"/>
          <w:u w:val="none"/>
        </w:rPr>
        <w:t>.</w:t>
      </w:r>
    </w:p>
    <w:p>
      <w:pPr>
        <w:spacing w:after="60"/>
      </w:pPr>
      <w:r>
        <w:rPr>
          <w:b w:val="0"/>
          <w:i w:val="0"/>
          <w:smallCaps w:val="0"/>
          <w:strike w:val="0"/>
          <w:color w:val="000000"/>
          <w:u w:val="none"/>
        </w:rPr>
        <w:t xml:space="preserve">While </w:t>
      </w:r>
      <w:r>
        <w:rPr>
          <w:b/>
          <w:i w:val="0"/>
          <w:smallCaps w:val="0"/>
          <w:strike w:val="0"/>
          <w:color w:val="000000"/>
          <w:u w:val="single"/>
        </w:rPr>
        <w:t>Kashmir</w:t>
      </w:r>
      <w:r>
        <w:rPr>
          <w:b w:val="0"/>
          <w:i w:val="0"/>
          <w:smallCaps w:val="0"/>
          <w:strike w:val="0"/>
          <w:color w:val="000000"/>
          <w:u w:val="none"/>
        </w:rPr>
        <w:t xml:space="preserve"> continues to bleed, it </w:t>
      </w:r>
      <w:r>
        <w:rPr>
          <w:b w:val="0"/>
          <w:i w:val="0"/>
          <w:smallCaps w:val="0"/>
          <w:strike w:val="0"/>
          <w:color w:val="000000"/>
          <w:u w:val="single"/>
        </w:rPr>
        <w:t>has</w:t>
      </w:r>
      <w:r>
        <w:rPr>
          <w:b w:val="0"/>
          <w:i w:val="0"/>
          <w:smallCaps w:val="0"/>
          <w:strike w:val="0"/>
          <w:color w:val="000000"/>
          <w:u w:val="none"/>
        </w:rPr>
        <w:t xml:space="preserve"> </w:t>
      </w:r>
      <w:r>
        <w:rPr>
          <w:b w:val="0"/>
          <w:i w:val="0"/>
          <w:smallCaps w:val="0"/>
          <w:strike w:val="0"/>
          <w:color w:val="000000"/>
          <w:u w:val="single"/>
        </w:rPr>
        <w:t>locked</w:t>
      </w:r>
      <w:r>
        <w:rPr>
          <w:b w:val="0"/>
          <w:i w:val="0"/>
          <w:smallCaps w:val="0"/>
          <w:strike w:val="0"/>
          <w:color w:val="000000"/>
          <w:u w:val="none"/>
        </w:rPr>
        <w:t xml:space="preserve"> </w:t>
      </w:r>
      <w:r>
        <w:rPr>
          <w:b/>
          <w:i w:val="0"/>
          <w:smallCaps w:val="0"/>
          <w:strike w:val="0"/>
          <w:color w:val="000000"/>
          <w:u w:val="single"/>
        </w:rPr>
        <w:t>India</w:t>
      </w:r>
      <w:r>
        <w:rPr>
          <w:b w:val="0"/>
          <w:i w:val="0"/>
          <w:smallCaps w:val="0"/>
          <w:strike w:val="0"/>
          <w:color w:val="000000"/>
          <w:u w:val="none"/>
        </w:rPr>
        <w:t xml:space="preserve"> </w:t>
      </w:r>
      <w:r>
        <w:rPr>
          <w:b w:val="0"/>
          <w:i w:val="0"/>
          <w:smallCaps w:val="0"/>
          <w:strike w:val="0"/>
          <w:color w:val="000000"/>
          <w:u w:val="single"/>
        </w:rPr>
        <w:t>and</w:t>
      </w:r>
      <w:r>
        <w:rPr>
          <w:b w:val="0"/>
          <w:i w:val="0"/>
          <w:smallCaps w:val="0"/>
          <w:strike w:val="0"/>
          <w:color w:val="000000"/>
          <w:u w:val="none"/>
        </w:rPr>
        <w:t xml:space="preserve"> </w:t>
      </w:r>
      <w:r>
        <w:rPr>
          <w:b/>
          <w:i w:val="0"/>
          <w:smallCaps w:val="0"/>
          <w:strike w:val="0"/>
          <w:color w:val="000000"/>
          <w:u w:val="single"/>
        </w:rPr>
        <w:t>Pakistan</w:t>
      </w:r>
      <w:r>
        <w:rPr>
          <w:b w:val="0"/>
          <w:i w:val="0"/>
          <w:smallCaps w:val="0"/>
          <w:strike w:val="0"/>
          <w:color w:val="000000"/>
          <w:u w:val="none"/>
        </w:rPr>
        <w:t xml:space="preserve"> </w:t>
      </w:r>
      <w:r>
        <w:rPr>
          <w:b w:val="0"/>
          <w:i w:val="0"/>
          <w:smallCaps w:val="0"/>
          <w:strike w:val="0"/>
          <w:color w:val="000000"/>
          <w:u w:val="single"/>
        </w:rPr>
        <w:t>into a</w:t>
      </w:r>
      <w:r>
        <w:rPr>
          <w:b w:val="0"/>
          <w:i w:val="0"/>
          <w:smallCaps w:val="0"/>
          <w:strike w:val="0"/>
          <w:color w:val="000000"/>
          <w:u w:val="none"/>
        </w:rPr>
        <w:t xml:space="preserve"> </w:t>
      </w:r>
      <w:r>
        <w:rPr>
          <w:b/>
          <w:i w:val="0"/>
          <w:smallCaps w:val="0"/>
          <w:strike w:val="0"/>
          <w:color w:val="000000"/>
          <w:u w:val="single"/>
        </w:rPr>
        <w:t>prolonged conflict</w:t>
      </w:r>
      <w:r>
        <w:rPr>
          <w:b w:val="0"/>
          <w:i w:val="0"/>
          <w:smallCaps w:val="0"/>
          <w:strike w:val="0"/>
          <w:color w:val="000000"/>
          <w:u w:val="none"/>
        </w:rPr>
        <w:t xml:space="preserve"> </w:t>
      </w:r>
      <w:r>
        <w:rPr>
          <w:b w:val="0"/>
          <w:i w:val="0"/>
          <w:smallCaps w:val="0"/>
          <w:strike w:val="0"/>
          <w:color w:val="000000"/>
          <w:u w:val="single"/>
        </w:rPr>
        <w:t>comprised of cease-fires, peaceful negotiations, violent uprisings, and crises with a</w:t>
      </w:r>
      <w:r>
        <w:rPr>
          <w:b w:val="0"/>
          <w:i w:val="0"/>
          <w:smallCaps w:val="0"/>
          <w:strike w:val="0"/>
          <w:color w:val="000000"/>
          <w:u w:val="none"/>
        </w:rPr>
        <w:t xml:space="preserve"> </w:t>
      </w:r>
      <w:r>
        <w:rPr>
          <w:b/>
          <w:i w:val="0"/>
          <w:smallCaps w:val="0"/>
          <w:strike w:val="0"/>
          <w:color w:val="000000"/>
          <w:u w:val="single"/>
        </w:rPr>
        <w:t>nuclear dimension</w:t>
      </w:r>
      <w:r>
        <w:rPr>
          <w:b w:val="0"/>
          <w:i w:val="0"/>
          <w:smallCaps w:val="0"/>
          <w:strike w:val="0"/>
          <w:color w:val="000000"/>
          <w:u w:val="none"/>
        </w:rPr>
        <w:t xml:space="preserve">. In this paper, I used </w:t>
      </w:r>
      <w:r>
        <w:rPr>
          <w:b w:val="0"/>
          <w:i w:val="0"/>
          <w:smallCaps w:val="0"/>
          <w:strike w:val="0"/>
          <w:color w:val="000000"/>
          <w:u w:val="single"/>
        </w:rPr>
        <w:t>several variables that most broadly encompass domestic instability i.e. various tests ran against all the independent variables separately and then together in the final model support</w:t>
      </w:r>
      <w:r>
        <w:rPr>
          <w:b w:val="0"/>
          <w:i w:val="0"/>
          <w:smallCaps w:val="0"/>
          <w:strike w:val="0"/>
          <w:color w:val="000000"/>
          <w:u w:val="none"/>
        </w:rPr>
        <w:t xml:space="preserve"> my </w:t>
      </w:r>
      <w:r>
        <w:rPr>
          <w:b w:val="0"/>
          <w:i w:val="0"/>
          <w:smallCaps w:val="0"/>
          <w:strike w:val="0"/>
          <w:color w:val="000000"/>
          <w:u w:val="single"/>
        </w:rPr>
        <w:t>hypothesis that</w:t>
      </w:r>
      <w:r>
        <w:rPr>
          <w:b w:val="0"/>
          <w:i w:val="0"/>
          <w:smallCaps w:val="0"/>
          <w:strike w:val="0"/>
          <w:color w:val="000000"/>
          <w:u w:val="none"/>
        </w:rPr>
        <w:t xml:space="preserve"> domestic and </w:t>
      </w:r>
      <w:r>
        <w:rPr>
          <w:b/>
          <w:i w:val="0"/>
          <w:smallCaps w:val="0"/>
          <w:strike w:val="0"/>
          <w:color w:val="000000"/>
          <w:u w:val="single"/>
        </w:rPr>
        <w:t>economic instability</w:t>
      </w:r>
      <w:r>
        <w:rPr>
          <w:b w:val="0"/>
          <w:i w:val="0"/>
          <w:smallCaps w:val="0"/>
          <w:strike w:val="0"/>
          <w:color w:val="000000"/>
          <w:u w:val="none"/>
        </w:rPr>
        <w:t xml:space="preserve"> </w:t>
      </w:r>
      <w:r>
        <w:rPr>
          <w:b w:val="0"/>
          <w:i w:val="0"/>
          <w:smallCaps w:val="0"/>
          <w:strike w:val="0"/>
          <w:color w:val="000000"/>
          <w:u w:val="single"/>
        </w:rPr>
        <w:t>influence</w:t>
      </w:r>
      <w:r>
        <w:rPr>
          <w:b w:val="0"/>
          <w:i w:val="0"/>
          <w:smallCaps w:val="0"/>
          <w:strike w:val="0"/>
          <w:color w:val="000000"/>
          <w:u w:val="none"/>
        </w:rPr>
        <w:t xml:space="preserve"> </w:t>
      </w:r>
      <w:r>
        <w:rPr>
          <w:b w:val="0"/>
          <w:i w:val="0"/>
          <w:smallCaps w:val="0"/>
          <w:strike w:val="0"/>
          <w:color w:val="000000"/>
          <w:u w:val="single"/>
        </w:rPr>
        <w:t>the</w:t>
      </w:r>
      <w:r>
        <w:rPr>
          <w:b w:val="0"/>
          <w:i w:val="0"/>
          <w:smallCaps w:val="0"/>
          <w:strike w:val="0"/>
          <w:color w:val="000000"/>
          <w:u w:val="none"/>
        </w:rPr>
        <w:t xml:space="preserve"> </w:t>
      </w:r>
      <w:r>
        <w:rPr>
          <w:b w:val="0"/>
          <w:i w:val="0"/>
          <w:smallCaps w:val="0"/>
          <w:strike w:val="0"/>
          <w:color w:val="000000"/>
          <w:u w:val="single"/>
        </w:rPr>
        <w:t>crises in Kashmir</w:t>
      </w:r>
      <w:r>
        <w:rPr>
          <w:b w:val="0"/>
          <w:i w:val="0"/>
          <w:smallCaps w:val="0"/>
          <w:strike w:val="0"/>
          <w:color w:val="000000"/>
          <w:u w:val="none"/>
        </w:rPr>
        <w:t xml:space="preserve"> </w:t>
      </w:r>
      <w:r>
        <w:rPr>
          <w:b w:val="0"/>
          <w:i w:val="0"/>
          <w:smallCaps w:val="0"/>
          <w:strike w:val="0"/>
          <w:color w:val="000000"/>
          <w:u w:val="single"/>
        </w:rPr>
        <w:t>because</w:t>
      </w:r>
      <w:r>
        <w:rPr>
          <w:b w:val="0"/>
          <w:i w:val="0"/>
          <w:smallCaps w:val="0"/>
          <w:strike w:val="0"/>
          <w:color w:val="000000"/>
          <w:u w:val="none"/>
        </w:rPr>
        <w:t xml:space="preserve"> </w:t>
      </w:r>
      <w:r>
        <w:rPr>
          <w:b w:val="0"/>
          <w:i w:val="0"/>
          <w:smallCaps w:val="0"/>
          <w:strike w:val="0"/>
          <w:color w:val="000000"/>
          <w:u w:val="single"/>
        </w:rPr>
        <w:t>when</w:t>
      </w:r>
      <w:r>
        <w:rPr>
          <w:b w:val="0"/>
          <w:i w:val="0"/>
          <w:smallCaps w:val="0"/>
          <w:strike w:val="0"/>
          <w:color w:val="000000"/>
          <w:u w:val="none"/>
        </w:rPr>
        <w:t xml:space="preserve"> </w:t>
      </w:r>
      <w:r>
        <w:rPr>
          <w:b w:val="0"/>
          <w:i w:val="0"/>
          <w:smallCaps w:val="0"/>
          <w:strike w:val="0"/>
          <w:color w:val="000000"/>
          <w:u w:val="single"/>
        </w:rPr>
        <w:t>political leaders feel</w:t>
      </w:r>
      <w:r>
        <w:rPr>
          <w:b w:val="0"/>
          <w:i w:val="0"/>
          <w:smallCaps w:val="0"/>
          <w:strike w:val="0"/>
          <w:color w:val="000000"/>
          <w:u w:val="none"/>
        </w:rPr>
        <w:t xml:space="preserve"> </w:t>
      </w:r>
      <w:r>
        <w:rPr>
          <w:b/>
          <w:i w:val="0"/>
          <w:smallCaps w:val="0"/>
          <w:strike w:val="0"/>
          <w:color w:val="000000"/>
          <w:u w:val="single"/>
        </w:rPr>
        <w:t>threatened</w:t>
      </w:r>
      <w:r>
        <w:rPr>
          <w:b w:val="0"/>
          <w:i w:val="0"/>
          <w:smallCaps w:val="0"/>
          <w:strike w:val="0"/>
          <w:color w:val="000000"/>
          <w:u w:val="none"/>
        </w:rPr>
        <w:t xml:space="preserve">, </w:t>
      </w:r>
      <w:r>
        <w:rPr>
          <w:b w:val="0"/>
          <w:i w:val="0"/>
          <w:smallCaps w:val="0"/>
          <w:strike w:val="0"/>
          <w:color w:val="000000"/>
          <w:u w:val="single"/>
        </w:rPr>
        <w:t>they use</w:t>
      </w:r>
      <w:r>
        <w:rPr>
          <w:b w:val="0"/>
          <w:i w:val="0"/>
          <w:smallCaps w:val="0"/>
          <w:strike w:val="0"/>
          <w:color w:val="000000"/>
          <w:u w:val="none"/>
        </w:rPr>
        <w:t xml:space="preserve"> </w:t>
      </w:r>
      <w:r>
        <w:rPr>
          <w:b/>
          <w:i w:val="0"/>
          <w:smallCaps w:val="0"/>
          <w:strike w:val="0"/>
          <w:color w:val="000000"/>
          <w:u w:val="single"/>
        </w:rPr>
        <w:t>Kashmir as a territorial diversion</w:t>
      </w:r>
      <w:r>
        <w:rPr>
          <w:b w:val="0"/>
          <w:i w:val="0"/>
          <w:smallCaps w:val="0"/>
          <w:strike w:val="0"/>
          <w:color w:val="000000"/>
          <w:u w:val="none"/>
        </w:rPr>
        <w:t xml:space="preserve"> </w:t>
      </w:r>
      <w:r>
        <w:rPr>
          <w:b w:val="0"/>
          <w:i w:val="0"/>
          <w:smallCaps w:val="0"/>
          <w:strike w:val="0"/>
          <w:color w:val="000000"/>
          <w:u w:val="single"/>
        </w:rPr>
        <w:t>as an effort to remain in power</w:t>
      </w:r>
      <w:r>
        <w:rPr>
          <w:b w:val="0"/>
          <w:i w:val="0"/>
          <w:smallCaps w:val="0"/>
          <w:strike w:val="0"/>
          <w:color w:val="000000"/>
          <w:u w:val="none"/>
        </w:rPr>
        <w:t xml:space="preserve">. </w:t>
      </w:r>
      <w:r>
        <w:rPr>
          <w:b w:val="0"/>
          <w:i w:val="0"/>
          <w:smallCaps w:val="0"/>
          <w:strike w:val="0"/>
          <w:color w:val="000000"/>
          <w:u w:val="single"/>
        </w:rPr>
        <w:t>When there is</w:t>
      </w:r>
      <w:r>
        <w:rPr>
          <w:b w:val="0"/>
          <w:i w:val="0"/>
          <w:smallCaps w:val="0"/>
          <w:strike w:val="0"/>
          <w:color w:val="000000"/>
          <w:u w:val="none"/>
        </w:rPr>
        <w:t xml:space="preserve"> </w:t>
      </w:r>
      <w:r>
        <w:rPr>
          <w:b w:val="0"/>
          <w:i w:val="0"/>
          <w:smallCaps w:val="0"/>
          <w:strike w:val="0"/>
          <w:color w:val="000000"/>
          <w:u w:val="single"/>
        </w:rPr>
        <w:t>higher</w:t>
      </w:r>
      <w:r>
        <w:rPr>
          <w:b w:val="0"/>
          <w:i w:val="0"/>
          <w:smallCaps w:val="0"/>
          <w:strike w:val="0"/>
          <w:color w:val="000000"/>
          <w:u w:val="none"/>
        </w:rPr>
        <w:t xml:space="preserve"> political </w:t>
      </w:r>
      <w:r>
        <w:rPr>
          <w:b/>
          <w:i w:val="0"/>
          <w:smallCaps w:val="0"/>
          <w:strike w:val="0"/>
          <w:color w:val="000000"/>
          <w:u w:val="single"/>
        </w:rPr>
        <w:t>unrest</w:t>
      </w:r>
      <w:r>
        <w:rPr>
          <w:b w:val="0"/>
          <w:i w:val="0"/>
          <w:smallCaps w:val="0"/>
          <w:strike w:val="0"/>
          <w:color w:val="000000"/>
          <w:u w:val="none"/>
        </w:rPr>
        <w:t xml:space="preserve"> </w:t>
      </w:r>
      <w:r>
        <w:rPr>
          <w:b w:val="0"/>
          <w:i w:val="0"/>
          <w:smallCaps w:val="0"/>
          <w:strike w:val="0"/>
          <w:color w:val="000000"/>
          <w:u w:val="single"/>
        </w:rPr>
        <w:t>in</w:t>
      </w:r>
      <w:r>
        <w:rPr>
          <w:b w:val="0"/>
          <w:i w:val="0"/>
          <w:smallCaps w:val="0"/>
          <w:strike w:val="0"/>
          <w:color w:val="000000"/>
          <w:u w:val="none"/>
        </w:rPr>
        <w:t xml:space="preserve"> both </w:t>
      </w:r>
      <w:r>
        <w:rPr>
          <w:b w:val="0"/>
          <w:i w:val="0"/>
          <w:smallCaps w:val="0"/>
          <w:strike w:val="0"/>
          <w:color w:val="000000"/>
          <w:u w:val="single"/>
        </w:rPr>
        <w:t>India</w:t>
      </w:r>
      <w:r>
        <w:rPr>
          <w:b w:val="0"/>
          <w:i w:val="0"/>
          <w:smallCaps w:val="0"/>
          <w:strike w:val="0"/>
          <w:color w:val="000000"/>
          <w:u w:val="none"/>
        </w:rPr>
        <w:t xml:space="preserve"> and Pakistan, especially during election years, </w:t>
      </w:r>
      <w:r>
        <w:rPr>
          <w:b w:val="0"/>
          <w:i w:val="0"/>
          <w:smallCaps w:val="0"/>
          <w:strike w:val="0"/>
          <w:color w:val="000000"/>
          <w:u w:val="single"/>
        </w:rPr>
        <w:t>the number of crises</w:t>
      </w:r>
      <w:r>
        <w:rPr>
          <w:b w:val="0"/>
          <w:i w:val="0"/>
          <w:smallCaps w:val="0"/>
          <w:strike w:val="0"/>
          <w:color w:val="000000"/>
          <w:u w:val="none"/>
        </w:rPr>
        <w:t xml:space="preserve"> </w:t>
      </w:r>
      <w:r>
        <w:rPr>
          <w:b w:val="0"/>
          <w:i w:val="0"/>
          <w:smallCaps w:val="0"/>
          <w:strike w:val="0"/>
          <w:color w:val="000000"/>
          <w:u w:val="single"/>
        </w:rPr>
        <w:t>in Kashmir</w:t>
      </w:r>
      <w:r>
        <w:rPr>
          <w:b w:val="0"/>
          <w:i w:val="0"/>
          <w:smallCaps w:val="0"/>
          <w:strike w:val="0"/>
          <w:color w:val="000000"/>
          <w:u w:val="none"/>
        </w:rPr>
        <w:t xml:space="preserve"> </w:t>
      </w:r>
      <w:r>
        <w:rPr>
          <w:b/>
          <w:i w:val="0"/>
          <w:smallCaps w:val="0"/>
          <w:strike w:val="0"/>
          <w:color w:val="000000"/>
          <w:u w:val="single"/>
        </w:rPr>
        <w:t>increase significantly</w:t>
      </w:r>
      <w:r>
        <w:rPr>
          <w:b w:val="0"/>
          <w:i w:val="0"/>
          <w:smallCaps w:val="0"/>
          <w:strike w:val="0"/>
          <w:color w:val="000000"/>
          <w:u w:val="single"/>
        </w:rPr>
        <w:t>.</w:t>
      </w:r>
    </w:p>
    <w:p>
      <w:pPr>
        <w:spacing w:after="60"/>
      </w:pPr>
      <w:r>
        <w:rPr>
          <w:b w:val="0"/>
          <w:i w:val="0"/>
          <w:smallCaps w:val="0"/>
          <w:strike w:val="0"/>
          <w:color w:val="000000"/>
          <w:u w:val="none"/>
        </w:rPr>
        <w:t xml:space="preserve">The </w:t>
      </w:r>
      <w:r>
        <w:rPr>
          <w:b w:val="0"/>
          <w:i w:val="0"/>
          <w:smallCaps w:val="0"/>
          <w:strike w:val="0"/>
          <w:color w:val="000000"/>
          <w:u w:val="single"/>
        </w:rPr>
        <w:t>results of</w:t>
      </w:r>
      <w:r>
        <w:rPr>
          <w:b w:val="0"/>
          <w:i w:val="0"/>
          <w:smallCaps w:val="0"/>
          <w:strike w:val="0"/>
          <w:color w:val="000000"/>
          <w:u w:val="none"/>
        </w:rPr>
        <w:t xml:space="preserve"> my </w:t>
      </w:r>
      <w:r>
        <w:rPr>
          <w:b w:val="0"/>
          <w:i w:val="0"/>
          <w:smallCaps w:val="0"/>
          <w:strike w:val="0"/>
          <w:color w:val="000000"/>
          <w:u w:val="single"/>
        </w:rPr>
        <w:t>research</w:t>
      </w:r>
      <w:r>
        <w:rPr>
          <w:b w:val="0"/>
          <w:i w:val="0"/>
          <w:smallCaps w:val="0"/>
          <w:strike w:val="0"/>
          <w:color w:val="000000"/>
          <w:u w:val="none"/>
        </w:rPr>
        <w:t xml:space="preserve"> </w:t>
      </w:r>
      <w:r>
        <w:rPr>
          <w:b/>
          <w:i w:val="0"/>
          <w:smallCaps w:val="0"/>
          <w:strike w:val="0"/>
          <w:color w:val="000000"/>
          <w:u w:val="single"/>
        </w:rPr>
        <w:t>emphasize</w:t>
      </w:r>
      <w:r>
        <w:rPr>
          <w:b w:val="0"/>
          <w:i w:val="0"/>
          <w:smallCaps w:val="0"/>
          <w:strike w:val="0"/>
          <w:color w:val="000000"/>
          <w:u w:val="none"/>
        </w:rPr>
        <w:t xml:space="preserve"> </w:t>
      </w:r>
      <w:r>
        <w:rPr>
          <w:b w:val="0"/>
          <w:i w:val="0"/>
          <w:smallCaps w:val="0"/>
          <w:strike w:val="0"/>
          <w:color w:val="000000"/>
          <w:u w:val="single"/>
        </w:rPr>
        <w:t>the importance of</w:t>
      </w:r>
      <w:r>
        <w:rPr>
          <w:b w:val="0"/>
          <w:i w:val="0"/>
          <w:smallCaps w:val="0"/>
          <w:strike w:val="0"/>
          <w:color w:val="000000"/>
          <w:u w:val="none"/>
        </w:rPr>
        <w:t xml:space="preserve"> </w:t>
      </w:r>
      <w:r>
        <w:rPr>
          <w:b w:val="0"/>
          <w:i w:val="0"/>
          <w:smallCaps w:val="0"/>
          <w:strike w:val="0"/>
          <w:color w:val="000000"/>
          <w:u w:val="single"/>
        </w:rPr>
        <w:t>domestic stability</w:t>
      </w:r>
      <w:r>
        <w:rPr>
          <w:b w:val="0"/>
          <w:i w:val="0"/>
          <w:smallCaps w:val="0"/>
          <w:strike w:val="0"/>
          <w:color w:val="000000"/>
          <w:u w:val="none"/>
        </w:rPr>
        <w:t xml:space="preserve"> </w:t>
      </w:r>
      <w:r>
        <w:rPr>
          <w:b w:val="0"/>
          <w:i w:val="0"/>
          <w:smallCaps w:val="0"/>
          <w:strike w:val="0"/>
          <w:color w:val="000000"/>
          <w:u w:val="single"/>
        </w:rPr>
        <w:t>to</w:t>
      </w:r>
      <w:r>
        <w:rPr>
          <w:b w:val="0"/>
          <w:i w:val="0"/>
          <w:smallCaps w:val="0"/>
          <w:strike w:val="0"/>
          <w:color w:val="000000"/>
          <w:u w:val="none"/>
        </w:rPr>
        <w:t xml:space="preserve"> </w:t>
      </w:r>
      <w:r>
        <w:rPr>
          <w:b w:val="0"/>
          <w:i w:val="0"/>
          <w:smallCaps w:val="0"/>
          <w:strike w:val="0"/>
          <w:color w:val="000000"/>
          <w:u w:val="single"/>
        </w:rPr>
        <w:t>prevent what can</w:t>
      </w:r>
      <w:r>
        <w:rPr>
          <w:b w:val="0"/>
          <w:i w:val="0"/>
          <w:smallCaps w:val="0"/>
          <w:strike w:val="0"/>
          <w:color w:val="000000"/>
          <w:u w:val="none"/>
        </w:rPr>
        <w:t xml:space="preserve"> </w:t>
      </w:r>
      <w:r>
        <w:rPr>
          <w:b/>
          <w:i w:val="0"/>
          <w:smallCaps w:val="0"/>
          <w:strike w:val="0"/>
          <w:color w:val="000000"/>
          <w:u w:val="single"/>
        </w:rPr>
        <w:t>easily lead to a nuclear war</w:t>
      </w:r>
      <w:r>
        <w:rPr>
          <w:b w:val="0"/>
          <w:i w:val="0"/>
          <w:smallCaps w:val="0"/>
          <w:strike w:val="0"/>
          <w:color w:val="000000"/>
          <w:u w:val="none"/>
        </w:rPr>
        <w:t xml:space="preserve">. For key international mediators such as the U.S and UN, </w:t>
      </w:r>
      <w:r>
        <w:rPr>
          <w:b w:val="0"/>
          <w:i w:val="0"/>
          <w:smallCaps w:val="0"/>
          <w:strike w:val="0"/>
          <w:color w:val="000000"/>
          <w:u w:val="single"/>
        </w:rPr>
        <w:t>it is</w:t>
      </w:r>
      <w:r>
        <w:rPr>
          <w:b w:val="0"/>
          <w:i w:val="0"/>
          <w:smallCaps w:val="0"/>
          <w:strike w:val="0"/>
          <w:color w:val="000000"/>
          <w:u w:val="none"/>
        </w:rPr>
        <w:t xml:space="preserve"> </w:t>
      </w:r>
      <w:r>
        <w:rPr>
          <w:b/>
          <w:i w:val="0"/>
          <w:smallCaps w:val="0"/>
          <w:strike w:val="0"/>
          <w:color w:val="000000"/>
          <w:u w:val="single"/>
        </w:rPr>
        <w:t>essential</w:t>
      </w:r>
      <w:r>
        <w:rPr>
          <w:b w:val="0"/>
          <w:i w:val="0"/>
          <w:smallCaps w:val="0"/>
          <w:strike w:val="0"/>
          <w:color w:val="000000"/>
          <w:u w:val="none"/>
        </w:rPr>
        <w:t xml:space="preserve"> </w:t>
      </w:r>
      <w:r>
        <w:rPr>
          <w:b w:val="0"/>
          <w:i w:val="0"/>
          <w:smallCaps w:val="0"/>
          <w:strike w:val="0"/>
          <w:color w:val="000000"/>
          <w:u w:val="single"/>
        </w:rPr>
        <w:t>to make efforts in stabilizing</w:t>
      </w:r>
      <w:r>
        <w:rPr>
          <w:b w:val="0"/>
          <w:i w:val="0"/>
          <w:smallCaps w:val="0"/>
          <w:strike w:val="0"/>
          <w:color w:val="000000"/>
          <w:u w:val="none"/>
        </w:rPr>
        <w:t xml:space="preserve"> the democracy in both </w:t>
      </w:r>
      <w:r>
        <w:rPr>
          <w:b/>
          <w:i w:val="0"/>
          <w:smallCaps w:val="0"/>
          <w:strike w:val="0"/>
          <w:color w:val="000000"/>
          <w:u w:val="single"/>
        </w:rPr>
        <w:t>India</w:t>
      </w:r>
      <w:r>
        <w:rPr>
          <w:b w:val="0"/>
          <w:i w:val="0"/>
          <w:smallCaps w:val="0"/>
          <w:strike w:val="0"/>
          <w:color w:val="000000"/>
          <w:u w:val="none"/>
        </w:rPr>
        <w:t xml:space="preserve"> and Pakistan if they truly wish </w:t>
      </w:r>
      <w:r>
        <w:rPr>
          <w:b w:val="0"/>
          <w:i w:val="0"/>
          <w:smallCaps w:val="0"/>
          <w:strike w:val="0"/>
          <w:color w:val="000000"/>
          <w:u w:val="single"/>
        </w:rPr>
        <w:t>to</w:t>
      </w:r>
      <w:r>
        <w:rPr>
          <w:b w:val="0"/>
          <w:i w:val="0"/>
          <w:smallCaps w:val="0"/>
          <w:strike w:val="0"/>
          <w:color w:val="000000"/>
          <w:u w:val="none"/>
        </w:rPr>
        <w:t xml:space="preserve"> </w:t>
      </w:r>
      <w:r>
        <w:rPr>
          <w:b/>
          <w:i w:val="0"/>
          <w:smallCaps w:val="0"/>
          <w:strike w:val="0"/>
          <w:color w:val="000000"/>
          <w:u w:val="single"/>
        </w:rPr>
        <w:t>curb</w:t>
      </w:r>
      <w:r>
        <w:rPr>
          <w:b w:val="0"/>
          <w:i w:val="0"/>
          <w:smallCaps w:val="0"/>
          <w:strike w:val="0"/>
          <w:color w:val="000000"/>
          <w:u w:val="none"/>
        </w:rPr>
        <w:t xml:space="preserve"> </w:t>
      </w:r>
      <w:r>
        <w:rPr>
          <w:b w:val="0"/>
          <w:i w:val="0"/>
          <w:smallCaps w:val="0"/>
          <w:strike w:val="0"/>
          <w:color w:val="000000"/>
          <w:u w:val="single"/>
        </w:rPr>
        <w:t>another</w:t>
      </w:r>
      <w:r>
        <w:rPr>
          <w:b w:val="0"/>
          <w:i w:val="0"/>
          <w:smallCaps w:val="0"/>
          <w:strike w:val="0"/>
          <w:color w:val="000000"/>
          <w:u w:val="none"/>
        </w:rPr>
        <w:t xml:space="preserve"> </w:t>
      </w:r>
      <w:r>
        <w:rPr>
          <w:b/>
          <w:i w:val="0"/>
          <w:smallCaps w:val="0"/>
          <w:strike w:val="0"/>
          <w:color w:val="000000"/>
          <w:u w:val="single"/>
        </w:rPr>
        <w:t>Indo-Pak war</w:t>
      </w:r>
      <w:r>
        <w:rPr>
          <w:b w:val="0"/>
          <w:i w:val="0"/>
          <w:smallCaps w:val="0"/>
          <w:strike w:val="0"/>
          <w:color w:val="000000"/>
          <w:u w:val="none"/>
        </w:rPr>
        <w:t xml:space="preserve"> </w:t>
      </w:r>
      <w:r>
        <w:rPr>
          <w:b w:val="0"/>
          <w:i w:val="0"/>
          <w:smallCaps w:val="0"/>
          <w:strike w:val="0"/>
          <w:color w:val="000000"/>
          <w:u w:val="single"/>
        </w:rPr>
        <w:t>over Kash</w:t>
      </w:r>
      <w:r>
        <w:rPr>
          <w:b w:val="0"/>
          <w:i w:val="0"/>
          <w:smallCaps w:val="0"/>
          <w:strike w:val="0"/>
          <w:color w:val="000000"/>
          <w:u w:val="none"/>
        </w:rPr>
        <w:t>mir. Since my logit model shows that political unrest and elections have the deepest impact on crises in Kashmir, any state or organization that wishes to advance the resolution of the Kashmir issue should contribute to the process of free and fair democratic elections in both countries without involvement of other states and should attempt to maintain domestic stability by not igniting and highlighting domestic issues that contribute to riots and protests.</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