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 grid-down scenario means total societal collapse through disease and starvation---grid safety is </w:t>
      </w:r>
      <w:r>
        <w:rPr>
          <w:b/>
          <w:i w:val="0"/>
          <w:smallCaps w:val="0"/>
          <w:strike w:val="0"/>
          <w:sz w:val="26"/>
          <w:u w:val="single"/>
        </w:rPr>
        <w:t>key</w:t>
      </w:r>
      <w:r>
        <w:rPr>
          <w:b/>
          <w:i w:val="0"/>
          <w:smallCaps w:val="0"/>
          <w:strike w:val="0"/>
          <w:sz w:val="26"/>
          <w:u w:val="none"/>
        </w:rPr>
        <w:t>.</w:t>
      </w:r>
    </w:p>
    <w:p>
      <w:pPr>
        <w:spacing w:after="80"/>
      </w:pPr>
      <w:r>
        <w:rPr>
          <w:b/>
          <w:i w:val="0"/>
          <w:smallCaps w:val="0"/>
          <w:strike w:val="0"/>
          <w:sz w:val="26"/>
          <w:u w:val="none"/>
        </w:rPr>
        <w:t>Hollerman 23</w:t>
      </w:r>
      <w:r>
        <w:rPr>
          <w:b/>
          <w:i w:val="0"/>
          <w:smallCaps w:val="0"/>
          <w:strike w:val="0"/>
          <w:sz w:val="26"/>
          <w:u w:val="none"/>
        </w:rPr>
        <w:t xml:space="preserve"> </w:t>
      </w:r>
      <w:r>
        <w:rPr>
          <w:b w:val="0"/>
          <w:i w:val="0"/>
          <w:smallCaps w:val="0"/>
          <w:strike w:val="0"/>
          <w:u w:val="none"/>
        </w:rPr>
        <w:t xml:space="preserve">[Jonathan; 09-22-23; Jonathan Hollerman is the Deputy Director on the US Task Force on National and Homeland Security; Task Force on National Homeland and Security; “Grid Down: Death of a Nation”; </w:t>
      </w:r>
      <w:r>
        <w:rPr>
          <w:b w:val="0"/>
          <w:i w:val="0"/>
          <w:smallCaps w:val="0"/>
          <w:strike w:val="0"/>
          <w:u w:val="none"/>
        </w:rPr>
        <w:t>] cathryn</w:t>
      </w:r>
    </w:p>
    <w:p>
      <w:pPr>
        <w:spacing w:after="60"/>
      </w:pPr>
      <w:r>
        <w:rPr>
          <w:b w:val="0"/>
          <w:i w:val="0"/>
          <w:smallCaps w:val="0"/>
          <w:strike w:val="0"/>
          <w:u w:val="none"/>
        </w:rPr>
        <w:t xml:space="preserve">Day 1, Noon EST (9am PST): </w:t>
      </w:r>
      <w:r>
        <w:rPr>
          <w:b w:val="0"/>
          <w:i w:val="0"/>
          <w:smallCaps w:val="0"/>
          <w:strike w:val="0"/>
          <w:sz w:val="22"/>
          <w:u w:val="single"/>
        </w:rPr>
        <w:t xml:space="preserve">The </w:t>
      </w:r>
      <w:r>
        <w:rPr>
          <w:b/>
          <w:i w:val="0"/>
          <w:smallCaps w:val="0"/>
          <w:strike w:val="0"/>
          <w:sz w:val="22"/>
          <w:highlight w:val="cyan"/>
          <w:u w:val="single"/>
        </w:rPr>
        <w:t>power goes out</w:t>
      </w:r>
      <w:r>
        <w:rPr>
          <w:b w:val="0"/>
          <w:i w:val="0"/>
          <w:smallCaps w:val="0"/>
          <w:strike w:val="0"/>
          <w:sz w:val="22"/>
          <w:u w:val="single"/>
        </w:rPr>
        <w:t xml:space="preserve"> across the entire continental United States</w:t>
      </w:r>
      <w:r>
        <w:rPr>
          <w:b w:val="0"/>
          <w:i w:val="0"/>
          <w:smallCaps w:val="0"/>
          <w:strike w:val="0"/>
          <w:u w:val="none"/>
        </w:rPr>
        <w:t xml:space="preserve">. </w:t>
      </w:r>
      <w:r>
        <w:rPr>
          <w:b w:val="0"/>
          <w:i w:val="0"/>
          <w:smallCaps w:val="0"/>
          <w:strike w:val="0"/>
          <w:sz w:val="16"/>
          <w:u w:val="none"/>
        </w:rPr>
        <w:t>High voltage transformers have blown out everywhere. Within minutes, all 54 commercially operating nuclear power plants across the Nation have “scrammed” (i.e. shut down) their reactors, which is standard operating procedure during the loss of external electric power. Millions of TVs, laptops, and computers have shorted out. Cell phones and landline phones aren’t working. The Internet is down. Smoke is visible from a number of small fires across every community, but very few sirens from fire engines can be heard. Traffic lights are out, and a significant number of cars and trucks that were running are now inoperable and scattered about the roadways. Trains and subways are shutdown. ATMs don’t work, banks close, and Wall Street closes. The Emergency Broadcasting Service and 911 are not operating. First responders are unable to communicate, coordinate or respond, not that they could get anywhere on the clogged roadways. Many of the planes that were in the air have crashed, and those that didn’t must now attempt to land without help from air traffic control or ground radar. No one seems to know what’s going on. By nightfall, most homes, hospitals, and elderly care facilities are without running water. The nighttime sky is pitch black across America, and the stars seem eerily bright overhead.</w:t>
      </w:r>
      <w:r>
        <w:rPr>
          <w:b w:val="0"/>
          <w:i w:val="0"/>
          <w:smallCaps w:val="0"/>
          <w:strike w:val="0"/>
          <w:u w:val="none"/>
        </w:rPr>
        <w:t xml:space="preserve"> </w:t>
      </w:r>
    </w:p>
    <w:p>
      <w:pPr>
        <w:spacing w:after="60"/>
      </w:pPr>
      <w:r>
        <w:rPr>
          <w:b w:val="0"/>
          <w:i w:val="0"/>
          <w:smallCaps w:val="0"/>
          <w:strike w:val="0"/>
          <w:u w:val="none"/>
        </w:rPr>
        <w:t xml:space="preserve">Days 2-3: There’s a run on everything at the stores; those that are open will only accept cash or barter since debit card readers are non-functioning. There will be no trucks coming to resupply the stores, since canning facilities, distribution centers, and interstate trucking all rely on the electric grid to function. There are long lines at the very few gas stations that have emergency diesel generators powering their pumps. </w:t>
      </w:r>
      <w:r>
        <w:rPr>
          <w:b w:val="0"/>
          <w:i w:val="0"/>
          <w:smallCaps w:val="0"/>
          <w:strike w:val="0"/>
          <w:u w:val="single"/>
        </w:rPr>
        <w:t xml:space="preserve">In </w:t>
      </w:r>
      <w:r>
        <w:rPr>
          <w:b w:val="0"/>
          <w:i w:val="0"/>
          <w:smallCaps w:val="0"/>
          <w:strike w:val="0"/>
          <w:highlight w:val="cyan"/>
          <w:u w:val="single"/>
        </w:rPr>
        <w:t>homes without</w:t>
      </w:r>
      <w:r>
        <w:rPr>
          <w:b w:val="0"/>
          <w:i w:val="0"/>
          <w:smallCaps w:val="0"/>
          <w:strike w:val="0"/>
          <w:u w:val="single"/>
        </w:rPr>
        <w:t xml:space="preserve"> emergency </w:t>
      </w:r>
      <w:r>
        <w:rPr>
          <w:b w:val="0"/>
          <w:i w:val="0"/>
          <w:smallCaps w:val="0"/>
          <w:strike w:val="0"/>
          <w:highlight w:val="cyan"/>
          <w:u w:val="single"/>
        </w:rPr>
        <w:t>backup power</w:t>
      </w:r>
      <w:r>
        <w:rPr>
          <w:b w:val="0"/>
          <w:i w:val="0"/>
          <w:smallCaps w:val="0"/>
          <w:strike w:val="0"/>
          <w:u w:val="single"/>
        </w:rPr>
        <w:t xml:space="preserve">, anything remaining in </w:t>
      </w:r>
      <w:r>
        <w:rPr>
          <w:b w:val="0"/>
          <w:i w:val="0"/>
          <w:smallCaps w:val="0"/>
          <w:strike w:val="0"/>
          <w:highlight w:val="cyan"/>
          <w:u w:val="single"/>
        </w:rPr>
        <w:t>refriger</w:t>
      </w:r>
      <w:r>
        <w:rPr>
          <w:b w:val="0"/>
          <w:i w:val="0"/>
          <w:smallCaps w:val="0"/>
          <w:strike w:val="0"/>
          <w:u w:val="single"/>
        </w:rPr>
        <w:t xml:space="preserve">ators </w:t>
      </w:r>
      <w:r>
        <w:rPr>
          <w:b w:val="0"/>
          <w:i w:val="0"/>
          <w:smallCaps w:val="0"/>
          <w:strike w:val="0"/>
          <w:highlight w:val="cyan"/>
          <w:u w:val="single"/>
        </w:rPr>
        <w:t>and</w:t>
      </w:r>
      <w:r>
        <w:rPr>
          <w:b w:val="0"/>
          <w:i w:val="0"/>
          <w:smallCaps w:val="0"/>
          <w:strike w:val="0"/>
          <w:u w:val="single"/>
        </w:rPr>
        <w:t xml:space="preserve"> </w:t>
      </w:r>
      <w:r>
        <w:rPr>
          <w:b w:val="0"/>
          <w:i w:val="0"/>
          <w:smallCaps w:val="0"/>
          <w:strike w:val="0"/>
          <w:highlight w:val="cyan"/>
          <w:u w:val="single"/>
        </w:rPr>
        <w:t>freezer</w:t>
      </w:r>
      <w:r>
        <w:rPr>
          <w:b w:val="0"/>
          <w:i w:val="0"/>
          <w:smallCaps w:val="0"/>
          <w:strike w:val="0"/>
          <w:u w:val="single"/>
        </w:rPr>
        <w:t xml:space="preserve">s spoils and becomes </w:t>
      </w:r>
      <w:r>
        <w:rPr>
          <w:b w:val="0"/>
          <w:i w:val="0"/>
          <w:smallCaps w:val="0"/>
          <w:strike w:val="0"/>
          <w:highlight w:val="cyan"/>
          <w:u w:val="single"/>
        </w:rPr>
        <w:t>unsafe</w:t>
      </w:r>
      <w:r>
        <w:rPr>
          <w:b w:val="0"/>
          <w:i w:val="0"/>
          <w:smallCaps w:val="0"/>
          <w:strike w:val="0"/>
          <w:u w:val="single"/>
        </w:rPr>
        <w:t xml:space="preserve"> to eat.</w:t>
      </w:r>
      <w:r>
        <w:rPr>
          <w:b w:val="0"/>
          <w:i w:val="0"/>
          <w:smallCaps w:val="0"/>
          <w:strike w:val="0"/>
          <w:u w:val="none"/>
        </w:rPr>
        <w:t xml:space="preserve"> </w:t>
      </w:r>
    </w:p>
    <w:p>
      <w:pPr>
        <w:spacing w:after="60"/>
      </w:pPr>
      <w:r>
        <w:rPr>
          <w:b w:val="0"/>
          <w:i w:val="0"/>
          <w:smallCaps w:val="0"/>
          <w:strike w:val="0"/>
          <w:u w:val="none"/>
        </w:rPr>
        <w:t>Days 4-6</w:t>
      </w:r>
      <w:r>
        <w:rPr>
          <w:b w:val="0"/>
          <w:i w:val="0"/>
          <w:smallCaps w:val="0"/>
          <w:strike w:val="0"/>
          <w:u w:val="single"/>
        </w:rPr>
        <w:t xml:space="preserve">: </w:t>
      </w:r>
      <w:r>
        <w:rPr>
          <w:b w:val="0"/>
          <w:i w:val="0"/>
          <w:smallCaps w:val="0"/>
          <w:strike w:val="0"/>
          <w:highlight w:val="cyan"/>
          <w:u w:val="single"/>
        </w:rPr>
        <w:t>Law</w:t>
      </w:r>
      <w:r>
        <w:rPr>
          <w:b w:val="0"/>
          <w:i w:val="0"/>
          <w:smallCaps w:val="0"/>
          <w:strike w:val="0"/>
          <w:u w:val="single"/>
        </w:rPr>
        <w:t xml:space="preserve"> and order begin to </w:t>
      </w:r>
      <w:r>
        <w:rPr>
          <w:b w:val="0"/>
          <w:i w:val="0"/>
          <w:smallCaps w:val="0"/>
          <w:strike w:val="0"/>
          <w:highlight w:val="cyan"/>
          <w:u w:val="single"/>
        </w:rPr>
        <w:t>break down</w:t>
      </w:r>
      <w:r>
        <w:rPr>
          <w:b w:val="0"/>
          <w:i w:val="0"/>
          <w:smallCaps w:val="0"/>
          <w:strike w:val="0"/>
          <w:u w:val="none"/>
        </w:rPr>
        <w:t xml:space="preserve">. Without communications and functioning electronic equipment, many </w:t>
      </w:r>
      <w:r>
        <w:rPr>
          <w:b w:val="0"/>
          <w:i w:val="0"/>
          <w:smallCaps w:val="0"/>
          <w:strike w:val="0"/>
          <w:highlight w:val="cyan"/>
          <w:u w:val="single"/>
        </w:rPr>
        <w:t>emergency responders stay home</w:t>
      </w:r>
      <w:r>
        <w:rPr>
          <w:b w:val="0"/>
          <w:i w:val="0"/>
          <w:smallCaps w:val="0"/>
          <w:strike w:val="0"/>
          <w:u w:val="single"/>
        </w:rPr>
        <w:t xml:space="preserve"> to protect their own </w:t>
      </w:r>
      <w:r>
        <w:rPr>
          <w:b w:val="0"/>
          <w:i w:val="0"/>
          <w:smallCaps w:val="0"/>
          <w:strike w:val="0"/>
          <w:u w:val="none"/>
        </w:rPr>
        <w:t xml:space="preserve">families. </w:t>
      </w:r>
      <w:r>
        <w:rPr>
          <w:b w:val="0"/>
          <w:i w:val="0"/>
          <w:smallCaps w:val="0"/>
          <w:strike w:val="0"/>
          <w:highlight w:val="cyan"/>
          <w:u w:val="single"/>
        </w:rPr>
        <w:t>Stores</w:t>
      </w:r>
      <w:r>
        <w:rPr>
          <w:b w:val="0"/>
          <w:i w:val="0"/>
          <w:smallCaps w:val="0"/>
          <w:strike w:val="0"/>
          <w:u w:val="single"/>
        </w:rPr>
        <w:t xml:space="preserve"> are </w:t>
      </w:r>
      <w:r>
        <w:rPr>
          <w:b w:val="0"/>
          <w:i w:val="0"/>
          <w:smallCaps w:val="0"/>
          <w:strike w:val="0"/>
          <w:highlight w:val="cyan"/>
          <w:u w:val="single"/>
        </w:rPr>
        <w:t>looted</w:t>
      </w:r>
      <w:r>
        <w:rPr>
          <w:b w:val="0"/>
          <w:i w:val="0"/>
          <w:smallCaps w:val="0"/>
          <w:strike w:val="0"/>
          <w:u w:val="none"/>
        </w:rPr>
        <w:t xml:space="preserve"> for anything and everything. Many in the cities evacuate to the suburbs, often on foot, </w:t>
      </w:r>
      <w:r>
        <w:rPr>
          <w:b w:val="0"/>
          <w:i w:val="0"/>
          <w:smallCaps w:val="0"/>
          <w:strike w:val="0"/>
          <w:highlight w:val="cyan"/>
          <w:u w:val="single"/>
        </w:rPr>
        <w:t>overwhelm</w:t>
      </w:r>
      <w:r>
        <w:rPr>
          <w:b w:val="0"/>
          <w:i w:val="0"/>
          <w:smallCaps w:val="0"/>
          <w:strike w:val="0"/>
          <w:u w:val="single"/>
        </w:rPr>
        <w:t xml:space="preserve">ing the already </w:t>
      </w:r>
      <w:r>
        <w:rPr>
          <w:b w:val="0"/>
          <w:i w:val="0"/>
          <w:smallCaps w:val="0"/>
          <w:strike w:val="0"/>
          <w:highlight w:val="cyan"/>
          <w:u w:val="single"/>
        </w:rPr>
        <w:t>limited resources</w:t>
      </w:r>
      <w:r>
        <w:rPr>
          <w:b w:val="0"/>
          <w:i w:val="0"/>
          <w:smallCaps w:val="0"/>
          <w:strike w:val="0"/>
          <w:u w:val="none"/>
        </w:rPr>
        <w:t xml:space="preserve"> there. Emergency </w:t>
      </w:r>
      <w:r>
        <w:rPr>
          <w:b w:val="0"/>
          <w:i w:val="0"/>
          <w:smallCaps w:val="0"/>
          <w:strike w:val="0"/>
          <w:u w:val="single"/>
        </w:rPr>
        <w:t>backup diesel generators in most homes run out of fuel.</w:t>
      </w:r>
      <w:r>
        <w:rPr>
          <w:b w:val="0"/>
          <w:i w:val="0"/>
          <w:smallCaps w:val="0"/>
          <w:strike w:val="0"/>
          <w:u w:val="none"/>
        </w:rPr>
        <w:t xml:space="preserve"> </w:t>
      </w:r>
    </w:p>
    <w:p>
      <w:pPr>
        <w:spacing w:after="60"/>
      </w:pPr>
      <w:r>
        <w:rPr>
          <w:b w:val="0"/>
          <w:i w:val="0"/>
          <w:smallCaps w:val="0"/>
          <w:strike w:val="0"/>
          <w:u w:val="none"/>
        </w:rPr>
        <w:t xml:space="preserve">Days 7-10: </w:t>
      </w:r>
      <w:r>
        <w:rPr>
          <w:b w:val="0"/>
          <w:i w:val="0"/>
          <w:smallCaps w:val="0"/>
          <w:strike w:val="0"/>
          <w:u w:val="single"/>
        </w:rPr>
        <w:t xml:space="preserve">Emergency backup diesel </w:t>
      </w:r>
      <w:r>
        <w:rPr>
          <w:b w:val="0"/>
          <w:i w:val="0"/>
          <w:smallCaps w:val="0"/>
          <w:strike w:val="0"/>
          <w:highlight w:val="cyan"/>
          <w:u w:val="single"/>
        </w:rPr>
        <w:t>generators run out</w:t>
      </w:r>
      <w:r>
        <w:rPr>
          <w:b w:val="0"/>
          <w:i w:val="0"/>
          <w:smallCaps w:val="0"/>
          <w:strike w:val="0"/>
          <w:u w:val="single"/>
        </w:rPr>
        <w:t xml:space="preserve"> of fuel </w:t>
      </w:r>
      <w:r>
        <w:rPr>
          <w:b w:val="0"/>
          <w:i w:val="0"/>
          <w:smallCaps w:val="0"/>
          <w:strike w:val="0"/>
          <w:highlight w:val="cyan"/>
          <w:u w:val="single"/>
        </w:rPr>
        <w:t>at</w:t>
      </w:r>
      <w:r>
        <w:rPr>
          <w:b w:val="0"/>
          <w:i w:val="0"/>
          <w:smallCaps w:val="0"/>
          <w:strike w:val="0"/>
          <w:u w:val="single"/>
        </w:rPr>
        <w:t xml:space="preserve"> most water and </w:t>
      </w:r>
      <w:r>
        <w:rPr>
          <w:b w:val="0"/>
          <w:i w:val="0"/>
          <w:smallCaps w:val="0"/>
          <w:strike w:val="0"/>
          <w:highlight w:val="cyan"/>
          <w:u w:val="single"/>
        </w:rPr>
        <w:t>wastewater facilities</w:t>
      </w:r>
      <w:r>
        <w:rPr>
          <w:b w:val="0"/>
          <w:i w:val="0"/>
          <w:smallCaps w:val="0"/>
          <w:strike w:val="0"/>
          <w:u w:val="single"/>
        </w:rPr>
        <w:t xml:space="preserve">, radio and TV </w:t>
      </w:r>
      <w:r>
        <w:rPr>
          <w:b w:val="0"/>
          <w:i w:val="0"/>
          <w:smallCaps w:val="0"/>
          <w:strike w:val="0"/>
          <w:highlight w:val="cyan"/>
          <w:u w:val="single"/>
        </w:rPr>
        <w:t>stations</w:t>
      </w:r>
      <w:r>
        <w:rPr>
          <w:b w:val="0"/>
          <w:i w:val="0"/>
          <w:smallCaps w:val="0"/>
          <w:strike w:val="0"/>
          <w:u w:val="single"/>
        </w:rPr>
        <w:t xml:space="preserve">, </w:t>
      </w:r>
      <w:r>
        <w:rPr>
          <w:b w:val="0"/>
          <w:i w:val="0"/>
          <w:smallCaps w:val="0"/>
          <w:strike w:val="0"/>
          <w:highlight w:val="cyan"/>
          <w:u w:val="single"/>
        </w:rPr>
        <w:t>hospitals</w:t>
      </w:r>
      <w:r>
        <w:rPr>
          <w:b w:val="0"/>
          <w:i w:val="0"/>
          <w:smallCaps w:val="0"/>
          <w:strike w:val="0"/>
          <w:u w:val="single"/>
        </w:rPr>
        <w:t xml:space="preserve">, </w:t>
      </w:r>
      <w:r>
        <w:rPr>
          <w:b w:val="0"/>
          <w:i w:val="0"/>
          <w:smallCaps w:val="0"/>
          <w:strike w:val="0"/>
          <w:highlight w:val="cyan"/>
          <w:u w:val="single"/>
        </w:rPr>
        <w:t>food</w:t>
      </w:r>
      <w:r>
        <w:rPr>
          <w:b w:val="0"/>
          <w:i w:val="0"/>
          <w:smallCaps w:val="0"/>
          <w:strike w:val="0"/>
          <w:u w:val="single"/>
        </w:rPr>
        <w:t xml:space="preserve"> processing </w:t>
      </w:r>
      <w:r>
        <w:rPr>
          <w:b w:val="0"/>
          <w:i w:val="0"/>
          <w:smallCaps w:val="0"/>
          <w:strike w:val="0"/>
          <w:highlight w:val="cyan"/>
          <w:u w:val="single"/>
        </w:rPr>
        <w:t>plants</w:t>
      </w:r>
      <w:r>
        <w:rPr>
          <w:b w:val="0"/>
          <w:i w:val="0"/>
          <w:smallCaps w:val="0"/>
          <w:strike w:val="0"/>
          <w:u w:val="single"/>
        </w:rPr>
        <w:t xml:space="preserve"> </w:t>
      </w:r>
      <w:r>
        <w:rPr>
          <w:b w:val="0"/>
          <w:i w:val="0"/>
          <w:smallCaps w:val="0"/>
          <w:strike w:val="0"/>
          <w:highlight w:val="cyan"/>
          <w:u w:val="single"/>
        </w:rPr>
        <w:t>and emergency services</w:t>
      </w:r>
      <w:r>
        <w:rPr>
          <w:b w:val="0"/>
          <w:i w:val="0"/>
          <w:smallCaps w:val="0"/>
          <w:strike w:val="0"/>
          <w:u w:val="single"/>
        </w:rPr>
        <w:t xml:space="preserve"> locations, if they weren’t damaged or destroyed on Day 1</w:t>
      </w:r>
      <w:r>
        <w:rPr>
          <w:b w:val="0"/>
          <w:i w:val="0"/>
          <w:smallCaps w:val="0"/>
          <w:strike w:val="0"/>
          <w:u w:val="none"/>
        </w:rPr>
        <w:t xml:space="preserve">. There will be no tanker trucks coming to refuel. Hospitals are required to evacuate their patients if they are without external electric power for more than 72 hours, except there aren’t any hospitals with electric power to evacuate their patients to. By now, there are few doctors, nurses and hospital staff members remaining, because the majority have gone home to protect themselves and their families. Many patients requiring constant care either have died or will die soon. </w:t>
      </w:r>
      <w:r>
        <w:rPr>
          <w:b w:val="0"/>
          <w:i w:val="0"/>
          <w:smallCaps w:val="0"/>
          <w:strike w:val="0"/>
          <w:sz w:val="22"/>
          <w:u w:val="single"/>
        </w:rPr>
        <w:t xml:space="preserve">Without firefighters and water pressure, a number of </w:t>
      </w:r>
      <w:r>
        <w:rPr>
          <w:b w:val="0"/>
          <w:i w:val="0"/>
          <w:smallCaps w:val="0"/>
          <w:strike w:val="0"/>
          <w:sz w:val="22"/>
          <w:highlight w:val="cyan"/>
          <w:u w:val="single"/>
        </w:rPr>
        <w:t>fires</w:t>
      </w:r>
      <w:r>
        <w:rPr>
          <w:b w:val="0"/>
          <w:i w:val="0"/>
          <w:smallCaps w:val="0"/>
          <w:strike w:val="0"/>
          <w:u w:val="none"/>
        </w:rPr>
        <w:t xml:space="preserve"> that started from a variety of causes, from blown High voltage transformers and electrical equipment on Day 1, from nature, from human error or from arson, </w:t>
      </w:r>
      <w:r>
        <w:rPr>
          <w:b w:val="0"/>
          <w:i w:val="0"/>
          <w:smallCaps w:val="0"/>
          <w:strike w:val="0"/>
          <w:highlight w:val="cyan"/>
          <w:u w:val="single"/>
        </w:rPr>
        <w:t>burn out of control</w:t>
      </w:r>
      <w:r>
        <w:rPr>
          <w:b w:val="0"/>
          <w:i w:val="0"/>
          <w:smallCaps w:val="0"/>
          <w:strike w:val="0"/>
          <w:u w:val="single"/>
        </w:rPr>
        <w:t xml:space="preserve"> until there is nothing left to burn</w:t>
      </w:r>
      <w:r>
        <w:rPr>
          <w:b w:val="0"/>
          <w:i w:val="0"/>
          <w:smallCaps w:val="0"/>
          <w:strike w:val="0"/>
          <w:u w:val="none"/>
        </w:rPr>
        <w:t xml:space="preserve">. As a result, entire </w:t>
      </w:r>
      <w:r>
        <w:rPr>
          <w:b w:val="0"/>
          <w:i w:val="0"/>
          <w:smallCaps w:val="0"/>
          <w:strike w:val="0"/>
          <w:u w:val="single"/>
        </w:rPr>
        <w:t>city blocks and many homes are now in ashes</w:t>
      </w:r>
      <w:r>
        <w:rPr>
          <w:b w:val="0"/>
          <w:i w:val="0"/>
          <w:smallCaps w:val="0"/>
          <w:strike w:val="0"/>
          <w:u w:val="none"/>
        </w:rPr>
        <w:t xml:space="preserve">. In the same manner, hundreds of wildfires burn out of control throughout the U.S., until they eventually burn themselves out. </w:t>
      </w:r>
      <w:r>
        <w:rPr>
          <w:b w:val="0"/>
          <w:i w:val="0"/>
          <w:smallCaps w:val="0"/>
          <w:strike w:val="0"/>
          <w:u w:val="single"/>
        </w:rPr>
        <w:t xml:space="preserve">Without water pressure, there is </w:t>
      </w:r>
      <w:r>
        <w:rPr>
          <w:b/>
          <w:i w:val="0"/>
          <w:smallCaps w:val="0"/>
          <w:strike w:val="0"/>
          <w:highlight w:val="cyan"/>
          <w:u w:val="single"/>
        </w:rPr>
        <w:t>no clean, safe drinking water</w:t>
      </w:r>
      <w:r>
        <w:rPr>
          <w:b w:val="0"/>
          <w:i w:val="0"/>
          <w:smallCaps w:val="0"/>
          <w:strike w:val="0"/>
          <w:u w:val="single"/>
        </w:rPr>
        <w:t xml:space="preserve"> available. Without wastewater processing, the situation quickly becomes disgusting and dangerous as pressurized, </w:t>
      </w:r>
      <w:r>
        <w:rPr>
          <w:b/>
          <w:i w:val="0"/>
          <w:smallCaps w:val="0"/>
          <w:strike w:val="0"/>
          <w:highlight w:val="cyan"/>
          <w:u w:val="single"/>
        </w:rPr>
        <w:t>raw sewage pours</w:t>
      </w:r>
      <w:r>
        <w:rPr>
          <w:b w:val="0"/>
          <w:i w:val="0"/>
          <w:smallCaps w:val="0"/>
          <w:strike w:val="0"/>
          <w:u w:val="single"/>
        </w:rPr>
        <w:t xml:space="preserve"> from toilets and sinks in the lowest elevations of the system. This </w:t>
      </w:r>
      <w:r>
        <w:rPr>
          <w:b w:val="0"/>
          <w:i w:val="0"/>
          <w:smallCaps w:val="0"/>
          <w:strike w:val="0"/>
          <w:highlight w:val="cyan"/>
          <w:u w:val="single"/>
        </w:rPr>
        <w:t xml:space="preserve">makes </w:t>
      </w:r>
      <w:r>
        <w:rPr>
          <w:b/>
          <w:i w:val="0"/>
          <w:smallCaps w:val="0"/>
          <w:strike w:val="0"/>
          <w:highlight w:val="cyan"/>
          <w:u w:val="single"/>
        </w:rPr>
        <w:t>millions of homes</w:t>
      </w:r>
      <w:r>
        <w:rPr>
          <w:b/>
          <w:i w:val="0"/>
          <w:smallCaps w:val="0"/>
          <w:strike w:val="0"/>
          <w:u w:val="single"/>
        </w:rPr>
        <w:t xml:space="preserve"> and apartments </w:t>
      </w:r>
      <w:r>
        <w:rPr>
          <w:b/>
          <w:i w:val="0"/>
          <w:smallCaps w:val="0"/>
          <w:strike w:val="0"/>
          <w:highlight w:val="cyan"/>
          <w:u w:val="single"/>
        </w:rPr>
        <w:t>uninhabitable</w:t>
      </w:r>
      <w:r>
        <w:rPr>
          <w:b/>
          <w:i w:val="0"/>
          <w:smallCaps w:val="0"/>
          <w:strike w:val="0"/>
          <w:u w:val="single"/>
        </w:rPr>
        <w:t xml:space="preserve"> due to both the health risks and the high levels of methane gas. </w:t>
      </w:r>
    </w:p>
    <w:p>
      <w:pPr>
        <w:spacing w:after="60"/>
      </w:pPr>
      <w:r>
        <w:rPr>
          <w:b w:val="0"/>
          <w:i w:val="0"/>
          <w:smallCaps w:val="0"/>
          <w:strike w:val="0"/>
          <w:u w:val="none"/>
        </w:rPr>
        <w:t xml:space="preserve">Days 11-15: </w:t>
      </w:r>
      <w:r>
        <w:rPr>
          <w:b w:val="0"/>
          <w:i w:val="0"/>
          <w:smallCaps w:val="0"/>
          <w:strike w:val="0"/>
          <w:sz w:val="22"/>
          <w:u w:val="single"/>
        </w:rPr>
        <w:t>Without law enforcement</w:t>
      </w:r>
      <w:r>
        <w:rPr>
          <w:b w:val="0"/>
          <w:i w:val="0"/>
          <w:smallCaps w:val="0"/>
          <w:strike w:val="0"/>
          <w:u w:val="none"/>
        </w:rPr>
        <w:t xml:space="preserve">, the hungry and desperate masses break into their neighbors’ homes for food and supplies. </w:t>
      </w:r>
      <w:r>
        <w:rPr>
          <w:b w:val="0"/>
          <w:i w:val="0"/>
          <w:smallCaps w:val="0"/>
          <w:strike w:val="0"/>
          <w:highlight w:val="cyan"/>
          <w:u w:val="single"/>
        </w:rPr>
        <w:t>Armed groups</w:t>
      </w:r>
      <w:r>
        <w:rPr>
          <w:b w:val="0"/>
          <w:i w:val="0"/>
          <w:smallCaps w:val="0"/>
          <w:strike w:val="0"/>
          <w:u w:val="single"/>
        </w:rPr>
        <w:t xml:space="preserve"> and gangs </w:t>
      </w:r>
      <w:r>
        <w:rPr>
          <w:b w:val="0"/>
          <w:i w:val="0"/>
          <w:smallCaps w:val="0"/>
          <w:strike w:val="0"/>
          <w:highlight w:val="cyan"/>
          <w:u w:val="single"/>
        </w:rPr>
        <w:t>roam</w:t>
      </w:r>
      <w:r>
        <w:rPr>
          <w:b w:val="0"/>
          <w:i w:val="0"/>
          <w:smallCaps w:val="0"/>
          <w:strike w:val="0"/>
          <w:u w:val="single"/>
        </w:rPr>
        <w:t xml:space="preserve"> the streets, </w:t>
      </w:r>
      <w:r>
        <w:rPr>
          <w:b w:val="0"/>
          <w:i w:val="0"/>
          <w:smallCaps w:val="0"/>
          <w:strike w:val="0"/>
          <w:highlight w:val="cyan"/>
          <w:u w:val="single"/>
        </w:rPr>
        <w:t>preying</w:t>
      </w:r>
      <w:r>
        <w:rPr>
          <w:b w:val="0"/>
          <w:i w:val="0"/>
          <w:smallCaps w:val="0"/>
          <w:strike w:val="0"/>
          <w:u w:val="single"/>
        </w:rPr>
        <w:t xml:space="preserve"> on the weak and defenseless. Even “good </w:t>
      </w:r>
      <w:r>
        <w:rPr>
          <w:b w:val="0"/>
          <w:i w:val="0"/>
          <w:smallCaps w:val="0"/>
          <w:strike w:val="0"/>
          <w:highlight w:val="cyan"/>
          <w:u w:val="single"/>
        </w:rPr>
        <w:t>people</w:t>
      </w:r>
      <w:r>
        <w:rPr>
          <w:b w:val="0"/>
          <w:i w:val="0"/>
          <w:smallCaps w:val="0"/>
          <w:strike w:val="0"/>
          <w:u w:val="none"/>
        </w:rPr>
        <w:t xml:space="preserve">”, if unprepared and forced to survive, </w:t>
      </w:r>
      <w:r>
        <w:rPr>
          <w:b/>
          <w:i w:val="0"/>
          <w:smallCaps w:val="0"/>
          <w:strike w:val="0"/>
          <w:highlight w:val="cyan"/>
          <w:u w:val="single"/>
        </w:rPr>
        <w:t>do “whatever it takes</w:t>
      </w:r>
      <w:r>
        <w:rPr>
          <w:b w:val="0"/>
          <w:i w:val="0"/>
          <w:smallCaps w:val="0"/>
          <w:strike w:val="0"/>
          <w:u w:val="none"/>
        </w:rPr>
        <w:t>” to feed their children and keep their loved ones alive. Like first responders, many in the stateside military and National Guard abandon their posts and go home to protect their own families from the looters. Stateside military bases are 99% reliant on the civilian power grid and are just as “dark” as everywhere else. National Guard Armories around the Nation have been or will soon be looted by well-armed gangs intent on stealing loosely protected military vehicles (if they’ll run), weapons, supplies, and hardware</w:t>
      </w:r>
      <w:r>
        <w:rPr>
          <w:b/>
          <w:i w:val="0"/>
          <w:smallCaps w:val="0"/>
          <w:strike w:val="0"/>
          <w:u w:val="single"/>
        </w:rPr>
        <w:t xml:space="preserve">. The thin layer of </w:t>
      </w:r>
      <w:r>
        <w:rPr>
          <w:b/>
          <w:i w:val="0"/>
          <w:smallCaps w:val="0"/>
          <w:strike w:val="0"/>
          <w:highlight w:val="cyan"/>
          <w:u w:val="single"/>
        </w:rPr>
        <w:t>civilized society</w:t>
      </w:r>
      <w:r>
        <w:rPr>
          <w:b/>
          <w:i w:val="0"/>
          <w:smallCaps w:val="0"/>
          <w:strike w:val="0"/>
          <w:u w:val="single"/>
        </w:rPr>
        <w:t xml:space="preserve"> is </w:t>
      </w:r>
      <w:r>
        <w:rPr>
          <w:b/>
          <w:i w:val="0"/>
          <w:smallCaps w:val="0"/>
          <w:strike w:val="0"/>
          <w:highlight w:val="cyan"/>
          <w:u w:val="single"/>
        </w:rPr>
        <w:t>slip</w:t>
      </w:r>
      <w:r>
        <w:rPr>
          <w:b/>
          <w:i w:val="0"/>
          <w:smallCaps w:val="0"/>
          <w:strike w:val="0"/>
          <w:u w:val="single"/>
        </w:rPr>
        <w:t xml:space="preserve">ping </w:t>
      </w:r>
      <w:r>
        <w:rPr>
          <w:b/>
          <w:i w:val="0"/>
          <w:smallCaps w:val="0"/>
          <w:strike w:val="0"/>
          <w:highlight w:val="cyan"/>
          <w:u w:val="single"/>
        </w:rPr>
        <w:t>away</w:t>
      </w:r>
      <w:r>
        <w:rPr>
          <w:b/>
          <w:i w:val="0"/>
          <w:smallCaps w:val="0"/>
          <w:strike w:val="0"/>
          <w:u w:val="single"/>
        </w:rPr>
        <w:t xml:space="preserve"> in the fight for survival. </w:t>
      </w:r>
    </w:p>
    <w:p>
      <w:pPr>
        <w:spacing w:after="60"/>
      </w:pPr>
      <w:r>
        <w:rPr>
          <w:b w:val="0"/>
          <w:i w:val="0"/>
          <w:smallCaps w:val="0"/>
          <w:strike w:val="0"/>
          <w:u w:val="none"/>
        </w:rPr>
        <w:t>Days 16-30: By the end of Day 7, the Nuclear Regulatory Commission’s (NRC generators and reactor cooling pumps damaged or destroyed on Day 1, there are two primary, central locations in the U.S. with spares that would need to be transported many miles on clogged highways to their destinations. If reactor plant operators are unable to operate and resupply fuel to backup diesel generators, and if they are unable to power and operate reactor cooling pumps, reactor cores will eventually overheat and pools for spent fuel rods will eventually boil. If this is the case, over the next few days to weeks</w:t>
      </w:r>
      <w:r>
        <w:rPr>
          <w:b/>
          <w:i w:val="0"/>
          <w:smallCaps w:val="0"/>
          <w:strike w:val="0"/>
          <w:u w:val="single"/>
        </w:rPr>
        <w:t xml:space="preserve">, many of the 54 commercially operating nuclear power plants with 93 </w:t>
      </w:r>
      <w:r>
        <w:rPr>
          <w:b/>
          <w:i w:val="0"/>
          <w:smallCaps w:val="0"/>
          <w:strike w:val="0"/>
          <w:highlight w:val="cyan"/>
          <w:u w:val="single"/>
        </w:rPr>
        <w:t>nuclear reactors</w:t>
      </w:r>
      <w:r>
        <w:rPr>
          <w:b/>
          <w:i w:val="0"/>
          <w:smallCaps w:val="0"/>
          <w:strike w:val="0"/>
          <w:u w:val="single"/>
        </w:rPr>
        <w:t xml:space="preserve"> in 28 states (as of 2/28/2023) will </w:t>
      </w:r>
      <w:r>
        <w:rPr>
          <w:b/>
          <w:i w:val="0"/>
          <w:smallCaps w:val="0"/>
          <w:strike w:val="0"/>
          <w:highlight w:val="cyan"/>
          <w:u w:val="single"/>
        </w:rPr>
        <w:t>experience disasters</w:t>
      </w:r>
      <w:r>
        <w:rPr>
          <w:b w:val="0"/>
          <w:i w:val="0"/>
          <w:smallCaps w:val="0"/>
          <w:strike w:val="0"/>
          <w:u w:val="single"/>
        </w:rPr>
        <w:t>, similar (or possibly worse) than the Fukushima nuclear power plant did in Japan following the tsunami of 2011</w:t>
      </w:r>
      <w:r>
        <w:rPr>
          <w:b w:val="0"/>
          <w:i w:val="0"/>
          <w:smallCaps w:val="0"/>
          <w:strike w:val="0"/>
          <w:u w:val="none"/>
        </w:rPr>
        <w:t>.</w:t>
      </w:r>
      <w:r>
        <w:rPr>
          <w:b w:val="0"/>
          <w:i w:val="0"/>
          <w:smallCaps w:val="0"/>
          <w:strike w:val="0"/>
          <w:u w:val="none"/>
        </w:rPr>
        <w:t xml:space="preserve">4 Based on 2010 Census data, more than 120 million Americans live within 50 miles of a nuclear power plant. Their already bad situation will become far worse as grainy, </w:t>
      </w:r>
      <w:r>
        <w:rPr>
          <w:b w:val="0"/>
          <w:i w:val="0"/>
          <w:smallCaps w:val="0"/>
          <w:strike w:val="0"/>
          <w:highlight w:val="cyan"/>
          <w:u w:val="single"/>
        </w:rPr>
        <w:t>radioactive debris blows downwind</w:t>
      </w:r>
      <w:r>
        <w:rPr>
          <w:b w:val="0"/>
          <w:i w:val="0"/>
          <w:smallCaps w:val="0"/>
          <w:strike w:val="0"/>
          <w:u w:val="single"/>
        </w:rPr>
        <w:t xml:space="preserve"> from failed reactor plants</w:t>
      </w:r>
      <w:r>
        <w:rPr>
          <w:b w:val="0"/>
          <w:i w:val="0"/>
          <w:smallCaps w:val="0"/>
          <w:strike w:val="0"/>
          <w:u w:val="none"/>
        </w:rPr>
        <w:t xml:space="preserve">. There is nowhere to evacuate to, no one to oversee or coordinate any evacuations, and few methods available to communicate the problem. Adding to the social breakdown, many of the 2 million adults in federal and state prisons and county jails across the U.S. are either let free or escape due to lack of power, resources, and personnel to contain them. </w:t>
      </w:r>
      <w:r>
        <w:rPr>
          <w:b w:val="0"/>
          <w:i w:val="0"/>
          <w:smallCaps w:val="0"/>
          <w:strike w:val="0"/>
          <w:u w:val="single"/>
        </w:rPr>
        <w:t xml:space="preserve">The </w:t>
      </w:r>
      <w:r>
        <w:rPr>
          <w:b/>
          <w:i w:val="0"/>
          <w:smallCaps w:val="0"/>
          <w:strike w:val="0"/>
          <w:u w:val="single"/>
        </w:rPr>
        <w:t xml:space="preserve">first </w:t>
      </w:r>
      <w:r>
        <w:rPr>
          <w:b/>
          <w:i w:val="0"/>
          <w:smallCaps w:val="0"/>
          <w:strike w:val="0"/>
          <w:highlight w:val="cyan"/>
          <w:u w:val="single"/>
        </w:rPr>
        <w:t>outbreaks of</w:t>
      </w:r>
      <w:r>
        <w:rPr>
          <w:b/>
          <w:i w:val="0"/>
          <w:smallCaps w:val="0"/>
          <w:strike w:val="0"/>
          <w:u w:val="single"/>
        </w:rPr>
        <w:t xml:space="preserve"> dysentery, cholera, and typhoid,</w:t>
      </w:r>
      <w:r>
        <w:rPr>
          <w:b w:val="0"/>
          <w:i w:val="0"/>
          <w:smallCaps w:val="0"/>
          <w:strike w:val="0"/>
          <w:u w:val="single"/>
        </w:rPr>
        <w:t xml:space="preserve"> all brought on by drinking unpurified water and living in unsanitary conditions, begin to spread throughout the country. These, and </w:t>
      </w:r>
      <w:r>
        <w:rPr>
          <w:b/>
          <w:i w:val="0"/>
          <w:smallCaps w:val="0"/>
          <w:strike w:val="0"/>
          <w:u w:val="single"/>
        </w:rPr>
        <w:t xml:space="preserve">other treatable third world </w:t>
      </w:r>
      <w:r>
        <w:rPr>
          <w:b/>
          <w:i w:val="0"/>
          <w:smallCaps w:val="0"/>
          <w:strike w:val="0"/>
          <w:highlight w:val="cyan"/>
          <w:u w:val="single"/>
        </w:rPr>
        <w:t>diseases</w:t>
      </w:r>
      <w:r>
        <w:rPr>
          <w:b w:val="0"/>
          <w:i w:val="0"/>
          <w:smallCaps w:val="0"/>
          <w:strike w:val="0"/>
          <w:u w:val="single"/>
        </w:rPr>
        <w:t xml:space="preserve">, along with </w:t>
      </w:r>
      <w:r>
        <w:rPr>
          <w:b/>
          <w:i w:val="0"/>
          <w:smallCaps w:val="0"/>
          <w:strike w:val="0"/>
          <w:highlight w:val="cyan"/>
          <w:u w:val="single"/>
        </w:rPr>
        <w:t>dehydration, starvation</w:t>
      </w:r>
      <w:r>
        <w:rPr>
          <w:b w:val="0"/>
          <w:i w:val="0"/>
          <w:smallCaps w:val="0"/>
          <w:strike w:val="0"/>
          <w:highlight w:val="cyan"/>
          <w:u w:val="single"/>
        </w:rPr>
        <w:t xml:space="preserve">, and </w:t>
      </w:r>
      <w:r>
        <w:rPr>
          <w:b/>
          <w:i w:val="0"/>
          <w:smallCaps w:val="0"/>
          <w:strike w:val="0"/>
          <w:highlight w:val="cyan"/>
          <w:u w:val="single"/>
        </w:rPr>
        <w:t>murder</w:t>
      </w:r>
      <w:r>
        <w:rPr>
          <w:b w:val="0"/>
          <w:i w:val="0"/>
          <w:smallCaps w:val="0"/>
          <w:strike w:val="0"/>
          <w:highlight w:val="cyan"/>
          <w:u w:val="single"/>
        </w:rPr>
        <w:t>, claim</w:t>
      </w:r>
      <w:r>
        <w:rPr>
          <w:b w:val="0"/>
          <w:i w:val="0"/>
          <w:smallCaps w:val="0"/>
          <w:strike w:val="0"/>
          <w:u w:val="single"/>
        </w:rPr>
        <w:t xml:space="preserve"> the </w:t>
      </w:r>
      <w:r>
        <w:rPr>
          <w:b w:val="0"/>
          <w:i w:val="0"/>
          <w:smallCaps w:val="0"/>
          <w:strike w:val="0"/>
          <w:highlight w:val="cyan"/>
          <w:u w:val="single"/>
        </w:rPr>
        <w:t>lives</w:t>
      </w:r>
      <w:r>
        <w:rPr>
          <w:b w:val="0"/>
          <w:i w:val="0"/>
          <w:smallCaps w:val="0"/>
          <w:strike w:val="0"/>
          <w:u w:val="single"/>
        </w:rPr>
        <w:t xml:space="preserve"> of tens of millions of Americans. There are </w:t>
      </w:r>
      <w:r>
        <w:rPr>
          <w:b w:val="0"/>
          <w:i w:val="0"/>
          <w:smallCaps w:val="0"/>
          <w:strike w:val="0"/>
          <w:highlight w:val="cyan"/>
          <w:u w:val="single"/>
        </w:rPr>
        <w:t>no hospitals</w:t>
      </w:r>
      <w:r>
        <w:rPr>
          <w:b w:val="0"/>
          <w:i w:val="0"/>
          <w:smallCaps w:val="0"/>
          <w:strike w:val="0"/>
          <w:u w:val="single"/>
        </w:rPr>
        <w:t xml:space="preserve"> to go to. There are </w:t>
      </w:r>
      <w:r>
        <w:rPr>
          <w:b w:val="0"/>
          <w:i w:val="0"/>
          <w:smallCaps w:val="0"/>
          <w:strike w:val="0"/>
          <w:highlight w:val="cyan"/>
          <w:u w:val="single"/>
        </w:rPr>
        <w:t>no medications</w:t>
      </w:r>
      <w:r>
        <w:rPr>
          <w:b w:val="0"/>
          <w:i w:val="0"/>
          <w:smallCaps w:val="0"/>
          <w:strike w:val="0"/>
          <w:u w:val="single"/>
        </w:rPr>
        <w:t xml:space="preserve"> available. Even </w:t>
      </w:r>
      <w:r>
        <w:rPr>
          <w:b/>
          <w:i w:val="0"/>
          <w:smallCaps w:val="0"/>
          <w:strike w:val="0"/>
          <w:highlight w:val="cyan"/>
          <w:u w:val="single"/>
        </w:rPr>
        <w:t>minor injuries</w:t>
      </w:r>
      <w:r>
        <w:rPr>
          <w:b/>
          <w:i w:val="0"/>
          <w:smallCaps w:val="0"/>
          <w:strike w:val="0"/>
          <w:u w:val="single"/>
        </w:rPr>
        <w:t xml:space="preserve"> and infections become </w:t>
      </w:r>
      <w:r>
        <w:rPr>
          <w:b/>
          <w:i w:val="0"/>
          <w:smallCaps w:val="0"/>
          <w:strike w:val="0"/>
          <w:highlight w:val="cyan"/>
          <w:u w:val="single"/>
        </w:rPr>
        <w:t>lifethreatening</w:t>
      </w:r>
      <w:r>
        <w:rPr>
          <w:b w:val="0"/>
          <w:i w:val="0"/>
          <w:smallCaps w:val="0"/>
          <w:strike w:val="0"/>
          <w:u w:val="none"/>
        </w:rPr>
        <w:t xml:space="preserve">. In most parts of the country, there is no one coming to help… and this is just the first 30 days following the grid being down nationwide. It’ll get much worse in the days and weeks to follow… </w:t>
      </w:r>
    </w:p>
    <w:p>
      <w:pPr>
        <w:spacing w:after="60"/>
      </w:pPr>
      <w:r>
        <w:rPr>
          <w:b w:val="0"/>
          <w:i w:val="0"/>
          <w:smallCaps w:val="0"/>
          <w:strike w:val="0"/>
          <w:sz w:val="10"/>
          <w:u w:val="none"/>
        </w:rPr>
        <w:t xml:space="preserve">Does this all sound like an apocalyptic movie or a “prepper” fantasy? We wish it were. What we have described above is the beginning of the collapse of the United States of America caused by as few as one to three nuclear weapons detonated high in the sky above our magnificent, but totally unprepared, country. 5 The effect would be an ELECTRONIC shock wave that would burn up electrical power lines and transformers and would “fry” many electronic devices, such as portable radios, TVs, computers, and telephones (especially those plugged into electric or telecommunications outlets). </w:t>
      </w:r>
    </w:p>
    <w:p>
      <w:pPr>
        <w:spacing w:after="60"/>
      </w:pPr>
      <w:r>
        <w:rPr>
          <w:b/>
          <w:i w:val="0"/>
          <w:smallCaps w:val="0"/>
          <w:strike w:val="0"/>
          <w:sz w:val="26"/>
          <w:highlight w:val="cyan"/>
          <w:u w:val="single"/>
        </w:rPr>
        <w:t>This is NOT science fiction material but CONFIRMED SCIENCE</w:t>
      </w:r>
      <w:r>
        <w:rPr>
          <w:b/>
          <w:i w:val="0"/>
          <w:smallCaps w:val="0"/>
          <w:strike w:val="0"/>
          <w:u w:val="single"/>
        </w:rPr>
        <w:t>.</w:t>
      </w:r>
      <w:r>
        <w:rPr>
          <w:b w:val="0"/>
          <w:i w:val="0"/>
          <w:smallCaps w:val="0"/>
          <w:strike w:val="0"/>
          <w:u w:val="none"/>
        </w:rPr>
        <w:t xml:space="preserve"> The worst-case scenario described above, </w:t>
      </w:r>
      <w:r>
        <w:rPr>
          <w:b w:val="0"/>
          <w:i w:val="0"/>
          <w:smallCaps w:val="0"/>
          <w:strike w:val="0"/>
          <w:u w:val="single"/>
        </w:rPr>
        <w:t xml:space="preserve">High Altitude Nuclear Electromagnetic Pulse (EMP or HEMP), has been </w:t>
      </w:r>
      <w:r>
        <w:rPr>
          <w:b w:val="0"/>
          <w:i w:val="0"/>
          <w:smallCaps w:val="0"/>
          <w:strike w:val="0"/>
          <w:highlight w:val="cyan"/>
          <w:u w:val="single"/>
        </w:rPr>
        <w:t>known and studied by</w:t>
      </w:r>
      <w:r>
        <w:rPr>
          <w:b w:val="0"/>
          <w:i w:val="0"/>
          <w:smallCaps w:val="0"/>
          <w:strike w:val="0"/>
          <w:u w:val="single"/>
        </w:rPr>
        <w:t xml:space="preserve"> the </w:t>
      </w:r>
      <w:r>
        <w:rPr>
          <w:b w:val="0"/>
          <w:i w:val="0"/>
          <w:smallCaps w:val="0"/>
          <w:strike w:val="0"/>
          <w:highlight w:val="cyan"/>
          <w:u w:val="single"/>
        </w:rPr>
        <w:t>D</w:t>
      </w:r>
      <w:r>
        <w:rPr>
          <w:b w:val="0"/>
          <w:i w:val="0"/>
          <w:smallCaps w:val="0"/>
          <w:strike w:val="0"/>
          <w:u w:val="single"/>
        </w:rPr>
        <w:t xml:space="preserve">epartment </w:t>
      </w:r>
      <w:r>
        <w:rPr>
          <w:b w:val="0"/>
          <w:i w:val="0"/>
          <w:smallCaps w:val="0"/>
          <w:strike w:val="0"/>
          <w:highlight w:val="cyan"/>
          <w:u w:val="single"/>
        </w:rPr>
        <w:t>o</w:t>
      </w:r>
      <w:r>
        <w:rPr>
          <w:b w:val="0"/>
          <w:i w:val="0"/>
          <w:smallCaps w:val="0"/>
          <w:strike w:val="0"/>
          <w:u w:val="single"/>
        </w:rPr>
        <w:t xml:space="preserve">f </w:t>
      </w:r>
      <w:r>
        <w:rPr>
          <w:b w:val="0"/>
          <w:i w:val="0"/>
          <w:smallCaps w:val="0"/>
          <w:strike w:val="0"/>
          <w:highlight w:val="cyan"/>
          <w:u w:val="single"/>
        </w:rPr>
        <w:t>D</w:t>
      </w:r>
      <w:r>
        <w:rPr>
          <w:b w:val="0"/>
          <w:i w:val="0"/>
          <w:smallCaps w:val="0"/>
          <w:strike w:val="0"/>
          <w:u w:val="single"/>
        </w:rPr>
        <w:t>efense and our Government e</w:t>
      </w:r>
      <w:r>
        <w:rPr>
          <w:b w:val="0"/>
          <w:i w:val="0"/>
          <w:smallCaps w:val="0"/>
          <w:strike w:val="0"/>
          <w:u w:val="none"/>
        </w:rPr>
        <w:t xml:space="preserve">ver since the ‘Starfish Prime’ nuclear test on July 9th, 1962; this was one of a series of five tests by the U.S. testing the effects of nuclear weapons in high-altitude/lower outer space.6 We could also lose our electric power and our critical infrastructures dependent upon electric power for an extended period of time across the United States by a massive solar storm striking Earth, OR a well-coordinated physical attack on our power grid, OR a sophisticated cyberattack, OR any combination of these threats. </w:t>
      </w:r>
    </w:p>
    <w:p>
      <w:pPr>
        <w:spacing w:after="60"/>
      </w:pPr>
      <w:r>
        <w:rPr>
          <w:b w:val="0"/>
          <w:i w:val="0"/>
          <w:smallCaps w:val="0"/>
          <w:strike w:val="0"/>
          <w:u w:val="none"/>
        </w:rPr>
        <w:t xml:space="preserve">Does our government know about this? YES! No fewer than eleven studies conducted by or for federal agencies over the past decade have all agreed: </w:t>
      </w:r>
      <w:r>
        <w:rPr>
          <w:b w:val="0"/>
          <w:i w:val="0"/>
          <w:smallCaps w:val="0"/>
          <w:strike w:val="0"/>
          <w:u w:val="single"/>
        </w:rPr>
        <w:t>the Nation’s bulk power distribution system can be disrupted or destroyed over large areas due to various manmade and naturally occurring events.7 The “backbone” of our power grid is our massive, custom-built high voltage transformers, typically weighing between 200-400 tons each. Most of these are made overseas and require 12-18 months to order, build, and ship before needing additional months to transport over land and install. Additionally, the “Achilles heel” to the operation of both our power grid and our critical infrastructures is their almost complete dependence on computers and technology, which rely on very delicate microchips and microprocess</w:t>
      </w:r>
      <w:r>
        <w:rPr>
          <w:b w:val="0"/>
          <w:i w:val="0"/>
          <w:smallCaps w:val="0"/>
          <w:strike w:val="0"/>
          <w:u w:val="single"/>
        </w:rPr>
        <w:t xml:space="preserve">ors.8 If you think the coronavirus or other potential pandemics are frightening, wait until a solar superstorm or a nuclear EMP attack </w:t>
      </w:r>
      <w:r>
        <w:rPr>
          <w:b/>
          <w:i w:val="0"/>
          <w:smallCaps w:val="0"/>
          <w:strike w:val="0"/>
          <w:highlight w:val="cyan"/>
          <w:u w:val="single"/>
        </w:rPr>
        <w:t>black</w:t>
      </w:r>
      <w:r>
        <w:rPr>
          <w:b/>
          <w:i w:val="0"/>
          <w:smallCaps w:val="0"/>
          <w:strike w:val="0"/>
          <w:u w:val="single"/>
        </w:rPr>
        <w:t xml:space="preserve">s </w:t>
      </w:r>
      <w:r>
        <w:rPr>
          <w:b/>
          <w:i w:val="0"/>
          <w:smallCaps w:val="0"/>
          <w:strike w:val="0"/>
          <w:highlight w:val="cyan"/>
          <w:u w:val="single"/>
        </w:rPr>
        <w:t>out</w:t>
      </w:r>
      <w:r>
        <w:rPr>
          <w:b/>
          <w:i w:val="0"/>
          <w:smallCaps w:val="0"/>
          <w:strike w:val="0"/>
          <w:u w:val="single"/>
        </w:rPr>
        <w:t xml:space="preserve"> the national electric </w:t>
      </w:r>
      <w:r>
        <w:rPr>
          <w:b/>
          <w:i w:val="0"/>
          <w:smallCaps w:val="0"/>
          <w:strike w:val="0"/>
          <w:highlight w:val="cyan"/>
          <w:u w:val="single"/>
        </w:rPr>
        <w:t>grid</w:t>
      </w:r>
      <w:r>
        <w:rPr>
          <w:b/>
          <w:i w:val="0"/>
          <w:smallCaps w:val="0"/>
          <w:strike w:val="0"/>
          <w:u w:val="single"/>
        </w:rPr>
        <w:t xml:space="preserve">, </w:t>
      </w:r>
      <w:r>
        <w:rPr>
          <w:b/>
          <w:i w:val="0"/>
          <w:smallCaps w:val="0"/>
          <w:strike w:val="0"/>
          <w:highlight w:val="cyan"/>
          <w:u w:val="single"/>
        </w:rPr>
        <w:t>collapses</w:t>
      </w:r>
      <w:r>
        <w:rPr>
          <w:b/>
          <w:i w:val="0"/>
          <w:smallCaps w:val="0"/>
          <w:strike w:val="0"/>
          <w:u w:val="single"/>
        </w:rPr>
        <w:t xml:space="preserve"> our </w:t>
      </w:r>
      <w:r>
        <w:rPr>
          <w:b/>
          <w:i w:val="0"/>
          <w:smallCaps w:val="0"/>
          <w:strike w:val="0"/>
          <w:highlight w:val="cyan"/>
          <w:u w:val="single"/>
        </w:rPr>
        <w:t>econ</w:t>
      </w:r>
      <w:r>
        <w:rPr>
          <w:b/>
          <w:i w:val="0"/>
          <w:smallCaps w:val="0"/>
          <w:strike w:val="0"/>
          <w:u w:val="single"/>
        </w:rPr>
        <w:t xml:space="preserve">omy </w:t>
      </w:r>
      <w:r>
        <w:rPr>
          <w:b/>
          <w:i w:val="0"/>
          <w:smallCaps w:val="0"/>
          <w:strike w:val="0"/>
          <w:highlight w:val="cyan"/>
          <w:u w:val="single"/>
        </w:rPr>
        <w:t>and</w:t>
      </w:r>
      <w:r>
        <w:rPr>
          <w:b/>
          <w:i w:val="0"/>
          <w:smallCaps w:val="0"/>
          <w:strike w:val="0"/>
          <w:u w:val="single"/>
        </w:rPr>
        <w:t xml:space="preserve"> our </w:t>
      </w:r>
      <w:r>
        <w:rPr>
          <w:b/>
          <w:i w:val="0"/>
          <w:smallCaps w:val="0"/>
          <w:strike w:val="0"/>
          <w:highlight w:val="cyan"/>
          <w:u w:val="single"/>
        </w:rPr>
        <w:t>critical</w:t>
      </w:r>
      <w:r>
        <w:rPr>
          <w:b/>
          <w:i w:val="0"/>
          <w:smallCaps w:val="0"/>
          <w:strike w:val="0"/>
          <w:u w:val="single"/>
        </w:rPr>
        <w:t xml:space="preserve"> </w:t>
      </w:r>
      <w:r>
        <w:rPr>
          <w:b/>
          <w:i w:val="0"/>
          <w:smallCaps w:val="0"/>
          <w:strike w:val="0"/>
          <w:highlight w:val="cyan"/>
          <w:u w:val="single"/>
        </w:rPr>
        <w:t>infrastructures</w:t>
      </w:r>
      <w:r>
        <w:rPr>
          <w:b/>
          <w:i w:val="0"/>
          <w:smallCaps w:val="0"/>
          <w:strike w:val="0"/>
          <w:u w:val="single"/>
        </w:rPr>
        <w:t xml:space="preserve">, and up to 9 out of 10 </w:t>
      </w:r>
      <w:r>
        <w:rPr>
          <w:b/>
          <w:i w:val="0"/>
          <w:smallCaps w:val="0"/>
          <w:strike w:val="0"/>
          <w:highlight w:val="cyan"/>
          <w:u w:val="single"/>
        </w:rPr>
        <w:t>Americans die</w:t>
      </w:r>
      <w:r>
        <w:rPr>
          <w:b/>
          <w:i w:val="0"/>
          <w:smallCaps w:val="0"/>
          <w:strike w:val="0"/>
          <w:u w:val="single"/>
        </w:rPr>
        <w:t xml:space="preserve"> within a year </w:t>
      </w:r>
      <w:r>
        <w:rPr>
          <w:b/>
          <w:i w:val="0"/>
          <w:smallCaps w:val="0"/>
          <w:strike w:val="0"/>
          <w:highlight w:val="cyan"/>
          <w:u w:val="single"/>
        </w:rPr>
        <w:t>through starvation, disease, and societal collapse</w:t>
      </w:r>
      <w:r>
        <w:rPr>
          <w:b/>
          <w:i w:val="0"/>
          <w:smallCaps w:val="0"/>
          <w:strike w:val="0"/>
          <w:u w:val="single"/>
        </w:rPr>
        <w:t>.</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