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Innovations key to solving climate</w:t>
      </w:r>
    </w:p>
    <w:p>
      <w:pPr>
        <w:spacing w:after="80"/>
      </w:pPr>
      <w:r>
        <w:rPr>
          <w:b w:val="0"/>
          <w:i w:val="0"/>
          <w:smallCaps w:val="0"/>
          <w:strike w:val="0"/>
          <w:color w:val="000000"/>
          <w:u w:val="none"/>
        </w:rPr>
        <w:t xml:space="preserve">Leon </w:t>
      </w:r>
      <w:r>
        <w:rPr>
          <w:b/>
          <w:i w:val="0"/>
          <w:smallCaps w:val="0"/>
          <w:strike w:val="0"/>
          <w:color w:val="000000"/>
          <w:sz w:val="26"/>
          <w:u w:val="none"/>
        </w:rPr>
        <w:t>Howard-Spink and</w:t>
      </w:r>
      <w:r>
        <w:rPr>
          <w:b w:val="0"/>
          <w:i w:val="0"/>
          <w:smallCaps w:val="0"/>
          <w:strike w:val="0"/>
          <w:color w:val="000000"/>
          <w:u w:val="none"/>
        </w:rPr>
        <w:t xml:space="preserve"> Paul </w:t>
      </w:r>
      <w:r>
        <w:rPr>
          <w:b/>
          <w:i w:val="0"/>
          <w:smallCaps w:val="0"/>
          <w:strike w:val="0"/>
          <w:color w:val="000000"/>
          <w:sz w:val="26"/>
          <w:u w:val="none"/>
        </w:rPr>
        <w:t>Griffin 21</w:t>
      </w:r>
      <w:r>
        <w:rPr>
          <w:b w:val="0"/>
          <w:i w:val="0"/>
          <w:smallCaps w:val="0"/>
          <w:strike w:val="0"/>
          <w:color w:val="000000"/>
          <w:u w:val="none"/>
        </w:rPr>
        <w:t>. Leon Howard-Spink, Fund Manager at Schroders Investment Management. Paul Griffin, alternate portfolio manager for European equities at Schroders Investment Management. "Why Innovative Companies Are Crucial to Solving The World’s Problems". Traders' Insight. 12-20-2021. https://www.tradersinsight.news/traders-insight/securities/esg/why-innovative-companies-are-crucial-to-solving-the-worlds-problems/</w:t>
      </w:r>
    </w:p>
    <w:p>
      <w:pPr>
        <w:spacing w:after="60"/>
      </w:pP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private sector’s</w:t>
      </w:r>
      <w:r>
        <w:rPr>
          <w:b w:val="0"/>
          <w:i w:val="0"/>
          <w:smallCaps w:val="0"/>
          <w:strike w:val="0"/>
          <w:color w:val="000000"/>
          <w:u w:val="none"/>
        </w:rPr>
        <w:t xml:space="preserve"> </w:t>
      </w:r>
      <w:r>
        <w:rPr>
          <w:b/>
          <w:i w:val="0"/>
          <w:smallCaps w:val="0"/>
          <w:strike w:val="0"/>
          <w:color w:val="000000"/>
          <w:u w:val="single"/>
        </w:rPr>
        <w:t>expertise in developing new products</w:t>
      </w:r>
      <w:r>
        <w:rPr>
          <w:b w:val="0"/>
          <w:i w:val="0"/>
          <w:smallCaps w:val="0"/>
          <w:strike w:val="0"/>
          <w:color w:val="000000"/>
          <w:u w:val="none"/>
        </w:rPr>
        <w:t xml:space="preserve"> </w:t>
      </w:r>
      <w:r>
        <w:rPr>
          <w:b w:val="0"/>
          <w:i w:val="0"/>
          <w:smallCaps w:val="0"/>
          <w:strike w:val="0"/>
          <w:color w:val="000000"/>
          <w:u w:val="single"/>
        </w:rPr>
        <w:t>will need to be</w:t>
      </w:r>
      <w:r>
        <w:rPr>
          <w:b w:val="0"/>
          <w:i w:val="0"/>
          <w:smallCaps w:val="0"/>
          <w:strike w:val="0"/>
          <w:color w:val="000000"/>
          <w:u w:val="none"/>
        </w:rPr>
        <w:t xml:space="preserve"> </w:t>
      </w:r>
      <w:r>
        <w:rPr>
          <w:b/>
          <w:i w:val="0"/>
          <w:smallCaps w:val="0"/>
          <w:strike w:val="0"/>
          <w:color w:val="000000"/>
          <w:u w:val="single"/>
        </w:rPr>
        <w:t>harnessed</w:t>
      </w:r>
      <w:r>
        <w:rPr>
          <w:b w:val="0"/>
          <w:i w:val="0"/>
          <w:smallCaps w:val="0"/>
          <w:strike w:val="0"/>
          <w:color w:val="000000"/>
          <w:u w:val="none"/>
        </w:rPr>
        <w:t xml:space="preserve"> </w:t>
      </w:r>
      <w:r>
        <w:rPr>
          <w:b w:val="0"/>
          <w:i w:val="0"/>
          <w:smallCaps w:val="0"/>
          <w:strike w:val="0"/>
          <w:color w:val="000000"/>
          <w:u w:val="single"/>
        </w:rPr>
        <w:t>if we’re</w:t>
      </w:r>
      <w:r>
        <w:rPr>
          <w:b w:val="0"/>
          <w:i w:val="0"/>
          <w:smallCaps w:val="0"/>
          <w:strike w:val="0"/>
          <w:color w:val="000000"/>
          <w:u w:val="none"/>
        </w:rPr>
        <w:t xml:space="preserve"> </w:t>
      </w:r>
      <w:r>
        <w:rPr>
          <w:b w:val="0"/>
          <w:i w:val="0"/>
          <w:smallCaps w:val="0"/>
          <w:strike w:val="0"/>
          <w:color w:val="000000"/>
          <w:u w:val="single"/>
        </w:rPr>
        <w:t>to meet targets for</w:t>
      </w:r>
      <w:r>
        <w:rPr>
          <w:b w:val="0"/>
          <w:i w:val="0"/>
          <w:smallCaps w:val="0"/>
          <w:strike w:val="0"/>
          <w:color w:val="000000"/>
          <w:u w:val="none"/>
        </w:rPr>
        <w:t xml:space="preserve"> </w:t>
      </w:r>
      <w:r>
        <w:rPr>
          <w:b/>
          <w:i w:val="0"/>
          <w:smallCaps w:val="0"/>
          <w:strike w:val="0"/>
          <w:color w:val="000000"/>
          <w:u w:val="single"/>
        </w:rPr>
        <w:t>sustainable development</w:t>
      </w:r>
      <w:r>
        <w:rPr>
          <w:b w:val="0"/>
          <w:i w:val="0"/>
          <w:smallCaps w:val="0"/>
          <w:strike w:val="0"/>
          <w:color w:val="000000"/>
          <w:u w:val="single"/>
        </w:rPr>
        <w:t>.</w:t>
      </w:r>
      <w:r>
        <w:rPr>
          <w:b w:val="0"/>
          <w:i w:val="0"/>
          <w:smallCaps w:val="0"/>
          <w:strike w:val="0"/>
          <w:color w:val="000000"/>
          <w:u w:val="none"/>
        </w:rPr>
        <w:t xml:space="preserve"> It’s hardly news to say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world is facing</w:t>
      </w:r>
      <w:r>
        <w:rPr>
          <w:b w:val="0"/>
          <w:i w:val="0"/>
          <w:smallCaps w:val="0"/>
          <w:strike w:val="0"/>
          <w:color w:val="000000"/>
          <w:u w:val="none"/>
        </w:rPr>
        <w:t xml:space="preserve"> </w:t>
      </w:r>
      <w:r>
        <w:rPr>
          <w:b/>
          <w:i w:val="0"/>
          <w:smallCaps w:val="0"/>
          <w:strike w:val="0"/>
          <w:color w:val="000000"/>
          <w:u w:val="single"/>
        </w:rPr>
        <w:t>numerous</w:t>
      </w:r>
      <w:r>
        <w:rPr>
          <w:b w:val="0"/>
          <w:i w:val="0"/>
          <w:smallCaps w:val="0"/>
          <w:strike w:val="0"/>
          <w:color w:val="000000"/>
          <w:u w:val="none"/>
        </w:rPr>
        <w:t xml:space="preserve"> </w:t>
      </w:r>
      <w:r>
        <w:rPr>
          <w:b/>
          <w:i w:val="0"/>
          <w:smallCaps w:val="0"/>
          <w:strike w:val="0"/>
          <w:color w:val="000000"/>
          <w:u w:val="single"/>
        </w:rPr>
        <w:t>urgent challenges</w:t>
      </w:r>
      <w:r>
        <w:rPr>
          <w:b w:val="0"/>
          <w:i w:val="0"/>
          <w:smallCaps w:val="0"/>
          <w:strike w:val="0"/>
          <w:color w:val="000000"/>
          <w:u w:val="single"/>
        </w:rPr>
        <w:t>. The</w:t>
      </w:r>
      <w:r>
        <w:rPr>
          <w:b w:val="0"/>
          <w:i w:val="0"/>
          <w:smallCaps w:val="0"/>
          <w:strike w:val="0"/>
          <w:color w:val="000000"/>
          <w:u w:val="none"/>
        </w:rPr>
        <w:t xml:space="preserve"> experience of the </w:t>
      </w:r>
      <w:r>
        <w:rPr>
          <w:b/>
          <w:i w:val="0"/>
          <w:smallCaps w:val="0"/>
          <w:strike w:val="0"/>
          <w:color w:val="000000"/>
          <w:u w:val="single"/>
        </w:rPr>
        <w:t>global</w:t>
      </w:r>
      <w:r>
        <w:rPr>
          <w:b w:val="0"/>
          <w:i w:val="0"/>
          <w:smallCaps w:val="0"/>
          <w:strike w:val="0"/>
          <w:color w:val="000000"/>
          <w:u w:val="none"/>
        </w:rPr>
        <w:t xml:space="preserve"> </w:t>
      </w:r>
      <w:r>
        <w:rPr>
          <w:b/>
          <w:i w:val="0"/>
          <w:smallCaps w:val="0"/>
          <w:strike w:val="0"/>
          <w:color w:val="000000"/>
          <w:u w:val="single"/>
        </w:rPr>
        <w:t>pandemic</w:t>
      </w:r>
      <w:r>
        <w:rPr>
          <w:b w:val="0"/>
          <w:i w:val="0"/>
          <w:smallCaps w:val="0"/>
          <w:strike w:val="0"/>
          <w:color w:val="000000"/>
          <w:u w:val="none"/>
        </w:rPr>
        <w:t xml:space="preserve"> </w:t>
      </w:r>
      <w:r>
        <w:rPr>
          <w:b w:val="0"/>
          <w:i w:val="0"/>
          <w:smallCaps w:val="0"/>
          <w:strike w:val="0"/>
          <w:color w:val="000000"/>
          <w:u w:val="single"/>
        </w:rPr>
        <w:t>highlighted how vulnerable we all are</w:t>
      </w:r>
      <w:r>
        <w:rPr>
          <w:b w:val="0"/>
          <w:i w:val="0"/>
          <w:smallCaps w:val="0"/>
          <w:strike w:val="0"/>
          <w:color w:val="000000"/>
          <w:u w:val="none"/>
        </w:rPr>
        <w:t xml:space="preserve"> to transmissible illnesses. The effects of </w:t>
      </w:r>
      <w:r>
        <w:rPr>
          <w:b/>
          <w:i w:val="0"/>
          <w:smallCaps w:val="0"/>
          <w:strike w:val="0"/>
          <w:color w:val="000000"/>
          <w:u w:val="single"/>
        </w:rPr>
        <w:t>climate</w:t>
      </w:r>
      <w:r>
        <w:rPr>
          <w:b w:val="0"/>
          <w:i w:val="0"/>
          <w:smallCaps w:val="0"/>
          <w:strike w:val="0"/>
          <w:color w:val="000000"/>
          <w:u w:val="none"/>
        </w:rPr>
        <w:t xml:space="preserve"> </w:t>
      </w:r>
      <w:r>
        <w:rPr>
          <w:b/>
          <w:i w:val="0"/>
          <w:smallCaps w:val="0"/>
          <w:strike w:val="0"/>
          <w:color w:val="000000"/>
          <w:u w:val="single"/>
        </w:rPr>
        <w:t>change</w:t>
      </w:r>
      <w:r>
        <w:rPr>
          <w:b w:val="0"/>
          <w:i w:val="0"/>
          <w:smallCaps w:val="0"/>
          <w:strike w:val="0"/>
          <w:color w:val="000000"/>
          <w:u w:val="none"/>
        </w:rPr>
        <w:t xml:space="preserve"> </w:t>
      </w:r>
      <w:r>
        <w:rPr>
          <w:b w:val="0"/>
          <w:i w:val="0"/>
          <w:smallCaps w:val="0"/>
          <w:strike w:val="0"/>
          <w:color w:val="000000"/>
          <w:u w:val="single"/>
        </w:rPr>
        <w:t>became more obvious</w:t>
      </w:r>
      <w:r>
        <w:rPr>
          <w:b w:val="0"/>
          <w:i w:val="0"/>
          <w:smallCaps w:val="0"/>
          <w:strike w:val="0"/>
          <w:color w:val="000000"/>
          <w:u w:val="none"/>
        </w:rPr>
        <w:t xml:space="preserve"> than ever this year, from wildfires in Canada to floods in Germany. Toxic emissions and weather patterns combined this autumn in India, forcing Delhi into a form of lockdown due to air pollution. The </w:t>
      </w:r>
      <w:r>
        <w:rPr>
          <w:b w:val="0"/>
          <w:i w:val="0"/>
          <w:smallCaps w:val="0"/>
          <w:strike w:val="0"/>
          <w:color w:val="000000"/>
          <w:u w:val="single"/>
        </w:rPr>
        <w:t>challenges don’t end there. We could add protecting</w:t>
      </w:r>
      <w:r>
        <w:rPr>
          <w:b w:val="0"/>
          <w:i w:val="0"/>
          <w:smallCaps w:val="0"/>
          <w:strike w:val="0"/>
          <w:color w:val="000000"/>
          <w:u w:val="none"/>
        </w:rPr>
        <w:t xml:space="preserve"> </w:t>
      </w:r>
      <w:r>
        <w:rPr>
          <w:b/>
          <w:i w:val="0"/>
          <w:smallCaps w:val="0"/>
          <w:strike w:val="0"/>
          <w:color w:val="000000"/>
          <w:u w:val="single"/>
        </w:rPr>
        <w:t>biodiversity</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improving</w:t>
      </w:r>
      <w:r>
        <w:rPr>
          <w:b w:val="0"/>
          <w:i w:val="0"/>
          <w:smallCaps w:val="0"/>
          <w:strike w:val="0"/>
          <w:color w:val="000000"/>
          <w:u w:val="none"/>
        </w:rPr>
        <w:t xml:space="preserve"> </w:t>
      </w:r>
      <w:r>
        <w:rPr>
          <w:b/>
          <w:i w:val="0"/>
          <w:smallCaps w:val="0"/>
          <w:strike w:val="0"/>
          <w:color w:val="000000"/>
          <w:u w:val="single"/>
        </w:rPr>
        <w:t>health</w:t>
      </w:r>
      <w:r>
        <w:rPr>
          <w:b w:val="0"/>
          <w:i w:val="0"/>
          <w:smallCaps w:val="0"/>
          <w:strike w:val="0"/>
          <w:color w:val="000000"/>
          <w:u w:val="none"/>
        </w:rPr>
        <w:t xml:space="preserve"> and education, </w:t>
      </w:r>
      <w:r>
        <w:rPr>
          <w:b w:val="0"/>
          <w:i w:val="0"/>
          <w:smallCaps w:val="0"/>
          <w:strike w:val="0"/>
          <w:color w:val="000000"/>
          <w:u w:val="single"/>
        </w:rPr>
        <w:t>and spurring</w:t>
      </w:r>
      <w:r>
        <w:rPr>
          <w:b w:val="0"/>
          <w:i w:val="0"/>
          <w:smallCaps w:val="0"/>
          <w:strike w:val="0"/>
          <w:color w:val="000000"/>
          <w:u w:val="none"/>
        </w:rPr>
        <w:t xml:space="preserve"> </w:t>
      </w:r>
      <w:r>
        <w:rPr>
          <w:b/>
          <w:i w:val="0"/>
          <w:smallCaps w:val="0"/>
          <w:strike w:val="0"/>
          <w:color w:val="000000"/>
          <w:u w:val="single"/>
        </w:rPr>
        <w:t>economic</w:t>
      </w:r>
      <w:r>
        <w:rPr>
          <w:b w:val="0"/>
          <w:i w:val="0"/>
          <w:smallCaps w:val="0"/>
          <w:strike w:val="0"/>
          <w:color w:val="000000"/>
          <w:u w:val="none"/>
        </w:rPr>
        <w:t xml:space="preserve"> </w:t>
      </w:r>
      <w:r>
        <w:rPr>
          <w:b/>
          <w:i w:val="0"/>
          <w:smallCaps w:val="0"/>
          <w:strike w:val="0"/>
          <w:color w:val="000000"/>
          <w:u w:val="single"/>
        </w:rPr>
        <w:t>growth</w:t>
      </w:r>
      <w:r>
        <w:rPr>
          <w:b w:val="0"/>
          <w:i w:val="0"/>
          <w:smallCaps w:val="0"/>
          <w:strike w:val="0"/>
          <w:color w:val="000000"/>
          <w:u w:val="none"/>
        </w:rPr>
        <w:t xml:space="preserve"> to the mix. </w:t>
      </w:r>
      <w:r>
        <w:rPr>
          <w:b w:val="0"/>
          <w:i w:val="0"/>
          <w:smallCaps w:val="0"/>
          <w:strike w:val="0"/>
          <w:color w:val="000000"/>
          <w:u w:val="single"/>
        </w:rPr>
        <w:t>All are crucial for sustainable development as the</w:t>
      </w:r>
      <w:r>
        <w:rPr>
          <w:b w:val="0"/>
          <w:i w:val="0"/>
          <w:smallCaps w:val="0"/>
          <w:strike w:val="0"/>
          <w:color w:val="000000"/>
          <w:u w:val="none"/>
        </w:rPr>
        <w:t xml:space="preserve"> </w:t>
      </w:r>
      <w:r>
        <w:rPr>
          <w:b/>
          <w:i w:val="0"/>
          <w:smallCaps w:val="0"/>
          <w:strike w:val="0"/>
          <w:color w:val="000000"/>
          <w:u w:val="single"/>
        </w:rPr>
        <w:t>global population grows</w:t>
      </w:r>
      <w:r>
        <w:rPr>
          <w:b w:val="0"/>
          <w:i w:val="0"/>
          <w:smallCaps w:val="0"/>
          <w:strike w:val="0"/>
          <w:color w:val="000000"/>
          <w:u w:val="none"/>
        </w:rPr>
        <w:t xml:space="preserve">. </w:t>
      </w:r>
      <w:r>
        <w:rPr>
          <w:b w:val="0"/>
          <w:i w:val="0"/>
          <w:smallCaps w:val="0"/>
          <w:strike w:val="0"/>
          <w:color w:val="000000"/>
          <w:u w:val="single"/>
        </w:rPr>
        <w:t>These are</w:t>
      </w:r>
      <w:r>
        <w:rPr>
          <w:b w:val="0"/>
          <w:i w:val="0"/>
          <w:smallCaps w:val="0"/>
          <w:strike w:val="0"/>
          <w:color w:val="000000"/>
          <w:u w:val="none"/>
        </w:rPr>
        <w:t xml:space="preserve"> big challenges but they’re </w:t>
      </w:r>
      <w:r>
        <w:rPr>
          <w:b/>
          <w:i w:val="0"/>
          <w:smallCaps w:val="0"/>
          <w:strike w:val="0"/>
          <w:color w:val="000000"/>
          <w:u w:val="single"/>
        </w:rPr>
        <w:t>not insurmountable</w:t>
      </w:r>
      <w:r>
        <w:rPr>
          <w:b w:val="0"/>
          <w:i w:val="0"/>
          <w:smallCaps w:val="0"/>
          <w:strike w:val="0"/>
          <w:color w:val="000000"/>
          <w:u w:val="single"/>
        </w:rPr>
        <w:t>. The political will is there</w:t>
      </w:r>
      <w:r>
        <w:rPr>
          <w:b w:val="0"/>
          <w:i w:val="0"/>
          <w:smallCaps w:val="0"/>
          <w:strike w:val="0"/>
          <w:color w:val="000000"/>
          <w:u w:val="none"/>
        </w:rPr>
        <w:t xml:space="preserve"> as we can see from the increasing emphasis </w:t>
      </w:r>
      <w:r>
        <w:rPr>
          <w:b w:val="0"/>
          <w:i w:val="0"/>
          <w:smallCaps w:val="0"/>
          <w:strike w:val="0"/>
          <w:color w:val="000000"/>
          <w:u w:val="single"/>
        </w:rPr>
        <w:t>policymakers are putting on the</w:t>
      </w:r>
      <w:r>
        <w:rPr>
          <w:b w:val="0"/>
          <w:i w:val="0"/>
          <w:smallCaps w:val="0"/>
          <w:strike w:val="0"/>
          <w:color w:val="000000"/>
          <w:u w:val="none"/>
        </w:rPr>
        <w:t xml:space="preserve"> UN’s Sustainable Development Goals (</w:t>
      </w:r>
      <w:r>
        <w:rPr>
          <w:b w:val="0"/>
          <w:i w:val="0"/>
          <w:smallCaps w:val="0"/>
          <w:strike w:val="0"/>
          <w:color w:val="000000"/>
          <w:u w:val="single"/>
        </w:rPr>
        <w:t>SDGs</w:t>
      </w:r>
      <w:r>
        <w:rPr>
          <w:b w:val="0"/>
          <w:i w:val="0"/>
          <w:smallCaps w:val="0"/>
          <w:strike w:val="0"/>
          <w:color w:val="000000"/>
          <w:u w:val="none"/>
        </w:rPr>
        <w:t xml:space="preserve">). </w:t>
      </w:r>
      <w:r>
        <w:rPr>
          <w:b w:val="0"/>
          <w:i w:val="0"/>
          <w:smallCaps w:val="0"/>
          <w:strike w:val="0"/>
          <w:color w:val="000000"/>
          <w:u w:val="single"/>
        </w:rPr>
        <w:t>This is an</w:t>
      </w:r>
      <w:r>
        <w:rPr>
          <w:b w:val="0"/>
          <w:i w:val="0"/>
          <w:smallCaps w:val="0"/>
          <w:strike w:val="0"/>
          <w:color w:val="000000"/>
          <w:u w:val="none"/>
        </w:rPr>
        <w:t xml:space="preserve"> </w:t>
      </w:r>
      <w:r>
        <w:rPr>
          <w:b w:val="0"/>
          <w:i w:val="0"/>
          <w:smallCaps w:val="0"/>
          <w:strike w:val="0"/>
          <w:color w:val="000000"/>
          <w:u w:val="single"/>
        </w:rPr>
        <w:t>opportunity for the</w:t>
      </w:r>
      <w:r>
        <w:rPr>
          <w:b w:val="0"/>
          <w:i w:val="0"/>
          <w:smallCaps w:val="0"/>
          <w:strike w:val="0"/>
          <w:color w:val="000000"/>
          <w:u w:val="none"/>
        </w:rPr>
        <w:t xml:space="preserve"> </w:t>
      </w:r>
      <w:r>
        <w:rPr>
          <w:b/>
          <w:i w:val="0"/>
          <w:smallCaps w:val="0"/>
          <w:strike w:val="0"/>
          <w:color w:val="000000"/>
          <w:u w:val="single"/>
        </w:rPr>
        <w:t>private sector</w:t>
      </w:r>
      <w:r>
        <w:rPr>
          <w:b w:val="0"/>
          <w:i w:val="0"/>
          <w:smallCaps w:val="0"/>
          <w:strike w:val="0"/>
          <w:color w:val="000000"/>
          <w:u w:val="none"/>
        </w:rPr>
        <w:t xml:space="preserve"> </w:t>
      </w:r>
      <w:r>
        <w:rPr>
          <w:b w:val="0"/>
          <w:i w:val="0"/>
          <w:smallCaps w:val="0"/>
          <w:strike w:val="0"/>
          <w:color w:val="000000"/>
          <w:u w:val="single"/>
        </w:rPr>
        <w:t>to show</w:t>
      </w:r>
      <w:r>
        <w:rPr>
          <w:b w:val="0"/>
          <w:i w:val="0"/>
          <w:smallCaps w:val="0"/>
          <w:strike w:val="0"/>
          <w:color w:val="000000"/>
          <w:u w:val="none"/>
        </w:rPr>
        <w:t xml:space="preserve"> its value in coming up with new products and </w:t>
      </w:r>
      <w:r>
        <w:rPr>
          <w:b/>
          <w:i w:val="0"/>
          <w:smallCaps w:val="0"/>
          <w:strike w:val="0"/>
          <w:color w:val="000000"/>
          <w:u w:val="single"/>
        </w:rPr>
        <w:t>solutions</w:t>
      </w:r>
      <w:r>
        <w:rPr>
          <w:b w:val="0"/>
          <w:i w:val="0"/>
          <w:smallCaps w:val="0"/>
          <w:strike w:val="0"/>
          <w:color w:val="000000"/>
          <w:u w:val="none"/>
        </w:rPr>
        <w:t xml:space="preserve"> to make a sustainable future a reality. </w:t>
      </w:r>
      <w:r>
        <w:rPr>
          <w:b/>
          <w:i w:val="0"/>
          <w:smallCaps w:val="0"/>
          <w:strike w:val="0"/>
          <w:color w:val="000000"/>
          <w:u w:val="single"/>
        </w:rPr>
        <w:t>Innovation will be crucial</w:t>
      </w:r>
      <w:r>
        <w:rPr>
          <w:b w:val="0"/>
          <w:i w:val="0"/>
          <w:smallCaps w:val="0"/>
          <w:strike w:val="0"/>
          <w:color w:val="000000"/>
          <w:u w:val="none"/>
        </w:rPr>
        <w:t xml:space="preserve">. And </w:t>
      </w:r>
      <w:r>
        <w:rPr>
          <w:b w:val="0"/>
          <w:i w:val="0"/>
          <w:smallCaps w:val="0"/>
          <w:strike w:val="0"/>
          <w:color w:val="000000"/>
          <w:u w:val="single"/>
        </w:rPr>
        <w:t>investors in innovative companies could benefit</w:t>
      </w:r>
      <w:r>
        <w:rPr>
          <w:b w:val="0"/>
          <w:i w:val="0"/>
          <w:smallCaps w:val="0"/>
          <w:strike w:val="0"/>
          <w:color w:val="000000"/>
          <w:u w:val="none"/>
        </w:rPr>
        <w:t xml:space="preserve">. </w:t>
      </w:r>
      <w:r>
        <w:rPr>
          <w:b/>
          <w:i w:val="0"/>
          <w:smallCaps w:val="0"/>
          <w:strike w:val="0"/>
          <w:color w:val="000000"/>
          <w:u w:val="single"/>
        </w:rPr>
        <w:t>Innovation</w:t>
      </w:r>
      <w:r>
        <w:rPr>
          <w:b w:val="0"/>
          <w:i w:val="0"/>
          <w:smallCaps w:val="0"/>
          <w:strike w:val="0"/>
          <w:color w:val="000000"/>
          <w:u w:val="none"/>
        </w:rPr>
        <w:t xml:space="preserve"> </w:t>
      </w:r>
      <w:r>
        <w:rPr>
          <w:b/>
          <w:i w:val="0"/>
          <w:smallCaps w:val="0"/>
          <w:strike w:val="0"/>
          <w:color w:val="000000"/>
          <w:u w:val="single"/>
        </w:rPr>
        <w:t>turns goals into reality</w:t>
      </w:r>
      <w:r>
        <w:rPr>
          <w:b w:val="0"/>
          <w:i w:val="0"/>
          <w:smallCaps w:val="0"/>
          <w:strike w:val="0"/>
          <w:color w:val="000000"/>
          <w:u w:val="none"/>
        </w:rPr>
        <w:t xml:space="preserve"> Governments and policymakers have an important role to play in helping to set the agenda. We saw this last month at COP26 as countries firmed up their climate change commitments. But </w:t>
      </w:r>
      <w:r>
        <w:rPr>
          <w:b w:val="0"/>
          <w:i w:val="0"/>
          <w:smallCaps w:val="0"/>
          <w:strike w:val="0"/>
          <w:color w:val="000000"/>
          <w:u w:val="single"/>
        </w:rPr>
        <w:t>setting a target is one thing;</w:t>
      </w:r>
      <w:r>
        <w:rPr>
          <w:b w:val="0"/>
          <w:i w:val="0"/>
          <w:smallCaps w:val="0"/>
          <w:strike w:val="0"/>
          <w:color w:val="000000"/>
          <w:u w:val="none"/>
        </w:rPr>
        <w:t xml:space="preserve"> </w:t>
      </w:r>
      <w:r>
        <w:rPr>
          <w:b/>
          <w:i w:val="0"/>
          <w:smallCaps w:val="0"/>
          <w:strike w:val="0"/>
          <w:color w:val="000000"/>
          <w:u w:val="single"/>
        </w:rPr>
        <w:t>achieving it is another</w:t>
      </w:r>
      <w:r>
        <w:rPr>
          <w:b w:val="0"/>
          <w:i w:val="0"/>
          <w:smallCaps w:val="0"/>
          <w:strike w:val="0"/>
          <w:color w:val="000000"/>
          <w:u w:val="none"/>
        </w:rPr>
        <w:t xml:space="preserve">. </w:t>
      </w:r>
      <w:r>
        <w:rPr>
          <w:b w:val="0"/>
          <w:i w:val="0"/>
          <w:smallCaps w:val="0"/>
          <w:strike w:val="0"/>
          <w:color w:val="000000"/>
          <w:u w:val="single"/>
        </w:rPr>
        <w:t>The development of</w:t>
      </w:r>
      <w:r>
        <w:rPr>
          <w:b w:val="0"/>
          <w:i w:val="0"/>
          <w:smallCaps w:val="0"/>
          <w:strike w:val="0"/>
          <w:color w:val="000000"/>
          <w:u w:val="none"/>
        </w:rPr>
        <w:t xml:space="preserve"> </w:t>
      </w:r>
      <w:r>
        <w:rPr>
          <w:b/>
          <w:i w:val="0"/>
          <w:smallCaps w:val="0"/>
          <w:strike w:val="0"/>
          <w:color w:val="000000"/>
          <w:u w:val="single"/>
        </w:rPr>
        <w:t>Covid</w:t>
      </w:r>
      <w:r>
        <w:rPr>
          <w:b w:val="0"/>
          <w:i w:val="0"/>
          <w:smallCaps w:val="0"/>
          <w:strike w:val="0"/>
          <w:color w:val="000000"/>
          <w:u w:val="none"/>
        </w:rPr>
        <w:t xml:space="preserve">-19 </w:t>
      </w:r>
      <w:r>
        <w:rPr>
          <w:b/>
          <w:i w:val="0"/>
          <w:smallCaps w:val="0"/>
          <w:strike w:val="0"/>
          <w:color w:val="000000"/>
          <w:u w:val="single"/>
        </w:rPr>
        <w:t>vaccines</w:t>
      </w:r>
      <w:r>
        <w:rPr>
          <w:b w:val="0"/>
          <w:i w:val="0"/>
          <w:smallCaps w:val="0"/>
          <w:strike w:val="0"/>
          <w:color w:val="000000"/>
          <w:u w:val="none"/>
        </w:rPr>
        <w:t xml:space="preserve"> </w:t>
      </w:r>
      <w:r>
        <w:rPr>
          <w:b w:val="0"/>
          <w:i w:val="0"/>
          <w:smallCaps w:val="0"/>
          <w:strike w:val="0"/>
          <w:color w:val="000000"/>
          <w:u w:val="single"/>
        </w:rPr>
        <w:t>is an illustration</w:t>
      </w:r>
      <w:r>
        <w:rPr>
          <w:b w:val="0"/>
          <w:i w:val="0"/>
          <w:smallCaps w:val="0"/>
          <w:strike w:val="0"/>
          <w:color w:val="000000"/>
          <w:u w:val="none"/>
        </w:rPr>
        <w:t xml:space="preserve"> of this. Public sector support was an essential part of the picture but ultimately </w:t>
      </w:r>
      <w:r>
        <w:rPr>
          <w:b w:val="0"/>
          <w:i w:val="0"/>
          <w:smallCaps w:val="0"/>
          <w:strike w:val="0"/>
          <w:color w:val="000000"/>
          <w:u w:val="single"/>
        </w:rPr>
        <w:t>it was</w:t>
      </w:r>
      <w:r>
        <w:rPr>
          <w:b w:val="0"/>
          <w:i w:val="0"/>
          <w:smallCaps w:val="0"/>
          <w:strike w:val="0"/>
          <w:color w:val="000000"/>
          <w:u w:val="none"/>
        </w:rPr>
        <w:t xml:space="preserve"> </w:t>
      </w:r>
      <w:r>
        <w:rPr>
          <w:b/>
          <w:i w:val="0"/>
          <w:smallCaps w:val="0"/>
          <w:strike w:val="0"/>
          <w:color w:val="000000"/>
          <w:u w:val="single"/>
        </w:rPr>
        <w:t>private companies</w:t>
      </w:r>
      <w:r>
        <w:rPr>
          <w:b w:val="0"/>
          <w:i w:val="0"/>
          <w:smallCaps w:val="0"/>
          <w:strike w:val="0"/>
          <w:color w:val="000000"/>
          <w:u w:val="none"/>
        </w:rPr>
        <w:t xml:space="preserve"> </w:t>
      </w:r>
      <w:r>
        <w:rPr>
          <w:b w:val="0"/>
          <w:i w:val="0"/>
          <w:smallCaps w:val="0"/>
          <w:strike w:val="0"/>
          <w:color w:val="000000"/>
          <w:u w:val="single"/>
        </w:rPr>
        <w:t>who</w:t>
      </w:r>
      <w:r>
        <w:rPr>
          <w:b w:val="0"/>
          <w:i w:val="0"/>
          <w:smallCaps w:val="0"/>
          <w:strike w:val="0"/>
          <w:color w:val="000000"/>
          <w:u w:val="none"/>
        </w:rPr>
        <w:t xml:space="preserve"> </w:t>
      </w:r>
      <w:r>
        <w:rPr>
          <w:b w:val="0"/>
          <w:i w:val="0"/>
          <w:smallCaps w:val="0"/>
          <w:strike w:val="0"/>
          <w:color w:val="000000"/>
          <w:u w:val="single"/>
        </w:rPr>
        <w:t>had</w:t>
      </w:r>
      <w:r>
        <w:rPr>
          <w:b w:val="0"/>
          <w:i w:val="0"/>
          <w:smallCaps w:val="0"/>
          <w:strike w:val="0"/>
          <w:color w:val="000000"/>
          <w:u w:val="none"/>
        </w:rPr>
        <w:t xml:space="preserve"> </w:t>
      </w:r>
      <w:r>
        <w:rPr>
          <w:b w:val="0"/>
          <w:i w:val="0"/>
          <w:smallCaps w:val="0"/>
          <w:strike w:val="0"/>
          <w:color w:val="000000"/>
          <w:u w:val="single"/>
        </w:rPr>
        <w:t>the scientific</w:t>
      </w:r>
      <w:r>
        <w:rPr>
          <w:b w:val="0"/>
          <w:i w:val="0"/>
          <w:smallCaps w:val="0"/>
          <w:strike w:val="0"/>
          <w:color w:val="000000"/>
          <w:u w:val="none"/>
        </w:rPr>
        <w:t xml:space="preserve"> </w:t>
      </w:r>
      <w:r>
        <w:rPr>
          <w:b/>
          <w:i w:val="0"/>
          <w:smallCaps w:val="0"/>
          <w:strike w:val="0"/>
          <w:color w:val="000000"/>
          <w:u w:val="single"/>
        </w:rPr>
        <w:t>expertise</w:t>
      </w:r>
      <w:r>
        <w:rPr>
          <w:b w:val="0"/>
          <w:i w:val="0"/>
          <w:smallCaps w:val="0"/>
          <w:strike w:val="0"/>
          <w:color w:val="000000"/>
          <w:u w:val="none"/>
        </w:rPr>
        <w:t xml:space="preserve"> </w:t>
      </w:r>
      <w:r>
        <w:rPr>
          <w:b w:val="0"/>
          <w:i w:val="0"/>
          <w:smallCaps w:val="0"/>
          <w:strike w:val="0"/>
          <w:color w:val="000000"/>
          <w:u w:val="single"/>
        </w:rPr>
        <w:t>to turn their</w:t>
      </w:r>
      <w:r>
        <w:rPr>
          <w:b w:val="0"/>
          <w:i w:val="0"/>
          <w:smallCaps w:val="0"/>
          <w:strike w:val="0"/>
          <w:color w:val="000000"/>
          <w:u w:val="none"/>
        </w:rPr>
        <w:t xml:space="preserve"> </w:t>
      </w:r>
      <w:r>
        <w:rPr>
          <w:b w:val="0"/>
          <w:i w:val="0"/>
          <w:smallCaps w:val="0"/>
          <w:strike w:val="0"/>
          <w:color w:val="000000"/>
          <w:u w:val="single"/>
        </w:rPr>
        <w:t>cutting edge</w:t>
      </w:r>
      <w:r>
        <w:rPr>
          <w:b w:val="0"/>
          <w:i w:val="0"/>
          <w:smallCaps w:val="0"/>
          <w:strike w:val="0"/>
          <w:color w:val="000000"/>
          <w:u w:val="none"/>
        </w:rPr>
        <w:t xml:space="preserve"> </w:t>
      </w:r>
      <w:r>
        <w:rPr>
          <w:b w:val="0"/>
          <w:i w:val="0"/>
          <w:smallCaps w:val="0"/>
          <w:strike w:val="0"/>
          <w:color w:val="000000"/>
          <w:u w:val="single"/>
        </w:rPr>
        <w:t>mRNA capabilities into an effective vaccine against the virus</w:t>
      </w:r>
      <w:r>
        <w:rPr>
          <w:b w:val="0"/>
          <w:i w:val="0"/>
          <w:smallCaps w:val="0"/>
          <w:strike w:val="0"/>
          <w:color w:val="000000"/>
          <w:u w:val="none"/>
        </w:rPr>
        <w:t xml:space="preserve">. And then they needed to partner with other private sector companies to test, produce, and package these vaccines at scale. </w:t>
      </w:r>
      <w:r>
        <w:rPr>
          <w:b w:val="0"/>
          <w:i w:val="0"/>
          <w:smallCaps w:val="0"/>
          <w:strike w:val="0"/>
          <w:color w:val="000000"/>
          <w:u w:val="single"/>
        </w:rPr>
        <w:t>The success of the mRNA vaccines shows the importance of</w:t>
      </w:r>
      <w:r>
        <w:rPr>
          <w:b w:val="0"/>
          <w:i w:val="0"/>
          <w:smallCaps w:val="0"/>
          <w:strike w:val="0"/>
          <w:color w:val="000000"/>
          <w:u w:val="none"/>
        </w:rPr>
        <w:t xml:space="preserve"> </w:t>
      </w:r>
      <w:r>
        <w:rPr>
          <w:b/>
          <w:i w:val="0"/>
          <w:smallCaps w:val="0"/>
          <w:strike w:val="0"/>
          <w:color w:val="000000"/>
          <w:u w:val="single"/>
        </w:rPr>
        <w:t>innovation</w:t>
      </w:r>
      <w:r>
        <w:rPr>
          <w:b w:val="0"/>
          <w:i w:val="0"/>
          <w:smallCaps w:val="0"/>
          <w:strike w:val="0"/>
          <w:color w:val="000000"/>
          <w:u w:val="single"/>
        </w:rPr>
        <w:t>. If we</w:t>
      </w:r>
      <w:r>
        <w:rPr>
          <w:b w:val="0"/>
          <w:i w:val="0"/>
          <w:smallCaps w:val="0"/>
          <w:strike w:val="0"/>
          <w:color w:val="000000"/>
          <w:u w:val="none"/>
        </w:rPr>
        <w:t xml:space="preserve">, as a society, </w:t>
      </w:r>
      <w:r>
        <w:rPr>
          <w:b w:val="0"/>
          <w:i w:val="0"/>
          <w:smallCaps w:val="0"/>
          <w:strike w:val="0"/>
          <w:color w:val="000000"/>
          <w:u w:val="single"/>
        </w:rPr>
        <w:t>are going to meet the SDGs, we can’t simply rely on tried and tested solutions. This is where the private sector comes in.</w:t>
      </w:r>
      <w:r>
        <w:rPr>
          <w:b w:val="0"/>
          <w:i w:val="0"/>
          <w:smallCaps w:val="0"/>
          <w:strike w:val="0"/>
          <w:color w:val="000000"/>
          <w:u w:val="none"/>
        </w:rPr>
        <w:t xml:space="preserve"> To our minds, the Boston Consulting Group expressed it well: “</w:t>
      </w:r>
      <w:r>
        <w:rPr>
          <w:b w:val="0"/>
          <w:i w:val="0"/>
          <w:smallCaps w:val="0"/>
          <w:strike w:val="0"/>
          <w:color w:val="000000"/>
          <w:u w:val="single"/>
        </w:rPr>
        <w:t>Of all the forces that the private sector can bring</w:t>
      </w:r>
      <w:r>
        <w:rPr>
          <w:b w:val="0"/>
          <w:i w:val="0"/>
          <w:smallCaps w:val="0"/>
          <w:strike w:val="0"/>
          <w:color w:val="000000"/>
          <w:u w:val="none"/>
        </w:rPr>
        <w:t xml:space="preserve"> to bear in attempting to advance the 2030 SDGs, by far </w:t>
      </w:r>
      <w:r>
        <w:rPr>
          <w:b/>
          <w:i w:val="0"/>
          <w:smallCaps w:val="0"/>
          <w:strike w:val="0"/>
          <w:color w:val="000000"/>
          <w:u w:val="single"/>
        </w:rPr>
        <w:t>the most powerful is its</w:t>
      </w:r>
      <w:r>
        <w:rPr>
          <w:b w:val="0"/>
          <w:i w:val="0"/>
          <w:smallCaps w:val="0"/>
          <w:strike w:val="0"/>
          <w:color w:val="000000"/>
          <w:u w:val="none"/>
        </w:rPr>
        <w:t xml:space="preserve"> </w:t>
      </w:r>
      <w:r>
        <w:rPr>
          <w:b/>
          <w:i w:val="0"/>
          <w:smallCaps w:val="0"/>
          <w:strike w:val="0"/>
          <w:color w:val="000000"/>
          <w:u w:val="single"/>
        </w:rPr>
        <w:t>unique capacity to innovate quickly</w:t>
      </w:r>
      <w:r>
        <w:rPr>
          <w:b w:val="0"/>
          <w:i w:val="0"/>
          <w:smallCaps w:val="0"/>
          <w:strike w:val="0"/>
          <w:color w:val="000000"/>
          <w:u w:val="none"/>
        </w:rPr>
        <w:t xml:space="preserve">, attract capital to innovative solutions, </w:t>
      </w:r>
      <w:r>
        <w:rPr>
          <w:b/>
          <w:i w:val="0"/>
          <w:smallCaps w:val="0"/>
          <w:strike w:val="0"/>
          <w:color w:val="000000"/>
          <w:u w:val="single"/>
        </w:rPr>
        <w:t>and drive innovations at scale</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combination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hard to find in the public sector</w:t>
      </w:r>
      <w:r>
        <w:rPr>
          <w:b w:val="0"/>
          <w:i w:val="0"/>
          <w:smallCaps w:val="0"/>
          <w:strike w:val="0"/>
          <w:color w:val="000000"/>
          <w:u w:val="none"/>
        </w:rPr>
        <w:t xml:space="preserve"> or the social sector, but </w:t>
      </w:r>
      <w:r>
        <w:rPr>
          <w:b/>
          <w:i w:val="0"/>
          <w:smallCaps w:val="0"/>
          <w:strike w:val="0"/>
          <w:color w:val="000000"/>
          <w:u w:val="single"/>
        </w:rPr>
        <w:t>it’s the private sector’s lifeblood</w:t>
      </w:r>
      <w:r>
        <w:rPr>
          <w:b w:val="0"/>
          <w:i w:val="0"/>
          <w:smallCaps w:val="0"/>
          <w:strike w:val="0"/>
          <w:color w:val="000000"/>
          <w:u w:val="none"/>
        </w:rPr>
        <w:t xml:space="preserve">.” Once-in-a-lifetime opportunity for investors </w:t>
      </w:r>
      <w:r>
        <w:rPr>
          <w:b w:val="0"/>
          <w:i w:val="0"/>
          <w:smallCaps w:val="0"/>
          <w:strike w:val="0"/>
          <w:color w:val="000000"/>
          <w:u w:val="single"/>
        </w:rPr>
        <w:t>Achieving the SDGs will require</w:t>
      </w:r>
      <w:r>
        <w:rPr>
          <w:b w:val="0"/>
          <w:i w:val="0"/>
          <w:smallCaps w:val="0"/>
          <w:strike w:val="0"/>
          <w:color w:val="000000"/>
          <w:u w:val="none"/>
        </w:rPr>
        <w:t xml:space="preserve"> the development of entirely </w:t>
      </w:r>
      <w:r>
        <w:rPr>
          <w:b/>
          <w:i w:val="0"/>
          <w:smallCaps w:val="0"/>
          <w:strike w:val="0"/>
          <w:color w:val="000000"/>
          <w:u w:val="single"/>
        </w:rPr>
        <w:t>new technologies</w:t>
      </w:r>
      <w:r>
        <w:rPr>
          <w:b w:val="0"/>
          <w:i w:val="0"/>
          <w:smallCaps w:val="0"/>
          <w:strike w:val="0"/>
          <w:color w:val="000000"/>
          <w:u w:val="none"/>
        </w:rPr>
        <w:t xml:space="preserve"> that don’t currently exist, or not yet at scalable levels.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climate</w:t>
      </w:r>
      <w:r>
        <w:rPr>
          <w:b w:val="0"/>
          <w:i w:val="0"/>
          <w:smallCaps w:val="0"/>
          <w:strike w:val="0"/>
          <w:color w:val="000000"/>
          <w:u w:val="none"/>
        </w:rPr>
        <w:t xml:space="preserve"> </w:t>
      </w:r>
      <w:r>
        <w:rPr>
          <w:b w:val="0"/>
          <w:i w:val="0"/>
          <w:smallCaps w:val="0"/>
          <w:strike w:val="0"/>
          <w:color w:val="000000"/>
          <w:u w:val="single"/>
        </w:rPr>
        <w:t>crisis</w:t>
      </w:r>
      <w:r>
        <w:rPr>
          <w:b w:val="0"/>
          <w:i w:val="0"/>
          <w:smallCaps w:val="0"/>
          <w:strike w:val="0"/>
          <w:color w:val="000000"/>
          <w:u w:val="none"/>
        </w:rPr>
        <w:t xml:space="preserve"> in particular, and the target of reaching net zero by 2050, </w:t>
      </w:r>
      <w:r>
        <w:rPr>
          <w:b/>
          <w:i w:val="0"/>
          <w:smallCaps w:val="0"/>
          <w:strike w:val="0"/>
          <w:color w:val="000000"/>
          <w:u w:val="single"/>
        </w:rPr>
        <w:t>means innovation is urgently needed right now</w:t>
      </w:r>
      <w:r>
        <w:rPr>
          <w:b w:val="0"/>
          <w:i w:val="0"/>
          <w:smallCaps w:val="0"/>
          <w:strike w:val="0"/>
          <w:color w:val="000000"/>
          <w:u w:val="none"/>
        </w:rPr>
        <w:t>. Developing new technology and products always contains an element of risk but taking risk – in anticipation of potential future reward – is what equity investing is all about: “</w:t>
      </w:r>
      <w:r>
        <w:rPr>
          <w:b w:val="0"/>
          <w:i w:val="0"/>
          <w:smallCaps w:val="0"/>
          <w:strike w:val="0"/>
          <w:color w:val="000000"/>
          <w:u w:val="single"/>
        </w:rPr>
        <w:t>When a social need can be tackled with a profitable business</w:t>
      </w:r>
      <w:r>
        <w:rPr>
          <w:b w:val="0"/>
          <w:i w:val="0"/>
          <w:smallCaps w:val="0"/>
          <w:strike w:val="0"/>
          <w:color w:val="000000"/>
          <w:u w:val="none"/>
        </w:rPr>
        <w:t xml:space="preserve"> model,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magic of capitalism is unleashed</w:t>
      </w:r>
      <w:r>
        <w:rPr>
          <w:b w:val="0"/>
          <w:i w:val="0"/>
          <w:smallCaps w:val="0"/>
          <w:strike w:val="0"/>
          <w:color w:val="000000"/>
          <w:u w:val="none"/>
        </w:rPr>
        <w:t xml:space="preserve">. Answers to the many deeply rooted societal problems we face become self-sustaining and scalable.” (from Where ESG Fails, Porter, Serafaim and Kramer, Harvard Business School) Investors can make a positive impact by using their capital to support companies who contribute to finding these answers. </w:t>
      </w:r>
      <w:r>
        <w:rPr>
          <w:b w:val="0"/>
          <w:i w:val="0"/>
          <w:smallCaps w:val="0"/>
          <w:strike w:val="0"/>
          <w:color w:val="000000"/>
          <w:u w:val="single"/>
        </w:rPr>
        <w:t>We see a huge commercial</w:t>
      </w:r>
      <w:r>
        <w:rPr>
          <w:b w:val="0"/>
          <w:i w:val="0"/>
          <w:smallCaps w:val="0"/>
          <w:strike w:val="0"/>
          <w:color w:val="000000"/>
          <w:u w:val="none"/>
        </w:rPr>
        <w:t xml:space="preserve"> </w:t>
      </w:r>
      <w:r>
        <w:rPr>
          <w:b w:val="0"/>
          <w:i w:val="0"/>
          <w:smallCaps w:val="0"/>
          <w:strike w:val="0"/>
          <w:color w:val="000000"/>
          <w:u w:val="single"/>
        </w:rPr>
        <w:t>opportunity for</w:t>
      </w:r>
      <w:r>
        <w:rPr>
          <w:b w:val="0"/>
          <w:i w:val="0"/>
          <w:smallCaps w:val="0"/>
          <w:strike w:val="0"/>
          <w:color w:val="000000"/>
          <w:u w:val="none"/>
        </w:rPr>
        <w:t xml:space="preserve"> </w:t>
      </w:r>
      <w:r>
        <w:rPr>
          <w:b/>
          <w:i w:val="0"/>
          <w:smallCaps w:val="0"/>
          <w:strike w:val="0"/>
          <w:color w:val="000000"/>
          <w:u w:val="single"/>
        </w:rPr>
        <w:t>innovative businesses as demand for solutions to global problems will only intensify</w:t>
      </w:r>
      <w:r>
        <w:rPr>
          <w:b w:val="0"/>
          <w:i w:val="0"/>
          <w:smallCaps w:val="0"/>
          <w:strike w:val="0"/>
          <w:color w:val="00000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