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Kleptocratic extraction and corruption undercut </w:t>
      </w:r>
      <w:r>
        <w:rPr>
          <w:b/>
          <w:i w:val="0"/>
          <w:smallCaps w:val="0"/>
          <w:strike w:val="0"/>
          <w:sz w:val="26"/>
          <w:u w:val="single"/>
        </w:rPr>
        <w:t>global</w:t>
      </w:r>
      <w:r>
        <w:rPr>
          <w:b/>
          <w:i w:val="0"/>
          <w:smallCaps w:val="0"/>
          <w:strike w:val="0"/>
          <w:sz w:val="26"/>
          <w:u w:val="none"/>
        </w:rPr>
        <w:t xml:space="preserve"> climate efforts</w:t>
      </w:r>
    </w:p>
    <w:p>
      <w:pPr>
        <w:spacing w:after="80"/>
      </w:pPr>
      <w:r>
        <w:rPr>
          <w:b w:val="0"/>
          <w:i w:val="0"/>
          <w:smallCaps w:val="0"/>
          <w:strike w:val="0"/>
          <w:u w:val="none"/>
        </w:rPr>
        <w:t>– kindly ignore the author’s credentials I couldn’t find anyone better</w:t>
      </w:r>
    </w:p>
    <w:p>
      <w:pPr>
        <w:spacing w:after="60"/>
      </w:pPr>
      <w:r>
        <w:rPr>
          <w:b/>
          <w:i w:val="0"/>
          <w:smallCaps w:val="0"/>
          <w:strike w:val="0"/>
          <w:sz w:val="26"/>
          <w:u w:val="none"/>
        </w:rPr>
        <w:t xml:space="preserve">Boose 21 </w:t>
      </w:r>
      <w:r>
        <w:rPr>
          <w:b/>
          <w:i w:val="0"/>
          <w:smallCaps w:val="0"/>
          <w:strike w:val="0"/>
          <w:sz w:val="26"/>
          <w:u w:val="none"/>
        </w:rPr>
        <w:t>– Chris Boose is a Business Development Service Agent at the Peace Corps. He was a Policy Fellow at the FACT Coalition at the time of writing. “</w:t>
      </w:r>
      <w:r>
        <w:rPr>
          <w:b w:val="0"/>
          <w:i w:val="0"/>
          <w:smallCaps w:val="0"/>
          <w:strike w:val="0"/>
          <w:u w:val="none"/>
        </w:rPr>
        <w:t>Financial Secrecy Feeds Kleptocracy and Environmental Destruction. Now is the Time for the U.S. and the World to Act on Beneficial Ownership Reform</w:t>
      </w:r>
      <w:r>
        <w:rPr>
          <w:b/>
          <w:i w:val="0"/>
          <w:smallCaps w:val="0"/>
          <w:strike w:val="0"/>
          <w:sz w:val="26"/>
          <w:u w:val="none"/>
        </w:rPr>
        <w:t xml:space="preserve">” </w:t>
      </w:r>
      <w:r>
        <w:rPr>
          <w:b/>
          <w:i w:val="0"/>
          <w:smallCaps w:val="0"/>
          <w:strike w:val="0"/>
          <w:sz w:val="26"/>
          <w:u w:val="none"/>
        </w:rPr>
        <w:t>11/3/21</w:t>
      </w:r>
      <w:r>
        <w:rPr>
          <w:b/>
          <w:i w:val="0"/>
          <w:smallCaps w:val="0"/>
          <w:strike w:val="0"/>
          <w:sz w:val="26"/>
          <w:u w:val="none"/>
        </w:rPr>
        <w:t xml:space="preserve">, FACT Coalition, </w:t>
      </w:r>
    </w:p>
    <w:p>
      <w:pPr>
        <w:spacing w:after="60"/>
      </w:pPr>
      <w:r>
        <w:rPr>
          <w:b w:val="0"/>
          <w:i w:val="0"/>
          <w:smallCaps w:val="0"/>
          <w:strike w:val="0"/>
          <w:u w:val="none"/>
        </w:rPr>
        <w:t>As the</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 xml:space="preserve">reminds us, </w:t>
      </w:r>
      <w:r>
        <w:rPr>
          <w:b w:val="0"/>
          <w:i w:val="0"/>
          <w:smallCaps w:val="0"/>
          <w:strike w:val="0"/>
          <w:u w:val="single"/>
        </w:rPr>
        <w:t>the</w:t>
      </w:r>
      <w:r>
        <w:rPr>
          <w:b w:val="0"/>
          <w:i w:val="0"/>
          <w:smallCaps w:val="0"/>
          <w:strike w:val="0"/>
          <w:u w:val="none"/>
        </w:rPr>
        <w:t xml:space="preserve"> rapid </w:t>
      </w:r>
      <w:r>
        <w:rPr>
          <w:b w:val="0"/>
          <w:i w:val="0"/>
          <w:smallCaps w:val="0"/>
          <w:strike w:val="0"/>
          <w:u w:val="single"/>
        </w:rPr>
        <w:t>move towards sustainability that the climate crisis demands can only be achieved through</w:t>
      </w:r>
      <w:r>
        <w:rPr>
          <w:b w:val="0"/>
          <w:i w:val="0"/>
          <w:smallCaps w:val="0"/>
          <w:strike w:val="0"/>
          <w:u w:val="none"/>
        </w:rPr>
        <w:t xml:space="preserve"> a committed </w:t>
      </w:r>
      <w:r>
        <w:rPr>
          <w:b w:val="0"/>
          <w:i w:val="0"/>
          <w:smallCaps w:val="0"/>
          <w:strike w:val="0"/>
          <w:u w:val="single"/>
        </w:rPr>
        <w:t>rewriting</w:t>
      </w:r>
      <w:r>
        <w:rPr>
          <w:b w:val="0"/>
          <w:i w:val="0"/>
          <w:smallCaps w:val="0"/>
          <w:strike w:val="0"/>
          <w:u w:val="none"/>
        </w:rPr>
        <w:t xml:space="preserve"> of </w:t>
      </w:r>
      <w:r>
        <w:rPr>
          <w:b w:val="0"/>
          <w:i w:val="0"/>
          <w:smallCaps w:val="0"/>
          <w:strike w:val="0"/>
          <w:u w:val="single"/>
        </w:rPr>
        <w:t>the rules of the global economy</w:t>
      </w:r>
      <w:r>
        <w:rPr>
          <w:b w:val="0"/>
          <w:i w:val="0"/>
          <w:smallCaps w:val="0"/>
          <w:strike w:val="0"/>
          <w:u w:val="none"/>
        </w:rPr>
        <w:t xml:space="preserve"> to recognize the importance of our shared planet. </w:t>
      </w:r>
      <w:r>
        <w:rPr>
          <w:b w:val="0"/>
          <w:i w:val="0"/>
          <w:smallCaps w:val="0"/>
          <w:strike w:val="0"/>
          <w:u w:val="single"/>
        </w:rPr>
        <w:t>Yet</w:t>
      </w:r>
      <w:r>
        <w:rPr>
          <w:b w:val="0"/>
          <w:i w:val="0"/>
          <w:smallCaps w:val="0"/>
          <w:strike w:val="0"/>
          <w:u w:val="none"/>
        </w:rPr>
        <w:t>, as the</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 xml:space="preserve">have revealed once again, </w:t>
      </w:r>
      <w:r>
        <w:rPr>
          <w:b w:val="0"/>
          <w:i w:val="0"/>
          <w:smallCaps w:val="0"/>
          <w:strike w:val="0"/>
          <w:highlight w:val="cyan"/>
          <w:u w:val="single"/>
        </w:rPr>
        <w:t xml:space="preserve">criminals, </w:t>
      </w:r>
      <w:r>
        <w:rPr>
          <w:b/>
          <w:i w:val="0"/>
          <w:smallCaps w:val="0"/>
          <w:strike w:val="0"/>
          <w:highlight w:val="cyan"/>
          <w:u w:val="single"/>
        </w:rPr>
        <w:t>kleptocrats</w:t>
      </w:r>
      <w:r>
        <w:rPr>
          <w:b w:val="0"/>
          <w:i w:val="0"/>
          <w:smallCaps w:val="0"/>
          <w:strike w:val="0"/>
          <w:highlight w:val="cyan"/>
          <w:u w:val="single"/>
        </w:rPr>
        <w:t>, and the</w:t>
      </w:r>
      <w:r>
        <w:rPr>
          <w:b w:val="0"/>
          <w:i w:val="0"/>
          <w:smallCaps w:val="0"/>
          <w:strike w:val="0"/>
          <w:u w:val="single"/>
        </w:rPr>
        <w:t xml:space="preserve"> global </w:t>
      </w:r>
      <w:r>
        <w:rPr>
          <w:b w:val="0"/>
          <w:i w:val="0"/>
          <w:smallCaps w:val="0"/>
          <w:strike w:val="0"/>
          <w:highlight w:val="cyan"/>
          <w:u w:val="single"/>
        </w:rPr>
        <w:t>elite</w:t>
      </w:r>
      <w:r>
        <w:rPr>
          <w:b w:val="0"/>
          <w:i w:val="0"/>
          <w:smallCaps w:val="0"/>
          <w:strike w:val="0"/>
          <w:u w:val="single"/>
        </w:rPr>
        <w:t xml:space="preserve"> play by a different rulebook that </w:t>
      </w:r>
      <w:r>
        <w:rPr>
          <w:b/>
          <w:i w:val="0"/>
          <w:smallCaps w:val="0"/>
          <w:strike w:val="0"/>
          <w:highlight w:val="cyan"/>
          <w:u w:val="single"/>
        </w:rPr>
        <w:t>openly mock</w:t>
      </w:r>
      <w:r>
        <w:rPr>
          <w:b/>
          <w:i w:val="0"/>
          <w:smallCaps w:val="0"/>
          <w:strike w:val="0"/>
          <w:u w:val="single"/>
        </w:rPr>
        <w:t xml:space="preserve">s </w:t>
      </w:r>
      <w:r>
        <w:rPr>
          <w:b/>
          <w:i w:val="0"/>
          <w:smallCaps w:val="0"/>
          <w:strike w:val="0"/>
          <w:highlight w:val="cyan"/>
          <w:u w:val="single"/>
        </w:rPr>
        <w:t>international efforts to</w:t>
      </w:r>
      <w:r>
        <w:rPr>
          <w:b/>
          <w:i w:val="0"/>
          <w:smallCaps w:val="0"/>
          <w:strike w:val="0"/>
          <w:u w:val="single"/>
        </w:rPr>
        <w:t xml:space="preserve"> </w:t>
      </w:r>
      <w:r>
        <w:rPr>
          <w:b w:val="0"/>
          <w:i w:val="0"/>
          <w:smallCaps w:val="0"/>
          <w:strike w:val="0"/>
          <w:u w:val="single"/>
        </w:rPr>
        <w:t>collectively</w:t>
      </w:r>
      <w:r>
        <w:rPr>
          <w:b/>
          <w:i w:val="0"/>
          <w:smallCaps w:val="0"/>
          <w:strike w:val="0"/>
          <w:u w:val="single"/>
        </w:rPr>
        <w:t xml:space="preserve"> </w:t>
      </w:r>
      <w:r>
        <w:rPr>
          <w:b/>
          <w:i w:val="0"/>
          <w:smallCaps w:val="0"/>
          <w:strike w:val="0"/>
          <w:highlight w:val="cyan"/>
          <w:u w:val="single"/>
        </w:rPr>
        <w:t>address climate</w:t>
      </w:r>
      <w:r>
        <w:rPr>
          <w:b/>
          <w:i w:val="0"/>
          <w:smallCaps w:val="0"/>
          <w:strike w:val="0"/>
          <w:u w:val="single"/>
        </w:rPr>
        <w:t xml:space="preserve"> change</w:t>
      </w:r>
      <w:r>
        <w:rPr>
          <w:b w:val="0"/>
          <w:i w:val="0"/>
          <w:smallCaps w:val="0"/>
          <w:strike w:val="0"/>
          <w:u w:val="single"/>
        </w:rPr>
        <w:t xml:space="preserve"> and saps public faith in</w:t>
      </w:r>
      <w:r>
        <w:rPr>
          <w:b w:val="0"/>
          <w:i w:val="0"/>
          <w:smallCaps w:val="0"/>
          <w:strike w:val="0"/>
          <w:u w:val="none"/>
        </w:rPr>
        <w:t xml:space="preserve"> the institutions necessary to implement </w:t>
      </w:r>
      <w:r>
        <w:rPr>
          <w:b w:val="0"/>
          <w:i w:val="0"/>
          <w:smallCaps w:val="0"/>
          <w:strike w:val="0"/>
          <w:u w:val="single"/>
        </w:rPr>
        <w:t>reform</w:t>
      </w:r>
      <w:r>
        <w:rPr>
          <w:b w:val="0"/>
          <w:i w:val="0"/>
          <w:smallCaps w:val="0"/>
          <w:strike w:val="0"/>
          <w:u w:val="none"/>
        </w:rPr>
        <w:t xml:space="preserve">. Operating in financial secrecy, </w:t>
      </w:r>
      <w:r>
        <w:rPr>
          <w:b w:val="0"/>
          <w:i w:val="0"/>
          <w:smallCaps w:val="0"/>
          <w:strike w:val="0"/>
          <w:highlight w:val="cyan"/>
          <w:u w:val="single"/>
        </w:rPr>
        <w:t>bad actors</w:t>
      </w:r>
      <w:r>
        <w:rPr>
          <w:b w:val="0"/>
          <w:i w:val="0"/>
          <w:smallCaps w:val="0"/>
          <w:strike w:val="0"/>
          <w:u w:val="single"/>
        </w:rPr>
        <w:t xml:space="preserve"> are free to </w:t>
      </w:r>
      <w:r>
        <w:rPr>
          <w:b w:val="0"/>
          <w:i w:val="0"/>
          <w:smallCaps w:val="0"/>
          <w:strike w:val="0"/>
          <w:highlight w:val="cyan"/>
          <w:u w:val="single"/>
        </w:rPr>
        <w:t>profit from environmental degradation, and</w:t>
      </w:r>
      <w:r>
        <w:rPr>
          <w:b w:val="0"/>
          <w:i w:val="0"/>
          <w:smallCaps w:val="0"/>
          <w:strike w:val="0"/>
          <w:u w:val="none"/>
        </w:rPr>
        <w:t xml:space="preserve"> in doing so </w:t>
      </w:r>
      <w:r>
        <w:rPr>
          <w:b/>
          <w:i w:val="0"/>
          <w:smallCaps w:val="0"/>
          <w:strike w:val="0"/>
          <w:highlight w:val="cyan"/>
          <w:u w:val="single"/>
        </w:rPr>
        <w:t>undermine the global fight</w:t>
      </w:r>
      <w:r>
        <w:rPr>
          <w:b w:val="0"/>
          <w:i w:val="0"/>
          <w:smallCaps w:val="0"/>
          <w:strike w:val="0"/>
          <w:highlight w:val="cyan"/>
          <w:u w:val="single"/>
        </w:rPr>
        <w:t xml:space="preserve"> against climate change</w:t>
      </w:r>
      <w:r>
        <w:rPr>
          <w:b w:val="0"/>
          <w:i w:val="0"/>
          <w:smallCaps w:val="0"/>
          <w:strike w:val="0"/>
          <w:u w:val="none"/>
        </w:rPr>
        <w:t>. As global leaders make</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this week at COP26, it’s time that politicians promise to shine a light on global financial secrecy, particularly the use of anonymous shell companies, as a crucial climate reform.</w:t>
      </w:r>
      <w:r>
        <w:rPr>
          <w:b w:val="0"/>
          <w:i w:val="0"/>
          <w:smallCaps w:val="0"/>
          <w:strike w:val="0"/>
          <w:u w:val="none"/>
        </w:rPr>
        <w:t xml:space="preserve"> </w:t>
      </w:r>
      <w:r>
        <w:rPr>
          <w:b w:val="0"/>
          <w:i w:val="0"/>
          <w:smallCaps w:val="0"/>
          <w:strike w:val="0"/>
          <w:u w:val="none"/>
        </w:rPr>
        <w:t xml:space="preserve">A favorite tool for financial crimes, anonymous shell companies sit at the heart of this global web of secrecy. Through the secrecy that shell companies provide, </w:t>
      </w:r>
      <w:r>
        <w:rPr>
          <w:b w:val="0"/>
          <w:i w:val="0"/>
          <w:smallCaps w:val="0"/>
          <w:strike w:val="0"/>
          <w:highlight w:val="cyan"/>
          <w:u w:val="single"/>
        </w:rPr>
        <w:t>bad actors</w:t>
      </w:r>
      <w:r>
        <w:rPr>
          <w:b w:val="0"/>
          <w:i w:val="0"/>
          <w:smallCaps w:val="0"/>
          <w:strike w:val="0"/>
          <w:u w:val="none"/>
        </w:rPr>
        <w:t xml:space="preserve"> are able to </w:t>
      </w:r>
      <w:r>
        <w:rPr>
          <w:b w:val="0"/>
          <w:i w:val="0"/>
          <w:smallCaps w:val="0"/>
          <w:strike w:val="0"/>
          <w:highlight w:val="cyan"/>
          <w:u w:val="single"/>
        </w:rPr>
        <w:t>engage in</w:t>
      </w:r>
      <w:r>
        <w:rPr>
          <w:b w:val="0"/>
          <w:i w:val="0"/>
          <w:smallCaps w:val="0"/>
          <w:strike w:val="0"/>
          <w:u w:val="none"/>
        </w:rPr>
        <w:t xml:space="preserve"> destructive </w:t>
      </w:r>
      <w:r>
        <w:rPr>
          <w:b w:val="0"/>
          <w:i w:val="0"/>
          <w:smallCaps w:val="0"/>
          <w:strike w:val="0"/>
          <w:highlight w:val="cyan"/>
          <w:u w:val="single"/>
        </w:rPr>
        <w:t>extraction</w:t>
      </w:r>
      <w:r>
        <w:rPr>
          <w:b w:val="0"/>
          <w:i w:val="0"/>
          <w:smallCaps w:val="0"/>
          <w:strike w:val="0"/>
          <w:u w:val="none"/>
        </w:rPr>
        <w:t xml:space="preserve">, shield themselves from public accountability, </w:t>
      </w:r>
      <w:r>
        <w:rPr>
          <w:b w:val="0"/>
          <w:i w:val="0"/>
          <w:smallCaps w:val="0"/>
          <w:strike w:val="0"/>
          <w:highlight w:val="cyan"/>
          <w:u w:val="single"/>
        </w:rPr>
        <w:t>and siphon</w:t>
      </w:r>
      <w:r>
        <w:rPr>
          <w:b w:val="0"/>
          <w:i w:val="0"/>
          <w:smallCaps w:val="0"/>
          <w:strike w:val="0"/>
          <w:u w:val="single"/>
        </w:rPr>
        <w:t xml:space="preserve"> away natural resource </w:t>
      </w:r>
      <w:r>
        <w:rPr>
          <w:b w:val="0"/>
          <w:i w:val="0"/>
          <w:smallCaps w:val="0"/>
          <w:strike w:val="0"/>
          <w:highlight w:val="cyan"/>
          <w:u w:val="single"/>
        </w:rPr>
        <w:t>revenues</w:t>
      </w:r>
      <w:r>
        <w:rPr>
          <w:b w:val="0"/>
          <w:i w:val="0"/>
          <w:smallCaps w:val="0"/>
          <w:strike w:val="0"/>
          <w:u w:val="none"/>
        </w:rPr>
        <w:t xml:space="preserve"> by corrupting and capturing political agendas around the world. We need strong beneficial ownership reforms to require corporations and similar entities list their true beneficial owners. Effective implementation of transparency reform, like the</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 xml:space="preserve">(CTA), </w:t>
      </w:r>
      <w:r>
        <w:rPr>
          <w:b w:val="0"/>
          <w:i w:val="0"/>
          <w:smallCaps w:val="0"/>
          <w:strike w:val="0"/>
          <w:u w:val="single"/>
        </w:rPr>
        <w:t xml:space="preserve">in the U.S. and </w:t>
      </w:r>
      <w:r>
        <w:rPr>
          <w:b w:val="0"/>
          <w:i w:val="0"/>
          <w:smallCaps w:val="0"/>
          <w:strike w:val="0"/>
          <w:highlight w:val="cyan"/>
          <w:u w:val="single"/>
        </w:rPr>
        <w:t>around the world</w:t>
      </w:r>
      <w:r>
        <w:rPr>
          <w:b w:val="0"/>
          <w:i w:val="0"/>
          <w:smallCaps w:val="0"/>
          <w:strike w:val="0"/>
          <w:u w:val="none"/>
        </w:rPr>
        <w:t>, along with well-tailored information exchange requirements, is a necessary step in enforcing meaningful environmental protections.</w:t>
      </w:r>
      <w:r>
        <w:rPr>
          <w:b w:val="0"/>
          <w:i w:val="0"/>
          <w:smallCaps w:val="0"/>
          <w:strike w:val="0"/>
          <w:u w:val="none"/>
        </w:rPr>
        <w:t xml:space="preserve"> </w:t>
      </w:r>
      <w:r>
        <w:rPr>
          <w:b w:val="0"/>
          <w:i w:val="0"/>
          <w:smallCaps w:val="0"/>
          <w:strike w:val="0"/>
          <w:u w:val="none"/>
        </w:rPr>
        <w:t>The Key to Hiding from Legal and Public Accountability</w:t>
      </w:r>
      <w:r>
        <w:rPr>
          <w:b w:val="0"/>
          <w:i w:val="0"/>
          <w:smallCaps w:val="0"/>
          <w:strike w:val="0"/>
          <w:u w:val="none"/>
        </w:rPr>
        <w:t xml:space="preserve"> </w:t>
      </w:r>
      <w:r>
        <w:rPr>
          <w:b w:val="0"/>
          <w:i w:val="0"/>
          <w:smallCaps w:val="0"/>
          <w:strike w:val="0"/>
          <w:u w:val="none"/>
        </w:rPr>
        <w:t xml:space="preserve">Anonymous </w:t>
      </w:r>
      <w:r>
        <w:rPr>
          <w:b w:val="0"/>
          <w:i w:val="0"/>
          <w:smallCaps w:val="0"/>
          <w:strike w:val="0"/>
          <w:highlight w:val="cyan"/>
          <w:u w:val="single"/>
        </w:rPr>
        <w:t>shell companies offer criminals a</w:t>
      </w:r>
      <w:r>
        <w:rPr>
          <w:b w:val="0"/>
          <w:i w:val="0"/>
          <w:smallCaps w:val="0"/>
          <w:strike w:val="0"/>
          <w:u w:val="single"/>
        </w:rPr>
        <w:t xml:space="preserve"> simple </w:t>
      </w:r>
      <w:r>
        <w:rPr>
          <w:b w:val="0"/>
          <w:i w:val="0"/>
          <w:smallCaps w:val="0"/>
          <w:strike w:val="0"/>
          <w:highlight w:val="cyan"/>
          <w:u w:val="single"/>
        </w:rPr>
        <w:t>means to flout environmental regulation</w:t>
      </w:r>
      <w:r>
        <w:rPr>
          <w:b w:val="0"/>
          <w:i w:val="0"/>
          <w:smallCaps w:val="0"/>
          <w:strike w:val="0"/>
          <w:u w:val="none"/>
        </w:rPr>
        <w:t xml:space="preserve"> while avoiding legal and political accountability. This is particularly true when state capacity to enforce those regulations is weak as is often the case in resource rich, developing countries (including many of the same countries that lose out on global revenues from the ongoing</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 xml:space="preserve">on corporate taxation). </w:t>
      </w:r>
      <w:r>
        <w:rPr>
          <w:b w:val="0"/>
          <w:i w:val="0"/>
          <w:smallCaps w:val="0"/>
          <w:strike w:val="0"/>
          <w:u w:val="single"/>
        </w:rPr>
        <w:t>By wrapping an illegal extraction operation in an anonymous shell company, criminals are able to put a layer of legal separation between them and</w:t>
      </w:r>
      <w:r>
        <w:rPr>
          <w:b w:val="0"/>
          <w:i w:val="0"/>
          <w:smallCaps w:val="0"/>
          <w:strike w:val="0"/>
          <w:u w:val="none"/>
        </w:rPr>
        <w:t xml:space="preserve"> on-the-ground violations of </w:t>
      </w:r>
      <w:r>
        <w:rPr>
          <w:b w:val="0"/>
          <w:i w:val="0"/>
          <w:smallCaps w:val="0"/>
          <w:strike w:val="0"/>
          <w:u w:val="single"/>
        </w:rPr>
        <w:t>environmental regulations</w:t>
      </w:r>
      <w:r>
        <w:rPr>
          <w:b w:val="0"/>
          <w:i w:val="0"/>
          <w:smallCaps w:val="0"/>
          <w:strike w:val="0"/>
          <w:u w:val="none"/>
        </w:rPr>
        <w:t>. Should a government ever step in to stop operations, criminals need only</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under a new shell company to throw authorities off their trail while the profits keep rolling in. Once the resource has been extracted, a network of still more shell companies are put to work laundering the commodities and the</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in annual criminal profits they raise. Bringing these schemes into the light would make it easier for governments to enforce environmental protections.</w:t>
      </w:r>
      <w:r>
        <w:rPr>
          <w:b w:val="0"/>
          <w:i w:val="0"/>
          <w:smallCaps w:val="0"/>
          <w:strike w:val="0"/>
          <w:u w:val="none"/>
        </w:rPr>
        <w:t xml:space="preserve"> </w:t>
      </w:r>
      <w:r>
        <w:rPr>
          <w:b w:val="0"/>
          <w:i w:val="0"/>
          <w:smallCaps w:val="0"/>
          <w:strike w:val="0"/>
          <w:u w:val="none"/>
        </w:rPr>
        <w:t>Exposing true beneficial owners of shell corporations would also give the public and environmental advocates the information to name and shame corporations–especially those with</w:t>
      </w:r>
      <w:r>
        <w:rPr>
          <w:b w:val="0"/>
          <w:i w:val="0"/>
          <w:smallCaps w:val="0"/>
          <w:strike w:val="0"/>
          <w:u w:val="none"/>
        </w:rPr>
        <w:t xml:space="preserve"> </w:t>
      </w:r>
      <w:r>
        <w:rPr>
          <w:b w:val="0"/>
          <w:i w:val="0"/>
          <w:smallCaps w:val="0"/>
          <w:strike w:val="0"/>
          <w:u w:val="none"/>
        </w:rPr>
        <w:t>–engaged in environmental destruction through complex webs of subsidiaries or through partnerships with other corporations with unsustainable business practices. Corporate duplicity undermines the public’s trust in environmental standards, the efficacy of non-governmental action, and our ability to make real change in the fight against climate change.</w:t>
      </w:r>
      <w:r>
        <w:rPr>
          <w:b w:val="0"/>
          <w:i w:val="0"/>
          <w:smallCaps w:val="0"/>
          <w:strike w:val="0"/>
          <w:u w:val="none"/>
        </w:rPr>
        <w:t xml:space="preserve"> </w:t>
      </w:r>
      <w:r>
        <w:rPr>
          <w:b w:val="0"/>
          <w:i w:val="0"/>
          <w:smallCaps w:val="0"/>
          <w:strike w:val="0"/>
          <w:u w:val="none"/>
        </w:rPr>
        <w:t>Capturing the Political Agenda</w:t>
      </w:r>
      <w:r>
        <w:rPr>
          <w:b w:val="0"/>
          <w:i w:val="0"/>
          <w:smallCaps w:val="0"/>
          <w:strike w:val="0"/>
          <w:u w:val="none"/>
        </w:rPr>
        <w:t xml:space="preserve"> </w:t>
      </w:r>
      <w:r>
        <w:rPr>
          <w:b w:val="0"/>
          <w:i w:val="0"/>
          <w:smallCaps w:val="0"/>
          <w:strike w:val="0"/>
          <w:u w:val="none"/>
        </w:rPr>
        <w:t xml:space="preserve">Shell companies also serve as a principal tool to disburse bribes and seize control of the political agenda. Untangling the secrecy that shell companies afford to criminals and kleptocrats is a difficult task for even the most committed environmental and climate activists. Still worse is that, by design, anonymous </w:t>
      </w:r>
      <w:r>
        <w:rPr>
          <w:b w:val="0"/>
          <w:i w:val="0"/>
          <w:smallCaps w:val="0"/>
          <w:strike w:val="0"/>
          <w:u w:val="single"/>
        </w:rPr>
        <w:t>shell companies</w:t>
      </w:r>
      <w:r>
        <w:rPr>
          <w:b w:val="0"/>
          <w:i w:val="0"/>
          <w:smallCaps w:val="0"/>
          <w:strike w:val="0"/>
          <w:u w:val="none"/>
        </w:rPr>
        <w:t xml:space="preserve"> may facilitate corruption, </w:t>
      </w:r>
      <w:r>
        <w:rPr>
          <w:b w:val="0"/>
          <w:i w:val="0"/>
          <w:smallCaps w:val="0"/>
          <w:strike w:val="0"/>
          <w:u w:val="single"/>
        </w:rPr>
        <w:t>act</w:t>
      </w:r>
      <w:r>
        <w:rPr>
          <w:b w:val="0"/>
          <w:i w:val="0"/>
          <w:smallCaps w:val="0"/>
          <w:strike w:val="0"/>
          <w:u w:val="none"/>
        </w:rPr>
        <w:t xml:space="preserve">ing </w:t>
      </w:r>
      <w:r>
        <w:rPr>
          <w:b w:val="0"/>
          <w:i w:val="0"/>
          <w:smallCaps w:val="0"/>
          <w:strike w:val="0"/>
          <w:u w:val="single"/>
        </w:rPr>
        <w:t>as</w:t>
      </w:r>
      <w:r>
        <w:rPr>
          <w:b w:val="0"/>
          <w:i w:val="0"/>
          <w:smallCaps w:val="0"/>
          <w:strike w:val="0"/>
          <w:u w:val="single"/>
        </w:rPr>
        <w:t xml:space="preserve"> </w:t>
      </w:r>
      <w:r>
        <w:rPr>
          <w:b w:val="0"/>
          <w:i w:val="0"/>
          <w:smallCaps w:val="0"/>
          <w:strike w:val="0"/>
          <w:u w:val="single"/>
        </w:rPr>
        <w:t>ideal vessels for</w:t>
      </w:r>
      <w:r>
        <w:rPr>
          <w:b w:val="0"/>
          <w:i w:val="0"/>
          <w:smallCaps w:val="0"/>
          <w:strike w:val="0"/>
          <w:u w:val="none"/>
        </w:rPr>
        <w:t xml:space="preserve"> bribery</w:t>
      </w:r>
      <w:r>
        <w:rPr>
          <w:b w:val="0"/>
          <w:i w:val="0"/>
          <w:smallCaps w:val="0"/>
          <w:strike w:val="0"/>
          <w:u w:val="none"/>
        </w:rPr>
        <w:t xml:space="preserve"> </w:t>
      </w:r>
      <w:r>
        <w:rPr>
          <w:b w:val="0"/>
          <w:i w:val="0"/>
          <w:smallCaps w:val="0"/>
          <w:strike w:val="0"/>
          <w:u w:val="none"/>
        </w:rPr>
        <w:t xml:space="preserve">and other </w:t>
      </w:r>
      <w:r>
        <w:rPr>
          <w:b w:val="0"/>
          <w:i w:val="0"/>
          <w:smallCaps w:val="0"/>
          <w:strike w:val="0"/>
          <w:highlight w:val="cyan"/>
          <w:u w:val="single"/>
        </w:rPr>
        <w:t>corrupt payments</w:t>
      </w:r>
      <w:r>
        <w:rPr>
          <w:b w:val="0"/>
          <w:i w:val="0"/>
          <w:smallCaps w:val="0"/>
          <w:strike w:val="0"/>
          <w:u w:val="single"/>
        </w:rPr>
        <w:t xml:space="preserve"> that </w:t>
      </w:r>
      <w:r>
        <w:rPr>
          <w:b w:val="0"/>
          <w:i w:val="0"/>
          <w:smallCaps w:val="0"/>
          <w:strike w:val="0"/>
          <w:highlight w:val="cyan"/>
          <w:u w:val="single"/>
        </w:rPr>
        <w:t>compromise</w:t>
      </w:r>
      <w:r>
        <w:rPr>
          <w:b w:val="0"/>
          <w:i w:val="0"/>
          <w:smallCaps w:val="0"/>
          <w:strike w:val="0"/>
          <w:u w:val="none"/>
        </w:rPr>
        <w:t xml:space="preserve"> the very governments or </w:t>
      </w:r>
      <w:r>
        <w:rPr>
          <w:b w:val="0"/>
          <w:i w:val="0"/>
          <w:smallCaps w:val="0"/>
          <w:strike w:val="0"/>
          <w:highlight w:val="cyan"/>
          <w:u w:val="single"/>
        </w:rPr>
        <w:t>officials tasked with</w:t>
      </w:r>
      <w:r>
        <w:rPr>
          <w:b w:val="0"/>
          <w:i w:val="0"/>
          <w:smallCaps w:val="0"/>
          <w:strike w:val="0"/>
          <w:u w:val="none"/>
        </w:rPr>
        <w:t xml:space="preserve"> protecting public resources or </w:t>
      </w:r>
      <w:r>
        <w:rPr>
          <w:b w:val="0"/>
          <w:i w:val="0"/>
          <w:smallCaps w:val="0"/>
          <w:strike w:val="0"/>
          <w:highlight w:val="cyan"/>
          <w:u w:val="single"/>
        </w:rPr>
        <w:t>investigating environmental crimes</w:t>
      </w:r>
      <w:r>
        <w:rPr>
          <w:b w:val="0"/>
          <w:i w:val="0"/>
          <w:smallCaps w:val="0"/>
          <w:strike w:val="0"/>
          <w:u w:val="none"/>
        </w:rPr>
        <w:t>.</w:t>
      </w:r>
      <w:r>
        <w:rPr>
          <w:b w:val="0"/>
          <w:i w:val="0"/>
          <w:smallCaps w:val="0"/>
          <w:strike w:val="0"/>
          <w:u w:val="none"/>
        </w:rPr>
        <w:t xml:space="preserve"> </w:t>
      </w:r>
      <w:r>
        <w:rPr>
          <w:b w:val="0"/>
          <w:i w:val="0"/>
          <w:smallCaps w:val="0"/>
          <w:strike w:val="0"/>
          <w:u w:val="none"/>
        </w:rPr>
        <w:t>These tools are not reserved for autocrats and well-known kleptocrats; the 2016</w:t>
      </w:r>
      <w:r>
        <w:rPr>
          <w:b w:val="0"/>
          <w:i w:val="0"/>
          <w:smallCaps w:val="0"/>
          <w:strike w:val="0"/>
          <w:u w:val="none"/>
        </w:rPr>
        <w:t xml:space="preserve"> </w:t>
      </w:r>
      <w:r>
        <w:rPr>
          <w:b w:val="0"/>
          <w:i w:val="0"/>
          <w:smallCaps w:val="0"/>
          <w:strike w:val="0"/>
          <w:u w:val="none"/>
        </w:rPr>
        <w:t>Panama Papers</w:t>
      </w:r>
      <w:r>
        <w:rPr>
          <w:b w:val="0"/>
          <w:i w:val="0"/>
          <w:smallCaps w:val="0"/>
          <w:strike w:val="0"/>
          <w:u w:val="none"/>
        </w:rPr>
        <w:t xml:space="preserve"> </w:t>
      </w:r>
      <w:r>
        <w:rPr>
          <w:b w:val="0"/>
          <w:i w:val="0"/>
          <w:smallCaps w:val="0"/>
          <w:strike w:val="0"/>
          <w:u w:val="none"/>
        </w:rPr>
        <w:t>revealed that 140 politicians from more than 50 countries relied on their own personal web of offshore companies to escape public accountability or worse. The list included democratically elected officials and autocrats alike from across the globe. Far from being dissuaded from secretive financial practices, politicians have been emboldened to exploit offshore accounts since the 2016 exposé. The recent</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found that a staggering 300 politicians used offshore accounts from over 90 countries. Once it has been put to use, the cost of this political capture can be staggering, from</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for presidential allies to</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being shuffled into private pockets.</w:t>
      </w:r>
      <w:r>
        <w:rPr>
          <w:b w:val="0"/>
          <w:i w:val="0"/>
          <w:smallCaps w:val="0"/>
          <w:strike w:val="0"/>
          <w:u w:val="none"/>
        </w:rPr>
        <w:t xml:space="preserve"> </w:t>
      </w:r>
      <w:r>
        <w:rPr>
          <w:b w:val="0"/>
          <w:i w:val="0"/>
          <w:smallCaps w:val="0"/>
          <w:strike w:val="0"/>
          <w:u w:val="none"/>
        </w:rPr>
        <w:t>Lost Revenues and Broken Trust</w:t>
      </w:r>
      <w:r>
        <w:rPr>
          <w:b w:val="0"/>
          <w:i w:val="0"/>
          <w:smallCaps w:val="0"/>
          <w:strike w:val="0"/>
          <w:u w:val="none"/>
        </w:rPr>
        <w:t xml:space="preserve"> </w:t>
      </w:r>
      <w:r>
        <w:rPr>
          <w:b w:val="0"/>
          <w:i w:val="0"/>
          <w:smallCaps w:val="0"/>
          <w:strike w:val="0"/>
          <w:u w:val="none"/>
        </w:rPr>
        <w:t xml:space="preserve">This </w:t>
      </w:r>
      <w:r>
        <w:rPr>
          <w:b w:val="0"/>
          <w:i w:val="0"/>
          <w:smallCaps w:val="0"/>
          <w:strike w:val="0"/>
          <w:u w:val="single"/>
        </w:rPr>
        <w:t xml:space="preserve">global system of kleptocracy has tragic knock-on effects for a country’s ability to address the climate crisis. The </w:t>
      </w:r>
      <w:r>
        <w:rPr>
          <w:b w:val="0"/>
          <w:i w:val="0"/>
          <w:smallCaps w:val="0"/>
          <w:strike w:val="0"/>
          <w:highlight w:val="cyan"/>
          <w:u w:val="single"/>
        </w:rPr>
        <w:t>loss of billions</w:t>
      </w:r>
      <w:r>
        <w:rPr>
          <w:b w:val="0"/>
          <w:i w:val="0"/>
          <w:smallCaps w:val="0"/>
          <w:strike w:val="0"/>
          <w:u w:val="single"/>
        </w:rPr>
        <w:t xml:space="preserve"> from public coffers </w:t>
      </w:r>
      <w:r>
        <w:rPr>
          <w:b/>
          <w:i w:val="0"/>
          <w:smallCaps w:val="0"/>
          <w:strike w:val="0"/>
          <w:highlight w:val="cyan"/>
          <w:u w:val="single"/>
        </w:rPr>
        <w:t>drains away funds</w:t>
      </w:r>
      <w:r>
        <w:rPr>
          <w:b w:val="0"/>
          <w:i w:val="0"/>
          <w:smallCaps w:val="0"/>
          <w:strike w:val="0"/>
          <w:u w:val="single"/>
        </w:rPr>
        <w:t xml:space="preserve"> that might otherwise be </w:t>
      </w:r>
      <w:r>
        <w:rPr>
          <w:b w:val="0"/>
          <w:i w:val="0"/>
          <w:smallCaps w:val="0"/>
          <w:strike w:val="0"/>
          <w:highlight w:val="cyan"/>
          <w:u w:val="single"/>
        </w:rPr>
        <w:t>put towards</w:t>
      </w:r>
      <w:r>
        <w:rPr>
          <w:b w:val="0"/>
          <w:i w:val="0"/>
          <w:smallCaps w:val="0"/>
          <w:strike w:val="0"/>
          <w:u w:val="single"/>
        </w:rPr>
        <w:t xml:space="preserve"> the</w:t>
      </w:r>
      <w:r>
        <w:rPr>
          <w:b w:val="0"/>
          <w:i w:val="0"/>
          <w:smallCaps w:val="0"/>
          <w:strike w:val="0"/>
          <w:u w:val="single"/>
        </w:rPr>
        <w:t xml:space="preserve"> </w:t>
      </w:r>
      <w:r>
        <w:rPr>
          <w:b w:val="0"/>
          <w:i w:val="0"/>
          <w:smallCaps w:val="0"/>
          <w:strike w:val="0"/>
          <w:u w:val="single"/>
        </w:rPr>
        <w:t xml:space="preserve">massive </w:t>
      </w:r>
      <w:r>
        <w:rPr>
          <w:b w:val="0"/>
          <w:i w:val="0"/>
          <w:smallCaps w:val="0"/>
          <w:strike w:val="0"/>
          <w:highlight w:val="cyan"/>
          <w:u w:val="single"/>
        </w:rPr>
        <w:t>climate investments</w:t>
      </w:r>
      <w:r>
        <w:rPr>
          <w:b w:val="0"/>
          <w:i w:val="0"/>
          <w:smallCaps w:val="0"/>
          <w:strike w:val="0"/>
          <w:u w:val="single"/>
        </w:rPr>
        <w:t xml:space="preserve"> </w:t>
      </w:r>
      <w:r>
        <w:rPr>
          <w:b w:val="0"/>
          <w:i w:val="0"/>
          <w:smallCaps w:val="0"/>
          <w:strike w:val="0"/>
          <w:u w:val="single"/>
        </w:rPr>
        <w:t>needed to achieve drastic emissions reductions</w:t>
      </w:r>
      <w:r>
        <w:rPr>
          <w:b w:val="0"/>
          <w:i w:val="0"/>
          <w:smallCaps w:val="0"/>
          <w:strike w:val="0"/>
          <w:u w:val="none"/>
        </w:rPr>
        <w:t xml:space="preserve">. Even in countries well equipped to invest in cleaner economies, we have seen that </w:t>
      </w:r>
      <w:r>
        <w:rPr>
          <w:b w:val="0"/>
          <w:i w:val="0"/>
          <w:smallCaps w:val="0"/>
          <w:strike w:val="0"/>
          <w:u w:val="single"/>
        </w:rPr>
        <w:t xml:space="preserve">when budgets run tight, </w:t>
      </w:r>
      <w:r>
        <w:rPr>
          <w:b w:val="0"/>
          <w:i w:val="0"/>
          <w:smallCaps w:val="0"/>
          <w:strike w:val="0"/>
          <w:highlight w:val="cyan"/>
          <w:u w:val="single"/>
        </w:rPr>
        <w:t>environmental protection is</w:t>
      </w:r>
      <w:r>
        <w:rPr>
          <w:b w:val="0"/>
          <w:i w:val="0"/>
          <w:smallCaps w:val="0"/>
          <w:strike w:val="0"/>
          <w:u w:val="single"/>
        </w:rPr>
        <w:t xml:space="preserve"> usually one of the first items </w:t>
      </w:r>
      <w:r>
        <w:rPr>
          <w:b w:val="0"/>
          <w:i w:val="0"/>
          <w:smallCaps w:val="0"/>
          <w:strike w:val="0"/>
          <w:highlight w:val="cyan"/>
          <w:u w:val="single"/>
        </w:rPr>
        <w:t>on the</w:t>
      </w:r>
      <w:r>
        <w:rPr>
          <w:b w:val="0"/>
          <w:i w:val="0"/>
          <w:smallCaps w:val="0"/>
          <w:strike w:val="0"/>
          <w:u w:val="single"/>
        </w:rPr>
        <w:t xml:space="preserve"> </w:t>
      </w:r>
      <w:r>
        <w:rPr>
          <w:b w:val="0"/>
          <w:i w:val="0"/>
          <w:smallCaps w:val="0"/>
          <w:strike w:val="0"/>
          <w:u w:val="single"/>
        </w:rPr>
        <w:t xml:space="preserve">political </w:t>
      </w:r>
      <w:r>
        <w:rPr>
          <w:b w:val="0"/>
          <w:i w:val="0"/>
          <w:smallCaps w:val="0"/>
          <w:strike w:val="0"/>
          <w:highlight w:val="cyan"/>
          <w:u w:val="single"/>
        </w:rPr>
        <w:t>chopping block</w:t>
      </w:r>
      <w:r>
        <w:rPr>
          <w:b w:val="0"/>
          <w:i w:val="0"/>
          <w:smallCaps w:val="0"/>
          <w:strike w:val="0"/>
          <w:u w:val="single"/>
        </w:rPr>
        <w:t>.</w:t>
      </w:r>
      <w:r>
        <w:rPr>
          <w:b w:val="0"/>
          <w:i w:val="0"/>
          <w:smallCaps w:val="0"/>
          <w:strike w:val="0"/>
          <w:u w:val="single"/>
        </w:rPr>
        <w:t xml:space="preserve"> </w:t>
      </w:r>
      <w:r>
        <w:rPr>
          <w:b w:val="0"/>
          <w:i w:val="0"/>
          <w:smallCaps w:val="0"/>
          <w:strike w:val="0"/>
          <w:u w:val="single"/>
        </w:rPr>
        <w:t>Country’s pay a price in more than just dollars</w:t>
      </w:r>
      <w:r>
        <w:rPr>
          <w:b w:val="0"/>
          <w:i w:val="0"/>
          <w:smallCaps w:val="0"/>
          <w:strike w:val="0"/>
          <w:u w:val="none"/>
        </w:rPr>
        <w:t xml:space="preserve">, however. </w:t>
      </w:r>
      <w:r>
        <w:rPr>
          <w:b w:val="0"/>
          <w:i w:val="0"/>
          <w:smallCaps w:val="0"/>
          <w:strike w:val="0"/>
          <w:highlight w:val="cyan"/>
          <w:u w:val="single"/>
        </w:rPr>
        <w:t>Corruption scandals shatter</w:t>
      </w:r>
      <w:r>
        <w:rPr>
          <w:b w:val="0"/>
          <w:i w:val="0"/>
          <w:smallCaps w:val="0"/>
          <w:strike w:val="0"/>
          <w:u w:val="single"/>
        </w:rPr>
        <w:t xml:space="preserve"> the trust between a government and the people</w:t>
      </w:r>
      <w:r>
        <w:rPr>
          <w:b w:val="0"/>
          <w:i w:val="0"/>
          <w:smallCaps w:val="0"/>
          <w:strike w:val="0"/>
          <w:u w:val="none"/>
        </w:rPr>
        <w:t xml:space="preserve"> it represents. As </w:t>
      </w:r>
      <w:r>
        <w:rPr>
          <w:b w:val="0"/>
          <w:i w:val="0"/>
          <w:smallCaps w:val="0"/>
          <w:strike w:val="0"/>
          <w:u w:val="single"/>
        </w:rPr>
        <w:t>accountability breaks down</w:t>
      </w:r>
      <w:r>
        <w:rPr>
          <w:b w:val="0"/>
          <w:i w:val="0"/>
          <w:smallCaps w:val="0"/>
          <w:strike w:val="0"/>
          <w:u w:val="none"/>
        </w:rPr>
        <w:t xml:space="preserve">, </w:t>
      </w:r>
      <w:r>
        <w:rPr>
          <w:b w:val="0"/>
          <w:i w:val="0"/>
          <w:smallCaps w:val="0"/>
          <w:strike w:val="0"/>
          <w:u w:val="single"/>
        </w:rPr>
        <w:t>so</w:t>
      </w:r>
      <w:r>
        <w:rPr>
          <w:b w:val="0"/>
          <w:i w:val="0"/>
          <w:smallCaps w:val="0"/>
          <w:strike w:val="0"/>
          <w:u w:val="none"/>
        </w:rPr>
        <w:t xml:space="preserve"> too </w:t>
      </w:r>
      <w:r>
        <w:rPr>
          <w:b w:val="0"/>
          <w:i w:val="0"/>
          <w:smallCaps w:val="0"/>
          <w:strike w:val="0"/>
          <w:u w:val="single"/>
        </w:rPr>
        <w:t>does</w:t>
      </w:r>
      <w:r>
        <w:rPr>
          <w:b w:val="0"/>
          <w:i w:val="0"/>
          <w:smallCaps w:val="0"/>
          <w:strike w:val="0"/>
          <w:u w:val="none"/>
        </w:rPr>
        <w:t xml:space="preserve"> civil society’s ability to push public officials to adopt </w:t>
      </w:r>
      <w:r>
        <w:rPr>
          <w:b w:val="0"/>
          <w:i w:val="0"/>
          <w:smallCaps w:val="0"/>
          <w:strike w:val="0"/>
          <w:highlight w:val="cyan"/>
          <w:u w:val="single"/>
        </w:rPr>
        <w:t>environmentally minded policies</w:t>
      </w:r>
      <w:r>
        <w:rPr>
          <w:b w:val="0"/>
          <w:i w:val="0"/>
          <w:smallCaps w:val="0"/>
          <w:strike w:val="0"/>
          <w:u w:val="none"/>
        </w:rPr>
        <w:t xml:space="preserve">. Instead of advancing the interests of the people, </w:t>
      </w:r>
      <w:r>
        <w:rPr>
          <w:b w:val="0"/>
          <w:i w:val="0"/>
          <w:smallCaps w:val="0"/>
          <w:strike w:val="0"/>
          <w:highlight w:val="cyan"/>
          <w:u w:val="single"/>
        </w:rPr>
        <w:t>corrupt</w:t>
      </w:r>
      <w:r>
        <w:rPr>
          <w:b w:val="0"/>
          <w:i w:val="0"/>
          <w:smallCaps w:val="0"/>
          <w:strike w:val="0"/>
          <w:u w:val="single"/>
        </w:rPr>
        <w:t xml:space="preserve">ed public </w:t>
      </w:r>
      <w:r>
        <w:rPr>
          <w:b w:val="0"/>
          <w:i w:val="0"/>
          <w:smallCaps w:val="0"/>
          <w:strike w:val="0"/>
          <w:highlight w:val="cyan"/>
          <w:u w:val="single"/>
        </w:rPr>
        <w:t>officials</w:t>
      </w:r>
      <w:r>
        <w:rPr>
          <w:b w:val="0"/>
          <w:i w:val="0"/>
          <w:smallCaps w:val="0"/>
          <w:strike w:val="0"/>
          <w:u w:val="single"/>
        </w:rPr>
        <w:t xml:space="preserve"> have incentives to </w:t>
      </w:r>
      <w:r>
        <w:rPr>
          <w:b w:val="0"/>
          <w:i w:val="0"/>
          <w:smallCaps w:val="0"/>
          <w:strike w:val="0"/>
          <w:highlight w:val="cyan"/>
          <w:u w:val="single"/>
        </w:rPr>
        <w:t>keep their states dependent on extractive industries</w:t>
      </w:r>
      <w:r>
        <w:rPr>
          <w:b w:val="0"/>
          <w:i w:val="0"/>
          <w:smallCaps w:val="0"/>
          <w:strike w:val="0"/>
          <w:u w:val="single"/>
        </w:rPr>
        <w:t xml:space="preserve"> to maximize future gains</w:t>
      </w:r>
      <w:r>
        <w:rPr>
          <w:b w:val="0"/>
          <w:i w:val="0"/>
          <w:smallCaps w:val="0"/>
          <w:strike w:val="0"/>
          <w:u w:val="none"/>
        </w:rPr>
        <w:t xml:space="preserve"> from corruption. Again in turn, </w:t>
      </w:r>
      <w:r>
        <w:rPr>
          <w:b w:val="0"/>
          <w:i w:val="0"/>
          <w:smallCaps w:val="0"/>
          <w:strike w:val="0"/>
          <w:u w:val="single"/>
        </w:rPr>
        <w:t>corrupt control</w:t>
      </w:r>
      <w:r>
        <w:rPr>
          <w:b w:val="0"/>
          <w:i w:val="0"/>
          <w:smallCaps w:val="0"/>
          <w:strike w:val="0"/>
          <w:u w:val="none"/>
        </w:rPr>
        <w:t xml:space="preserve"> of geographically fixed </w:t>
      </w:r>
      <w:r>
        <w:rPr>
          <w:b w:val="0"/>
          <w:i w:val="0"/>
          <w:smallCaps w:val="0"/>
          <w:strike w:val="0"/>
          <w:u w:val="single"/>
        </w:rPr>
        <w:t>natural resources</w:t>
      </w:r>
      <w:r>
        <w:rPr>
          <w:b w:val="0"/>
          <w:i w:val="0"/>
          <w:smallCaps w:val="0"/>
          <w:strike w:val="0"/>
          <w:u w:val="single"/>
        </w:rPr>
        <w:t xml:space="preserve"> </w:t>
      </w:r>
      <w:r>
        <w:rPr>
          <w:b w:val="0"/>
          <w:i w:val="0"/>
          <w:smallCaps w:val="0"/>
          <w:strike w:val="0"/>
          <w:u w:val="single"/>
        </w:rPr>
        <w:t xml:space="preserve"> </w:t>
      </w:r>
      <w:r>
        <w:rPr>
          <w:b w:val="0"/>
          <w:i w:val="0"/>
          <w:smallCaps w:val="0"/>
          <w:strike w:val="0"/>
          <w:u w:val="single"/>
        </w:rPr>
        <w:t>and further ostracizes the people from the government. Authoritarianism, kleptocracy, and dependence on destructive industries all go hand-in-hand</w:t>
      </w:r>
      <w:r>
        <w:rPr>
          <w:b w:val="0"/>
          <w:i w:val="0"/>
          <w:smallCaps w:val="0"/>
          <w:strike w:val="0"/>
          <w:u w:val="none"/>
        </w:rPr>
        <w:t xml:space="preserve"> in a vicious cycle.</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