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Kleptocracy causes civil war and state collapse --- it’s a threat multiplier that guarantees extinction.</w:t>
      </w:r>
    </w:p>
    <w:p>
      <w:pPr>
        <w:spacing w:after="80"/>
      </w:pPr>
      <w:r>
        <w:rPr>
          <w:b w:val="0"/>
          <w:i w:val="0"/>
          <w:smallCaps w:val="0"/>
          <w:strike w:val="0"/>
          <w:u w:val="none"/>
        </w:rPr>
        <w:t>– from E-commerce 1AC</w:t>
      </w:r>
    </w:p>
    <w:p>
      <w:pPr>
        <w:spacing w:after="60"/>
      </w:pPr>
      <w:r>
        <w:rPr>
          <w:b/>
          <w:i w:val="0"/>
          <w:smallCaps w:val="0"/>
          <w:strike w:val="0"/>
          <w:sz w:val="26"/>
          <w:u w:val="none"/>
        </w:rPr>
        <w:t>Dziedzic 20</w:t>
      </w:r>
      <w:r>
        <w:rPr>
          <w:b w:val="0"/>
          <w:i w:val="0"/>
          <w:smallCaps w:val="0"/>
          <w:strike w:val="0"/>
          <w:u w:val="none"/>
        </w:rPr>
        <w:t xml:space="preserve"> </w:t>
      </w:r>
      <w:r>
        <w:rPr>
          <w:b w:val="0"/>
          <w:i w:val="0"/>
          <w:smallCaps w:val="0"/>
          <w:strike w:val="0"/>
          <w:u w:val="none"/>
        </w:rPr>
        <w:t>(Michael Dziedzic – Professor at the Air Force Academy, the National War College, and Georgetown University and Senior Fellow and Senior Program Officer at the International Institute for Strategic Studies, the Institute for National Strategic Studies, and US Institute of Peace, retired Colonel with over 20 years of experience in the international civil/military and stabilization field, including postings in a number of societies emerging from protracted conflict, including El Salvador, Bosnia, Kosovo, and Afghanistan.</w:t>
      </w:r>
      <w:r>
        <w:rPr>
          <w:b w:val="0"/>
          <w:i w:val="0"/>
          <w:smallCaps w:val="0"/>
          <w:strike w:val="0"/>
          <w:u w:val="none"/>
        </w:rPr>
        <w:t xml:space="preserve"> </w:t>
      </w:r>
      <w:r>
        <w:rPr>
          <w:b w:val="0"/>
          <w:i w:val="0"/>
          <w:smallCaps w:val="0"/>
          <w:strike w:val="0"/>
          <w:u w:val="none"/>
        </w:rPr>
        <w:t>"Kleptocratic Regimes and National Security: A Pervasive Threat and How it Can be Neutralized," Schar School of Policy and Government at George Mason University. September 2020. ) *brackets to change % to percent</w:t>
      </w:r>
    </w:p>
    <w:p>
      <w:pPr>
        <w:spacing w:after="60"/>
      </w:pPr>
      <w:r>
        <w:rPr>
          <w:b/>
          <w:i w:val="0"/>
          <w:smallCaps w:val="0"/>
          <w:strike w:val="0"/>
          <w:u w:val="single"/>
        </w:rPr>
        <w:t>Kleptocratic Regimes</w:t>
      </w:r>
      <w:r>
        <w:rPr>
          <w:b w:val="0"/>
          <w:i w:val="0"/>
          <w:smallCaps w:val="0"/>
          <w:strike w:val="0"/>
          <w:u w:val="single"/>
        </w:rPr>
        <w:t>: A</w:t>
      </w:r>
      <w:r>
        <w:rPr>
          <w:b w:val="0"/>
          <w:i w:val="0"/>
          <w:smallCaps w:val="0"/>
          <w:strike w:val="0"/>
          <w:u w:val="none"/>
        </w:rPr>
        <w:t xml:space="preserve"> </w:t>
      </w:r>
      <w:r>
        <w:rPr>
          <w:b/>
          <w:i w:val="0"/>
          <w:smallCaps w:val="0"/>
          <w:strike w:val="0"/>
          <w:u w:val="single"/>
        </w:rPr>
        <w:t>Pervasive Threat</w:t>
      </w:r>
      <w:r>
        <w:rPr>
          <w:b w:val="0"/>
          <w:i w:val="0"/>
          <w:smallCaps w:val="0"/>
          <w:strike w:val="0"/>
          <w:u w:val="none"/>
        </w:rPr>
        <w:t xml:space="preserve"> </w:t>
      </w:r>
      <w:r>
        <w:rPr>
          <w:b w:val="0"/>
          <w:i w:val="0"/>
          <w:smallCaps w:val="0"/>
          <w:strike w:val="0"/>
          <w:u w:val="single"/>
        </w:rPr>
        <w:t>to</w:t>
      </w:r>
      <w:r>
        <w:rPr>
          <w:b w:val="0"/>
          <w:i w:val="0"/>
          <w:smallCaps w:val="0"/>
          <w:strike w:val="0"/>
          <w:u w:val="none"/>
        </w:rPr>
        <w:t xml:space="preserve"> </w:t>
      </w:r>
      <w:r>
        <w:rPr>
          <w:b/>
          <w:i w:val="0"/>
          <w:smallCaps w:val="0"/>
          <w:strike w:val="0"/>
          <w:u w:val="single"/>
        </w:rPr>
        <w:t>National Security</w:t>
      </w:r>
      <w:r>
        <w:rPr>
          <w:b w:val="0"/>
          <w:i w:val="0"/>
          <w:smallCaps w:val="0"/>
          <w:strike w:val="0"/>
          <w:u w:val="none"/>
        </w:rPr>
        <w:t xml:space="preserve"> ● Russian/Chinese kleptocracy, a systemic threat, and the general systemic threats posed by kleptocratic regimes One of the greatest threats to U.S. national security is the corrosive impact of kleptocracy on geopolitical order.</w:t>
      </w:r>
      <w:r>
        <w:rPr>
          <w:b w:val="0"/>
          <w:i w:val="0"/>
          <w:smallCaps w:val="0"/>
          <w:strike w:val="0"/>
          <w:u w:val="none"/>
        </w:rPr>
        <w:t xml:space="preserve"> </w:t>
      </w:r>
      <w:r>
        <w:rPr>
          <w:b/>
          <w:i w:val="0"/>
          <w:smallCaps w:val="0"/>
          <w:strike w:val="0"/>
          <w:u w:val="single"/>
        </w:rPr>
        <w:t>Kleptocracy</w:t>
      </w:r>
      <w:r>
        <w:rPr>
          <w:b w:val="0"/>
          <w:i w:val="0"/>
          <w:smallCaps w:val="0"/>
          <w:strike w:val="0"/>
          <w:u w:val="none"/>
        </w:rPr>
        <w:t xml:space="preserve"> </w:t>
      </w:r>
      <w:r>
        <w:rPr>
          <w:b w:val="0"/>
          <w:i w:val="0"/>
          <w:smallCaps w:val="0"/>
          <w:strike w:val="0"/>
          <w:u w:val="single"/>
        </w:rPr>
        <w:t>and</w:t>
      </w:r>
      <w:r>
        <w:rPr>
          <w:b w:val="0"/>
          <w:i w:val="0"/>
          <w:smallCaps w:val="0"/>
          <w:strike w:val="0"/>
          <w:u w:val="none"/>
        </w:rPr>
        <w:t xml:space="preserve"> </w:t>
      </w:r>
      <w:r>
        <w:rPr>
          <w:b/>
          <w:i w:val="0"/>
          <w:smallCaps w:val="0"/>
          <w:strike w:val="0"/>
          <w:u w:val="single"/>
        </w:rPr>
        <w:t>financial secrecy</w:t>
      </w:r>
      <w:r>
        <w:rPr>
          <w:b w:val="0"/>
          <w:i w:val="0"/>
          <w:smallCaps w:val="0"/>
          <w:strike w:val="0"/>
          <w:u w:val="none"/>
        </w:rPr>
        <w:t xml:space="preserve"> </w:t>
      </w:r>
      <w:r>
        <w:rPr>
          <w:b w:val="0"/>
          <w:i w:val="0"/>
          <w:smallCaps w:val="0"/>
          <w:strike w:val="0"/>
          <w:u w:val="none"/>
        </w:rPr>
        <w:t>have</w:t>
      </w:r>
      <w:r>
        <w:rPr>
          <w:b w:val="0"/>
          <w:i w:val="0"/>
          <w:smallCaps w:val="0"/>
          <w:strike w:val="0"/>
          <w:u w:val="none"/>
        </w:rPr>
        <w:t xml:space="preserve"> </w:t>
      </w:r>
      <w:r>
        <w:rPr>
          <w:b/>
          <w:i w:val="0"/>
          <w:smallCaps w:val="0"/>
          <w:strike w:val="0"/>
          <w:highlight w:val="cyan"/>
          <w:u w:val="single"/>
        </w:rPr>
        <w:t>metastasized</w:t>
      </w:r>
      <w:r>
        <w:rPr>
          <w:b w:val="0"/>
          <w:i w:val="0"/>
          <w:smallCaps w:val="0"/>
          <w:strike w:val="0"/>
          <w:highlight w:val="cyan"/>
          <w:u w:val="none"/>
        </w:rPr>
        <w:t xml:space="preserve"> </w:t>
      </w:r>
      <w:r>
        <w:rPr>
          <w:b w:val="0"/>
          <w:i w:val="0"/>
          <w:smallCaps w:val="0"/>
          <w:strike w:val="0"/>
          <w:highlight w:val="cyan"/>
          <w:u w:val="single"/>
        </w:rPr>
        <w:t>into</w:t>
      </w:r>
      <w:r>
        <w:rPr>
          <w:b w:val="0"/>
          <w:i w:val="0"/>
          <w:smallCaps w:val="0"/>
          <w:strike w:val="0"/>
          <w:highlight w:val="cyan"/>
          <w:u w:val="none"/>
        </w:rPr>
        <w:t xml:space="preserve"> </w:t>
      </w:r>
      <w:r>
        <w:rPr>
          <w:b w:val="0"/>
          <w:i w:val="0"/>
          <w:smallCaps w:val="0"/>
          <w:strike w:val="0"/>
          <w:highlight w:val="cyan"/>
          <w:u w:val="single"/>
        </w:rPr>
        <w:t>an</w:t>
      </w:r>
      <w:r>
        <w:rPr>
          <w:b w:val="0"/>
          <w:i w:val="0"/>
          <w:smallCaps w:val="0"/>
          <w:strike w:val="0"/>
          <w:highlight w:val="cyan"/>
          <w:u w:val="none"/>
        </w:rPr>
        <w:t xml:space="preserve"> </w:t>
      </w:r>
      <w:r>
        <w:rPr>
          <w:b/>
          <w:i w:val="0"/>
          <w:smallCaps w:val="0"/>
          <w:strike w:val="0"/>
          <w:highlight w:val="cyan"/>
          <w:u w:val="single"/>
        </w:rPr>
        <w:t>exis</w:t>
      </w:r>
      <w:r>
        <w:rPr>
          <w:b/>
          <w:i w:val="0"/>
          <w:smallCaps w:val="0"/>
          <w:strike w:val="0"/>
          <w:u w:val="single"/>
        </w:rPr>
        <w:t>tential threat</w:t>
      </w:r>
      <w:r>
        <w:rPr>
          <w:b w:val="0"/>
          <w:i w:val="0"/>
          <w:smallCaps w:val="0"/>
          <w:strike w:val="0"/>
          <w:u w:val="none"/>
        </w:rPr>
        <w:t xml:space="preserve"> </w:t>
      </w:r>
      <w:r>
        <w:rPr>
          <w:b w:val="0"/>
          <w:i w:val="0"/>
          <w:smallCaps w:val="0"/>
          <w:strike w:val="0"/>
          <w:u w:val="single"/>
        </w:rPr>
        <w:t>to our</w:t>
      </w:r>
      <w:r>
        <w:rPr>
          <w:b w:val="0"/>
          <w:i w:val="0"/>
          <w:smallCaps w:val="0"/>
          <w:strike w:val="0"/>
          <w:u w:val="none"/>
        </w:rPr>
        <w:t xml:space="preserve"> </w:t>
      </w:r>
      <w:r>
        <w:rPr>
          <w:b/>
          <w:i w:val="0"/>
          <w:smallCaps w:val="0"/>
          <w:strike w:val="0"/>
          <w:u w:val="single"/>
        </w:rPr>
        <w:t>civilization</w:t>
      </w:r>
      <w:r>
        <w:rPr>
          <w:b w:val="0"/>
          <w:i w:val="0"/>
          <w:smallCaps w:val="0"/>
          <w:strike w:val="0"/>
          <w:u w:val="single"/>
        </w:rPr>
        <w:t>.</w:t>
      </w:r>
      <w:r>
        <w:rPr>
          <w:b w:val="0"/>
          <w:i w:val="0"/>
          <w:smallCaps w:val="0"/>
          <w:strike w:val="0"/>
          <w:u w:val="none"/>
        </w:rPr>
        <w:t xml:space="preserve"> </w:t>
      </w:r>
      <w:r>
        <w:rPr>
          <w:b w:val="0"/>
          <w:i w:val="0"/>
          <w:smallCaps w:val="0"/>
          <w:strike w:val="0"/>
          <w:u w:val="none"/>
        </w:rPr>
        <w:t>Vladimir Putin has “weaponized” use of corruption for geopolitical ends. The convergence of corrupt values and practices in the former Soviet Union, reformulated for the 21st century and exported to the West, now pose an encompassing threat. The economic</w:t>
      </w:r>
      <w:r>
        <w:rPr>
          <w:b w:val="0"/>
          <w:i w:val="0"/>
          <w:smallCaps w:val="0"/>
          <w:strike w:val="0"/>
          <w:u w:val="none"/>
        </w:rPr>
        <w:t xml:space="preserve"> </w:t>
      </w:r>
      <w:r>
        <w:rPr>
          <w:b w:val="0"/>
          <w:i w:val="0"/>
          <w:smallCaps w:val="0"/>
          <w:strike w:val="0"/>
          <w:u w:val="single"/>
        </w:rPr>
        <w:t>power of</w:t>
      </w:r>
      <w:r>
        <w:rPr>
          <w:b w:val="0"/>
          <w:i w:val="0"/>
          <w:smallCaps w:val="0"/>
          <w:strike w:val="0"/>
          <w:u w:val="none"/>
        </w:rPr>
        <w:t xml:space="preserve"> </w:t>
      </w:r>
      <w:r>
        <w:rPr>
          <w:b/>
          <w:i w:val="0"/>
          <w:smallCaps w:val="0"/>
          <w:strike w:val="0"/>
          <w:u w:val="single"/>
        </w:rPr>
        <w:t>kleptocrats</w:t>
      </w:r>
      <w:r>
        <w:rPr>
          <w:b w:val="0"/>
          <w:i w:val="0"/>
          <w:smallCaps w:val="0"/>
          <w:strike w:val="0"/>
          <w:u w:val="none"/>
        </w:rPr>
        <w:t xml:space="preserve"> </w:t>
      </w:r>
      <w:r>
        <w:rPr>
          <w:b w:val="0"/>
          <w:i w:val="0"/>
          <w:smallCaps w:val="0"/>
          <w:strike w:val="0"/>
          <w:u w:val="none"/>
        </w:rPr>
        <w:t>like Putin</w:t>
      </w:r>
      <w:r>
        <w:rPr>
          <w:b w:val="0"/>
          <w:i w:val="0"/>
          <w:smallCaps w:val="0"/>
          <w:strike w:val="0"/>
          <w:u w:val="none"/>
        </w:rPr>
        <w:t xml:space="preserve"> </w:t>
      </w:r>
      <w:r>
        <w:rPr>
          <w:b w:val="0"/>
          <w:i w:val="0"/>
          <w:smallCaps w:val="0"/>
          <w:strike w:val="0"/>
          <w:u w:val="single"/>
        </w:rPr>
        <w:t>is safeguarded</w:t>
      </w:r>
      <w:r>
        <w:rPr>
          <w:b w:val="0"/>
          <w:i w:val="0"/>
          <w:smallCaps w:val="0"/>
          <w:strike w:val="0"/>
          <w:u w:val="none"/>
        </w:rPr>
        <w:t xml:space="preserve"> </w:t>
      </w:r>
      <w:r>
        <w:rPr>
          <w:b w:val="0"/>
          <w:i w:val="0"/>
          <w:smallCaps w:val="0"/>
          <w:strike w:val="0"/>
          <w:u w:val="none"/>
        </w:rPr>
        <w:t>in the West</w:t>
      </w:r>
      <w:r>
        <w:rPr>
          <w:b w:val="0"/>
          <w:i w:val="0"/>
          <w:smallCaps w:val="0"/>
          <w:strike w:val="0"/>
          <w:u w:val="none"/>
        </w:rPr>
        <w:t xml:space="preserve"> </w:t>
      </w:r>
      <w:r>
        <w:rPr>
          <w:b w:val="0"/>
          <w:i w:val="0"/>
          <w:smallCaps w:val="0"/>
          <w:strike w:val="0"/>
          <w:u w:val="single"/>
        </w:rPr>
        <w:t>by</w:t>
      </w:r>
      <w:r>
        <w:rPr>
          <w:b w:val="0"/>
          <w:i w:val="0"/>
          <w:smallCaps w:val="0"/>
          <w:strike w:val="0"/>
          <w:u w:val="none"/>
        </w:rPr>
        <w:t xml:space="preserve"> </w:t>
      </w:r>
      <w:r>
        <w:rPr>
          <w:b w:val="0"/>
          <w:i w:val="0"/>
          <w:smallCaps w:val="0"/>
          <w:strike w:val="0"/>
          <w:u w:val="none"/>
        </w:rPr>
        <w:t>our</w:t>
      </w:r>
      <w:r>
        <w:rPr>
          <w:b w:val="0"/>
          <w:i w:val="0"/>
          <w:smallCaps w:val="0"/>
          <w:strike w:val="0"/>
          <w:u w:val="none"/>
        </w:rPr>
        <w:t xml:space="preserve"> </w:t>
      </w:r>
      <w:r>
        <w:rPr>
          <w:b/>
          <w:i w:val="0"/>
          <w:smallCaps w:val="0"/>
          <w:strike w:val="0"/>
          <w:u w:val="single"/>
        </w:rPr>
        <w:t>lack</w:t>
      </w:r>
      <w:r>
        <w:rPr>
          <w:b w:val="0"/>
          <w:i w:val="0"/>
          <w:smallCaps w:val="0"/>
          <w:strike w:val="0"/>
          <w:u w:val="none"/>
        </w:rPr>
        <w:t xml:space="preserve"> </w:t>
      </w:r>
      <w:r>
        <w:rPr>
          <w:b w:val="0"/>
          <w:i w:val="0"/>
          <w:smallCaps w:val="0"/>
          <w:strike w:val="0"/>
          <w:u w:val="single"/>
        </w:rPr>
        <w:t xml:space="preserve">of </w:t>
      </w:r>
      <w:r>
        <w:rPr>
          <w:b/>
          <w:i w:val="0"/>
          <w:smallCaps w:val="0"/>
          <w:strike w:val="0"/>
          <w:u w:val="single"/>
        </w:rPr>
        <w:t>transparency</w:t>
      </w:r>
      <w:r>
        <w:rPr>
          <w:b w:val="0"/>
          <w:i w:val="0"/>
          <w:smallCaps w:val="0"/>
          <w:strike w:val="0"/>
          <w:u w:val="none"/>
        </w:rPr>
        <w:t xml:space="preserve"> </w:t>
      </w:r>
      <w:r>
        <w:rPr>
          <w:b w:val="0"/>
          <w:i w:val="0"/>
          <w:smallCaps w:val="0"/>
          <w:strike w:val="0"/>
          <w:u w:val="single"/>
        </w:rPr>
        <w:t>regarding</w:t>
      </w:r>
      <w:r>
        <w:rPr>
          <w:b w:val="0"/>
          <w:i w:val="0"/>
          <w:smallCaps w:val="0"/>
          <w:strike w:val="0"/>
          <w:u w:val="none"/>
        </w:rPr>
        <w:t xml:space="preserve"> </w:t>
      </w:r>
      <w:r>
        <w:rPr>
          <w:b w:val="0"/>
          <w:i w:val="0"/>
          <w:smallCaps w:val="0"/>
          <w:strike w:val="0"/>
          <w:u w:val="none"/>
        </w:rPr>
        <w:t>the real</w:t>
      </w:r>
      <w:r>
        <w:rPr>
          <w:b w:val="0"/>
          <w:i w:val="0"/>
          <w:smallCaps w:val="0"/>
          <w:strike w:val="0"/>
          <w:u w:val="none"/>
        </w:rPr>
        <w:t xml:space="preserve"> </w:t>
      </w:r>
      <w:r>
        <w:rPr>
          <w:b w:val="0"/>
          <w:i w:val="0"/>
          <w:smallCaps w:val="0"/>
          <w:strike w:val="0"/>
          <w:u w:val="single"/>
        </w:rPr>
        <w:t>owners of corporations which allows kleptocrats to</w:t>
      </w:r>
      <w:r>
        <w:rPr>
          <w:b w:val="0"/>
          <w:i w:val="0"/>
          <w:smallCaps w:val="0"/>
          <w:strike w:val="0"/>
          <w:u w:val="none"/>
        </w:rPr>
        <w:t xml:space="preserve"> </w:t>
      </w:r>
      <w:r>
        <w:rPr>
          <w:b/>
          <w:i w:val="0"/>
          <w:smallCaps w:val="0"/>
          <w:strike w:val="0"/>
          <w:u w:val="single"/>
        </w:rPr>
        <w:t>launder</w:t>
      </w:r>
      <w:r>
        <w:rPr>
          <w:b w:val="0"/>
          <w:i w:val="0"/>
          <w:smallCaps w:val="0"/>
          <w:strike w:val="0"/>
          <w:u w:val="none"/>
        </w:rPr>
        <w:t xml:space="preserve"> </w:t>
      </w:r>
      <w:r>
        <w:rPr>
          <w:b w:val="0"/>
          <w:i w:val="0"/>
          <w:smallCaps w:val="0"/>
          <w:strike w:val="0"/>
          <w:u w:val="none"/>
        </w:rPr>
        <w:t>their</w:t>
      </w:r>
      <w:r>
        <w:rPr>
          <w:b w:val="0"/>
          <w:i w:val="0"/>
          <w:smallCaps w:val="0"/>
          <w:strike w:val="0"/>
          <w:u w:val="none"/>
        </w:rPr>
        <w:t xml:space="preserve"> </w:t>
      </w:r>
      <w:r>
        <w:rPr>
          <w:b/>
          <w:i w:val="0"/>
          <w:smallCaps w:val="0"/>
          <w:strike w:val="0"/>
          <w:u w:val="single"/>
        </w:rPr>
        <w:t>illicit r</w:t>
      </w:r>
      <w:r>
        <w:rPr>
          <w:b/>
          <w:i w:val="0"/>
          <w:smallCaps w:val="0"/>
          <w:strike w:val="0"/>
          <w:highlight w:val="cyan"/>
          <w:u w:val="single"/>
        </w:rPr>
        <w:t>evenue</w:t>
      </w:r>
      <w:r>
        <w:rPr>
          <w:b w:val="0"/>
          <w:i w:val="0"/>
          <w:smallCaps w:val="0"/>
          <w:strike w:val="0"/>
          <w:highlight w:val="cyan"/>
          <w:u w:val="none"/>
        </w:rPr>
        <w:t xml:space="preserve"> </w:t>
      </w:r>
      <w:r>
        <w:rPr>
          <w:b w:val="0"/>
          <w:i w:val="0"/>
          <w:smallCaps w:val="0"/>
          <w:strike w:val="0"/>
          <w:highlight w:val="cyan"/>
          <w:u w:val="single"/>
        </w:rPr>
        <w:t>in</w:t>
      </w:r>
      <w:r>
        <w:rPr>
          <w:b w:val="0"/>
          <w:i w:val="0"/>
          <w:smallCaps w:val="0"/>
          <w:strike w:val="0"/>
          <w:highlight w:val="cyan"/>
          <w:u w:val="none"/>
        </w:rPr>
        <w:t xml:space="preserve"> </w:t>
      </w:r>
      <w:r>
        <w:rPr>
          <w:b/>
          <w:i w:val="0"/>
          <w:smallCaps w:val="0"/>
          <w:strike w:val="0"/>
          <w:highlight w:val="cyan"/>
          <w:u w:val="single"/>
        </w:rPr>
        <w:t>shell companies</w:t>
      </w:r>
      <w:r>
        <w:rPr>
          <w:b w:val="0"/>
          <w:i w:val="0"/>
          <w:smallCaps w:val="0"/>
          <w:strike w:val="0"/>
          <w:u w:val="single"/>
        </w:rPr>
        <w:t>. We must address</w:t>
      </w:r>
      <w:r>
        <w:rPr>
          <w:b w:val="0"/>
          <w:i w:val="0"/>
          <w:smallCaps w:val="0"/>
          <w:strike w:val="0"/>
          <w:u w:val="none"/>
        </w:rPr>
        <w:t xml:space="preserve"> </w:t>
      </w:r>
      <w:r>
        <w:rPr>
          <w:b w:val="0"/>
          <w:i w:val="0"/>
          <w:smallCaps w:val="0"/>
          <w:strike w:val="0"/>
          <w:u w:val="single"/>
        </w:rPr>
        <w:t>these threats</w:t>
      </w:r>
      <w:r>
        <w:rPr>
          <w:b w:val="0"/>
          <w:i w:val="0"/>
          <w:smallCaps w:val="0"/>
          <w:strike w:val="0"/>
          <w:u w:val="none"/>
        </w:rPr>
        <w:t xml:space="preserve"> </w:t>
      </w:r>
      <w:r>
        <w:rPr>
          <w:b w:val="0"/>
          <w:i w:val="0"/>
          <w:smallCaps w:val="0"/>
          <w:strike w:val="0"/>
          <w:u w:val="single"/>
        </w:rPr>
        <w:t>by</w:t>
      </w:r>
      <w:r>
        <w:rPr>
          <w:b w:val="0"/>
          <w:i w:val="0"/>
          <w:smallCaps w:val="0"/>
          <w:strike w:val="0"/>
          <w:u w:val="none"/>
        </w:rPr>
        <w:t xml:space="preserve"> </w:t>
      </w:r>
      <w:r>
        <w:rPr>
          <w:b w:val="0"/>
          <w:i w:val="0"/>
          <w:smallCaps w:val="0"/>
          <w:strike w:val="0"/>
          <w:u w:val="none"/>
        </w:rPr>
        <w:t>enhancing transparency and</w:t>
      </w:r>
      <w:r>
        <w:rPr>
          <w:b w:val="0"/>
          <w:i w:val="0"/>
          <w:smallCaps w:val="0"/>
          <w:strike w:val="0"/>
          <w:u w:val="none"/>
        </w:rPr>
        <w:t xml:space="preserve"> </w:t>
      </w:r>
      <w:r>
        <w:rPr>
          <w:b/>
          <w:i w:val="0"/>
          <w:smallCaps w:val="0"/>
          <w:strike w:val="0"/>
          <w:u w:val="single"/>
        </w:rPr>
        <w:t>closing off</w:t>
      </w:r>
      <w:r>
        <w:rPr>
          <w:b w:val="0"/>
          <w:i w:val="0"/>
          <w:smallCaps w:val="0"/>
          <w:strike w:val="0"/>
          <w:u w:val="none"/>
        </w:rPr>
        <w:t xml:space="preserve"> </w:t>
      </w:r>
      <w:r>
        <w:rPr>
          <w:b w:val="0"/>
          <w:i w:val="0"/>
          <w:smallCaps w:val="0"/>
          <w:strike w:val="0"/>
          <w:u w:val="none"/>
        </w:rPr>
        <w:t>our</w:t>
      </w:r>
      <w:r>
        <w:rPr>
          <w:b w:val="0"/>
          <w:i w:val="0"/>
          <w:smallCaps w:val="0"/>
          <w:strike w:val="0"/>
          <w:u w:val="none"/>
        </w:rPr>
        <w:t xml:space="preserve"> </w:t>
      </w:r>
      <w:r>
        <w:rPr>
          <w:b w:val="0"/>
          <w:i w:val="0"/>
          <w:smallCaps w:val="0"/>
          <w:strike w:val="0"/>
          <w:u w:val="single"/>
        </w:rPr>
        <w:t>financial system</w:t>
      </w:r>
      <w:r>
        <w:rPr>
          <w:b w:val="0"/>
          <w:i w:val="0"/>
          <w:smallCaps w:val="0"/>
          <w:strike w:val="0"/>
          <w:u w:val="none"/>
        </w:rPr>
        <w:t xml:space="preserve"> </w:t>
      </w:r>
      <w:r>
        <w:rPr>
          <w:b w:val="0"/>
          <w:i w:val="0"/>
          <w:smallCaps w:val="0"/>
          <w:strike w:val="0"/>
          <w:u w:val="single"/>
        </w:rPr>
        <w:t>to those intent on</w:t>
      </w:r>
      <w:r>
        <w:rPr>
          <w:b w:val="0"/>
          <w:i w:val="0"/>
          <w:smallCaps w:val="0"/>
          <w:strike w:val="0"/>
          <w:u w:val="none"/>
        </w:rPr>
        <w:t xml:space="preserve"> </w:t>
      </w:r>
      <w:r>
        <w:rPr>
          <w:b/>
          <w:i w:val="0"/>
          <w:smallCaps w:val="0"/>
          <w:strike w:val="0"/>
          <w:u w:val="single"/>
        </w:rPr>
        <w:t>damaging</w:t>
      </w:r>
      <w:r>
        <w:rPr>
          <w:b w:val="0"/>
          <w:i w:val="0"/>
          <w:smallCaps w:val="0"/>
          <w:strike w:val="0"/>
          <w:u w:val="none"/>
        </w:rPr>
        <w:t xml:space="preserve"> </w:t>
      </w:r>
      <w:r>
        <w:rPr>
          <w:b w:val="0"/>
          <w:i w:val="0"/>
          <w:smallCaps w:val="0"/>
          <w:strike w:val="0"/>
          <w:u w:val="none"/>
        </w:rPr>
        <w:t>our</w:t>
      </w:r>
      <w:r>
        <w:rPr>
          <w:b w:val="0"/>
          <w:i w:val="0"/>
          <w:smallCaps w:val="0"/>
          <w:strike w:val="0"/>
          <w:u w:val="none"/>
        </w:rPr>
        <w:t xml:space="preserve"> </w:t>
      </w:r>
      <w:r>
        <w:rPr>
          <w:b/>
          <w:i w:val="0"/>
          <w:smallCaps w:val="0"/>
          <w:strike w:val="0"/>
          <w:u w:val="single"/>
        </w:rPr>
        <w:t>country</w:t>
      </w:r>
      <w:r>
        <w:rPr>
          <w:b w:val="0"/>
          <w:i w:val="0"/>
          <w:smallCaps w:val="0"/>
          <w:strike w:val="0"/>
          <w:u w:val="single"/>
        </w:rPr>
        <w:t>.</w:t>
      </w:r>
      <w:r>
        <w:rPr>
          <w:b w:val="0"/>
          <w:i w:val="0"/>
          <w:smallCaps w:val="0"/>
          <w:strike w:val="0"/>
          <w:u w:val="none"/>
        </w:rPr>
        <w:t xml:space="preserve"> ● Kleptocracy and the Link to Terrorism, Radicalization, Fragile States, and Political Instability Inherent in the nature of</w:t>
      </w:r>
      <w:r>
        <w:rPr>
          <w:b w:val="0"/>
          <w:i w:val="0"/>
          <w:smallCaps w:val="0"/>
          <w:strike w:val="0"/>
          <w:u w:val="none"/>
        </w:rPr>
        <w:t xml:space="preserve"> </w:t>
      </w:r>
      <w:r>
        <w:rPr>
          <w:b w:val="0"/>
          <w:i w:val="0"/>
          <w:smallCaps w:val="0"/>
          <w:strike w:val="0"/>
          <w:u w:val="single"/>
        </w:rPr>
        <w:t>kleptocracies</w:t>
      </w:r>
      <w:r>
        <w:rPr>
          <w:b w:val="0"/>
          <w:i w:val="0"/>
          <w:smallCaps w:val="0"/>
          <w:strike w:val="0"/>
          <w:u w:val="none"/>
        </w:rPr>
        <w:t xml:space="preserve"> </w:t>
      </w:r>
      <w:r>
        <w:rPr>
          <w:b w:val="0"/>
          <w:i w:val="0"/>
          <w:smallCaps w:val="0"/>
          <w:strike w:val="0"/>
          <w:u w:val="none"/>
        </w:rPr>
        <w:t>is massive</w:t>
      </w:r>
      <w:r>
        <w:rPr>
          <w:b w:val="0"/>
          <w:i w:val="0"/>
          <w:smallCaps w:val="0"/>
          <w:strike w:val="0"/>
          <w:u w:val="none"/>
        </w:rPr>
        <w:t xml:space="preserve"> </w:t>
      </w:r>
      <w:r>
        <w:rPr>
          <w:b w:val="0"/>
          <w:i w:val="0"/>
          <w:smallCaps w:val="0"/>
          <w:strike w:val="0"/>
          <w:u w:val="single"/>
        </w:rPr>
        <w:t>diversion of public funds for private gain</w:t>
      </w:r>
      <w:r>
        <w:rPr>
          <w:b w:val="0"/>
          <w:i w:val="0"/>
          <w:smallCaps w:val="0"/>
          <w:strike w:val="0"/>
          <w:u w:val="none"/>
        </w:rPr>
        <w:t>. The</w:t>
      </w:r>
      <w:r>
        <w:rPr>
          <w:b w:val="0"/>
          <w:i w:val="0"/>
          <w:smallCaps w:val="0"/>
          <w:strike w:val="0"/>
          <w:u w:val="none"/>
        </w:rPr>
        <w:t xml:space="preserve"> </w:t>
      </w:r>
      <w:r>
        <w:rPr>
          <w:b w:val="0"/>
          <w:i w:val="0"/>
          <w:smallCaps w:val="0"/>
          <w:strike w:val="0"/>
          <w:u w:val="single"/>
        </w:rPr>
        <w:t>consequence</w:t>
      </w:r>
      <w:r>
        <w:rPr>
          <w:b w:val="0"/>
          <w:i w:val="0"/>
          <w:smallCaps w:val="0"/>
          <w:strike w:val="0"/>
          <w:highlight w:val="cyan"/>
          <w:u w:val="single"/>
        </w:rPr>
        <w:t>s</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i w:val="0"/>
          <w:smallCaps w:val="0"/>
          <w:strike w:val="0"/>
          <w:highlight w:val="cyan"/>
          <w:u w:val="single"/>
        </w:rPr>
        <w:t>inadequate</w:t>
      </w:r>
      <w:r>
        <w:rPr>
          <w:b w:val="0"/>
          <w:i w:val="0"/>
          <w:smallCaps w:val="0"/>
          <w:strike w:val="0"/>
          <w:u w:val="none"/>
        </w:rPr>
        <w:t xml:space="preserve"> </w:t>
      </w:r>
      <w:r>
        <w:rPr>
          <w:b/>
          <w:i w:val="0"/>
          <w:smallCaps w:val="0"/>
          <w:strike w:val="0"/>
          <w:u w:val="single"/>
        </w:rPr>
        <w:t>resources</w:t>
      </w:r>
      <w:r>
        <w:rPr>
          <w:b w:val="0"/>
          <w:i w:val="0"/>
          <w:smallCaps w:val="0"/>
          <w:strike w:val="0"/>
          <w:u w:val="none"/>
        </w:rPr>
        <w:t xml:space="preserve"> </w:t>
      </w:r>
      <w:r>
        <w:rPr>
          <w:b w:val="0"/>
          <w:i w:val="0"/>
          <w:smallCaps w:val="0"/>
          <w:strike w:val="0"/>
          <w:u w:val="single"/>
        </w:rPr>
        <w:t xml:space="preserve">for </w:t>
      </w:r>
      <w:r>
        <w:rPr>
          <w:b/>
          <w:i w:val="0"/>
          <w:smallCaps w:val="0"/>
          <w:strike w:val="0"/>
          <w:u w:val="single"/>
        </w:rPr>
        <w:t>public ser</w:t>
      </w:r>
      <w:r>
        <w:rPr>
          <w:b/>
          <w:i w:val="0"/>
          <w:smallCaps w:val="0"/>
          <w:strike w:val="0"/>
          <w:highlight w:val="cyan"/>
          <w:u w:val="single"/>
        </w:rPr>
        <w:t>vices</w:t>
      </w:r>
      <w:r>
        <w:rPr>
          <w:b w:val="0"/>
          <w:i w:val="0"/>
          <w:smallCaps w:val="0"/>
          <w:strike w:val="0"/>
          <w:highlight w:val="cyan"/>
          <w:u w:val="single"/>
        </w:rPr>
        <w:t>,</w:t>
      </w:r>
      <w:r>
        <w:rPr>
          <w:b w:val="0"/>
          <w:i w:val="0"/>
          <w:smallCaps w:val="0"/>
          <w:strike w:val="0"/>
          <w:highlight w:val="cyan"/>
          <w:u w:val="none"/>
        </w:rPr>
        <w:t xml:space="preserve"> </w:t>
      </w:r>
      <w:r>
        <w:rPr>
          <w:b/>
          <w:i w:val="0"/>
          <w:smallCaps w:val="0"/>
          <w:strike w:val="0"/>
          <w:highlight w:val="cyan"/>
          <w:u w:val="single"/>
        </w:rPr>
        <w:t>de-legitimization</w:t>
      </w:r>
      <w:r>
        <w:rPr>
          <w:b w:val="0"/>
          <w:i w:val="0"/>
          <w:smallCaps w:val="0"/>
          <w:strike w:val="0"/>
          <w:u w:val="none"/>
        </w:rPr>
        <w:t xml:space="preserve"> </w:t>
      </w:r>
      <w:r>
        <w:rPr>
          <w:b w:val="0"/>
          <w:i w:val="0"/>
          <w:smallCaps w:val="0"/>
          <w:strike w:val="0"/>
          <w:u w:val="single"/>
        </w:rPr>
        <w:t>of the</w:t>
      </w:r>
      <w:r>
        <w:rPr>
          <w:b w:val="0"/>
          <w:i w:val="0"/>
          <w:smallCaps w:val="0"/>
          <w:strike w:val="0"/>
          <w:u w:val="none"/>
        </w:rPr>
        <w:t xml:space="preserve"> </w:t>
      </w:r>
      <w:r>
        <w:rPr>
          <w:b/>
          <w:i w:val="0"/>
          <w:smallCaps w:val="0"/>
          <w:strike w:val="0"/>
          <w:u w:val="single"/>
        </w:rPr>
        <w:t>regime</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and repression </w:t>
      </w:r>
      <w:r>
        <w:rPr>
          <w:b w:val="0"/>
          <w:i w:val="0"/>
          <w:smallCaps w:val="0"/>
          <w:strike w:val="0"/>
          <w:highlight w:val="cyan"/>
          <w:u w:val="single"/>
        </w:rPr>
        <w:t>of</w:t>
      </w:r>
      <w:r>
        <w:rPr>
          <w:b w:val="0"/>
          <w:i w:val="0"/>
          <w:smallCaps w:val="0"/>
          <w:strike w:val="0"/>
          <w:highlight w:val="cyan"/>
          <w:u w:val="none"/>
        </w:rPr>
        <w:t xml:space="preserve"> </w:t>
      </w:r>
      <w:r>
        <w:rPr>
          <w:b/>
          <w:i w:val="0"/>
          <w:smallCaps w:val="0"/>
          <w:strike w:val="0"/>
          <w:highlight w:val="cyan"/>
          <w:u w:val="single"/>
        </w:rPr>
        <w:t>dissent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single"/>
        </w:rPr>
        <w:t>fuel</w:t>
      </w:r>
      <w:r>
        <w:rPr>
          <w:b w:val="0"/>
          <w:i w:val="0"/>
          <w:smallCaps w:val="0"/>
          <w:strike w:val="0"/>
          <w:u w:val="none"/>
        </w:rPr>
        <w:t xml:space="preserve"> </w:t>
      </w:r>
      <w:r>
        <w:rPr>
          <w:b/>
          <w:i w:val="0"/>
          <w:smallCaps w:val="0"/>
          <w:strike w:val="0"/>
          <w:u w:val="single"/>
        </w:rPr>
        <w:t>radicalization</w:t>
      </w:r>
      <w:r>
        <w:rPr>
          <w:b w:val="0"/>
          <w:i w:val="0"/>
          <w:smallCaps w:val="0"/>
          <w:strike w:val="0"/>
          <w:u w:val="single"/>
        </w:rPr>
        <w:t>,</w:t>
      </w:r>
      <w:r>
        <w:rPr>
          <w:b w:val="0"/>
          <w:i w:val="0"/>
          <w:smallCaps w:val="0"/>
          <w:strike w:val="0"/>
          <w:u w:val="none"/>
        </w:rPr>
        <w:t xml:space="preserve"> </w:t>
      </w:r>
      <w:r>
        <w:rPr>
          <w:b/>
          <w:i w:val="0"/>
          <w:smallCaps w:val="0"/>
          <w:strike w:val="0"/>
          <w:u w:val="single"/>
        </w:rPr>
        <w:t>state fragi</w:t>
      </w:r>
      <w:r>
        <w:rPr>
          <w:b/>
          <w:i w:val="0"/>
          <w:smallCaps w:val="0"/>
          <w:strike w:val="0"/>
          <w:highlight w:val="cyan"/>
          <w:u w:val="single"/>
        </w:rPr>
        <w:t>lity</w:t>
      </w:r>
      <w:r>
        <w:rPr>
          <w:b w:val="0"/>
          <w:i w:val="0"/>
          <w:smallCaps w:val="0"/>
          <w:strike w:val="0"/>
          <w:highlight w:val="cyan"/>
          <w:u w:val="single"/>
        </w:rPr>
        <w:t>,</w:t>
      </w:r>
      <w:r>
        <w:rPr>
          <w:b w:val="0"/>
          <w:i w:val="0"/>
          <w:smallCaps w:val="0"/>
          <w:strike w:val="0"/>
          <w:highlight w:val="cyan"/>
          <w:u w:val="none"/>
        </w:rPr>
        <w:t xml:space="preserve"> </w:t>
      </w:r>
      <w:r>
        <w:rPr>
          <w:b w:val="0"/>
          <w:i w:val="0"/>
          <w:smallCaps w:val="0"/>
          <w:strike w:val="0"/>
          <w:highlight w:val="cyan"/>
          <w:u w:val="single"/>
        </w:rPr>
        <w:t>and</w:t>
      </w:r>
      <w:r>
        <w:rPr>
          <w:b w:val="0"/>
          <w:i w:val="0"/>
          <w:smallCaps w:val="0"/>
          <w:strike w:val="0"/>
          <w:highlight w:val="cyan"/>
          <w:u w:val="none"/>
        </w:rPr>
        <w:t xml:space="preserve"> </w:t>
      </w:r>
      <w:r>
        <w:rPr>
          <w:b/>
          <w:i w:val="0"/>
          <w:smallCaps w:val="0"/>
          <w:strike w:val="0"/>
          <w:highlight w:val="cyan"/>
          <w:u w:val="single"/>
        </w:rPr>
        <w:t>conflict</w:t>
      </w:r>
      <w:r>
        <w:rPr>
          <w:b w:val="0"/>
          <w:i w:val="0"/>
          <w:smallCaps w:val="0"/>
          <w:strike w:val="0"/>
          <w:highlight w:val="cyan"/>
          <w:u w:val="single"/>
        </w:rPr>
        <w:t>.</w:t>
      </w:r>
      <w:r>
        <w:rPr>
          <w:b w:val="0"/>
          <w:i w:val="0"/>
          <w:smallCaps w:val="0"/>
          <w:strike w:val="0"/>
          <w:highlight w:val="cyan"/>
          <w:u w:val="none"/>
        </w:rPr>
        <w:t xml:space="preserve"> </w:t>
      </w:r>
      <w:r>
        <w:rPr>
          <w:b w:val="0"/>
          <w:i w:val="0"/>
          <w:smallCaps w:val="0"/>
          <w:strike w:val="0"/>
          <w:highlight w:val="cyan"/>
          <w:u w:val="single"/>
        </w:rPr>
        <w:t>Extremist</w:t>
      </w:r>
      <w:r>
        <w:rPr>
          <w:b w:val="0"/>
          <w:i w:val="0"/>
          <w:smallCaps w:val="0"/>
          <w:strike w:val="0"/>
          <w:u w:val="single"/>
        </w:rPr>
        <w:t xml:space="preserve"> groups dr</w:t>
      </w:r>
      <w:r>
        <w:rPr>
          <w:b w:val="0"/>
          <w:i w:val="0"/>
          <w:smallCaps w:val="0"/>
          <w:strike w:val="0"/>
          <w:highlight w:val="cyan"/>
          <w:u w:val="single"/>
        </w:rPr>
        <w:t>aw</w:t>
      </w:r>
      <w:r>
        <w:rPr>
          <w:b w:val="0"/>
          <w:i w:val="0"/>
          <w:smallCaps w:val="0"/>
          <w:strike w:val="0"/>
          <w:highlight w:val="cyan"/>
          <w:u w:val="none"/>
        </w:rPr>
        <w:t xml:space="preserve"> </w:t>
      </w:r>
      <w:r>
        <w:rPr>
          <w:b w:val="0"/>
          <w:i w:val="0"/>
          <w:smallCaps w:val="0"/>
          <w:strike w:val="0"/>
          <w:highlight w:val="cyan"/>
          <w:u w:val="single"/>
        </w:rPr>
        <w:t>on</w:t>
      </w:r>
      <w:r>
        <w:rPr>
          <w:b w:val="0"/>
          <w:i w:val="0"/>
          <w:smallCaps w:val="0"/>
          <w:strike w:val="0"/>
          <w:highlight w:val="cyan"/>
          <w:u w:val="none"/>
        </w:rPr>
        <w:t xml:space="preserve"> </w:t>
      </w:r>
      <w:r>
        <w:rPr>
          <w:b/>
          <w:i w:val="0"/>
          <w:smallCaps w:val="0"/>
          <w:strike w:val="0"/>
          <w:highlight w:val="cyan"/>
          <w:u w:val="single"/>
        </w:rPr>
        <w:t>public</w:t>
      </w:r>
      <w:r>
        <w:rPr>
          <w:b/>
          <w:i w:val="0"/>
          <w:smallCaps w:val="0"/>
          <w:strike w:val="0"/>
          <w:u w:val="single"/>
        </w:rPr>
        <w:t xml:space="preserve"> ang</w:t>
      </w:r>
      <w:r>
        <w:rPr>
          <w:b/>
          <w:i w:val="0"/>
          <w:smallCaps w:val="0"/>
          <w:strike w:val="0"/>
          <w:highlight w:val="cyan"/>
          <w:u w:val="single"/>
        </w:rPr>
        <w:t>er</w:t>
      </w:r>
      <w:r>
        <w:rPr>
          <w:b w:val="0"/>
          <w:i w:val="0"/>
          <w:smallCaps w:val="0"/>
          <w:strike w:val="0"/>
          <w:highlight w:val="cyan"/>
          <w:u w:val="none"/>
        </w:rPr>
        <w:t xml:space="preserve"> </w:t>
      </w:r>
      <w:r>
        <w:rPr>
          <w:b w:val="0"/>
          <w:i w:val="0"/>
          <w:smallCaps w:val="0"/>
          <w:strike w:val="0"/>
          <w:highlight w:val="cyan"/>
          <w:u w:val="single"/>
        </w:rPr>
        <w:t>at</w:t>
      </w:r>
      <w:r>
        <w:rPr>
          <w:b w:val="0"/>
          <w:i w:val="0"/>
          <w:smallCaps w:val="0"/>
          <w:strike w:val="0"/>
          <w:u w:val="none"/>
        </w:rPr>
        <w:t xml:space="preserve"> </w:t>
      </w:r>
      <w:r>
        <w:rPr>
          <w:b w:val="0"/>
          <w:i w:val="0"/>
          <w:smallCaps w:val="0"/>
          <w:strike w:val="0"/>
          <w:u w:val="single"/>
        </w:rPr>
        <w:t>the</w:t>
      </w:r>
      <w:r>
        <w:rPr>
          <w:b w:val="0"/>
          <w:i w:val="0"/>
          <w:smallCaps w:val="0"/>
          <w:strike w:val="0"/>
          <w:u w:val="none"/>
        </w:rPr>
        <w:t xml:space="preserve"> </w:t>
      </w:r>
      <w:r>
        <w:rPr>
          <w:b/>
          <w:i w:val="0"/>
          <w:smallCaps w:val="0"/>
          <w:strike w:val="0"/>
          <w:u w:val="single"/>
        </w:rPr>
        <w:t>abu</w:t>
      </w:r>
      <w:r>
        <w:rPr>
          <w:b/>
          <w:i w:val="0"/>
          <w:smallCaps w:val="0"/>
          <w:strike w:val="0"/>
          <w:highlight w:val="cyan"/>
          <w:u w:val="single"/>
        </w:rPr>
        <w:t>se</w:t>
      </w:r>
      <w:r>
        <w:rPr>
          <w:b w:val="0"/>
          <w:i w:val="0"/>
          <w:smallCaps w:val="0"/>
          <w:strike w:val="0"/>
          <w:highlight w:val="cyan"/>
          <w:u w:val="none"/>
        </w:rPr>
        <w:t xml:space="preserve"> </w:t>
      </w:r>
      <w:r>
        <w:rPr>
          <w:b w:val="0"/>
          <w:i w:val="0"/>
          <w:smallCaps w:val="0"/>
          <w:strike w:val="0"/>
          <w:highlight w:val="cyan"/>
          <w:u w:val="single"/>
        </w:rPr>
        <w:t>of</w:t>
      </w:r>
      <w:r>
        <w:rPr>
          <w:b w:val="0"/>
          <w:i w:val="0"/>
          <w:smallCaps w:val="0"/>
          <w:strike w:val="0"/>
          <w:highlight w:val="cyan"/>
          <w:u w:val="none"/>
        </w:rPr>
        <w:t xml:space="preserve"> </w:t>
      </w:r>
      <w:r>
        <w:rPr>
          <w:b/>
          <w:i w:val="0"/>
          <w:smallCaps w:val="0"/>
          <w:strike w:val="0"/>
          <w:highlight w:val="cyan"/>
          <w:u w:val="single"/>
        </w:rPr>
        <w:t>power</w:t>
      </w:r>
      <w:r>
        <w:rPr>
          <w:b w:val="0"/>
          <w:i w:val="0"/>
          <w:smallCaps w:val="0"/>
          <w:strike w:val="0"/>
          <w:u w:val="single"/>
        </w:rPr>
        <w:t>.</w:t>
      </w:r>
      <w:r>
        <w:rPr>
          <w:b w:val="0"/>
          <w:i w:val="0"/>
          <w:smallCaps w:val="0"/>
          <w:strike w:val="0"/>
          <w:u w:val="none"/>
        </w:rPr>
        <w:t xml:space="preserve"> </w:t>
      </w:r>
      <w:r>
        <w:rPr>
          <w:b w:val="0"/>
          <w:i w:val="0"/>
          <w:smallCaps w:val="0"/>
          <w:strike w:val="0"/>
          <w:u w:val="none"/>
        </w:rPr>
        <w:t>Prominent</w:t>
      </w:r>
      <w:r>
        <w:rPr>
          <w:b w:val="0"/>
          <w:i w:val="0"/>
          <w:smallCaps w:val="0"/>
          <w:strike w:val="0"/>
          <w:u w:val="none"/>
        </w:rPr>
        <w:t xml:space="preserve"> </w:t>
      </w:r>
      <w:r>
        <w:rPr>
          <w:b w:val="0"/>
          <w:i w:val="0"/>
          <w:smallCaps w:val="0"/>
          <w:strike w:val="0"/>
          <w:u w:val="single"/>
        </w:rPr>
        <w:t>current examples include the</w:t>
      </w:r>
      <w:r>
        <w:rPr>
          <w:b w:val="0"/>
          <w:i w:val="0"/>
          <w:smallCaps w:val="0"/>
          <w:strike w:val="0"/>
          <w:u w:val="none"/>
        </w:rPr>
        <w:t xml:space="preserve"> </w:t>
      </w:r>
      <w:r>
        <w:rPr>
          <w:b/>
          <w:i w:val="0"/>
          <w:smallCaps w:val="0"/>
          <w:strike w:val="0"/>
          <w:u w:val="single"/>
        </w:rPr>
        <w:t>Houthi rebels</w:t>
      </w:r>
      <w:r>
        <w:rPr>
          <w:b w:val="0"/>
          <w:i w:val="0"/>
          <w:smallCaps w:val="0"/>
          <w:strike w:val="0"/>
          <w:u w:val="none"/>
        </w:rPr>
        <w:t xml:space="preserve"> </w:t>
      </w:r>
      <w:r>
        <w:rPr>
          <w:b w:val="0"/>
          <w:i w:val="0"/>
          <w:smallCaps w:val="0"/>
          <w:strike w:val="0"/>
          <w:u w:val="single"/>
        </w:rPr>
        <w:t>in</w:t>
      </w:r>
      <w:r>
        <w:rPr>
          <w:b w:val="0"/>
          <w:i w:val="0"/>
          <w:smallCaps w:val="0"/>
          <w:strike w:val="0"/>
          <w:u w:val="none"/>
        </w:rPr>
        <w:t xml:space="preserve"> </w:t>
      </w:r>
      <w:r>
        <w:rPr>
          <w:b/>
          <w:i w:val="0"/>
          <w:smallCaps w:val="0"/>
          <w:strike w:val="0"/>
          <w:u w:val="single"/>
        </w:rPr>
        <w:t>Yemen</w:t>
      </w:r>
      <w:r>
        <w:rPr>
          <w:b w:val="0"/>
          <w:i w:val="0"/>
          <w:smallCaps w:val="0"/>
          <w:strike w:val="0"/>
          <w:u w:val="single"/>
        </w:rPr>
        <w:t>,</w:t>
      </w:r>
      <w:r>
        <w:rPr>
          <w:b w:val="0"/>
          <w:i w:val="0"/>
          <w:smallCaps w:val="0"/>
          <w:strike w:val="0"/>
          <w:u w:val="none"/>
        </w:rPr>
        <w:t xml:space="preserve"> </w:t>
      </w:r>
      <w:r>
        <w:rPr>
          <w:b w:val="0"/>
          <w:i w:val="0"/>
          <w:smallCaps w:val="0"/>
          <w:strike w:val="0"/>
          <w:u w:val="none"/>
        </w:rPr>
        <w:t>the</w:t>
      </w:r>
      <w:r>
        <w:rPr>
          <w:b w:val="0"/>
          <w:i w:val="0"/>
          <w:smallCaps w:val="0"/>
          <w:strike w:val="0"/>
          <w:u w:val="none"/>
        </w:rPr>
        <w:t xml:space="preserve"> </w:t>
      </w:r>
      <w:r>
        <w:rPr>
          <w:b/>
          <w:i w:val="0"/>
          <w:smallCaps w:val="0"/>
          <w:strike w:val="0"/>
          <w:u w:val="single"/>
        </w:rPr>
        <w:t>Taliban</w:t>
      </w:r>
      <w:r>
        <w:rPr>
          <w:b w:val="0"/>
          <w:i w:val="0"/>
          <w:smallCaps w:val="0"/>
          <w:strike w:val="0"/>
          <w:u w:val="none"/>
        </w:rPr>
        <w:t xml:space="preserve"> </w:t>
      </w:r>
      <w:r>
        <w:rPr>
          <w:b w:val="0"/>
          <w:i w:val="0"/>
          <w:smallCaps w:val="0"/>
          <w:strike w:val="0"/>
          <w:u w:val="single"/>
        </w:rPr>
        <w:t xml:space="preserve">in </w:t>
      </w:r>
      <w:r>
        <w:rPr>
          <w:b/>
          <w:i w:val="0"/>
          <w:smallCaps w:val="0"/>
          <w:strike w:val="0"/>
          <w:u w:val="single"/>
        </w:rPr>
        <w:t>Afghanistan</w:t>
      </w:r>
      <w:r>
        <w:rPr>
          <w:b w:val="0"/>
          <w:i w:val="0"/>
          <w:smallCaps w:val="0"/>
          <w:strike w:val="0"/>
          <w:u w:val="single"/>
        </w:rPr>
        <w:t>,</w:t>
      </w:r>
      <w:r>
        <w:rPr>
          <w:b w:val="0"/>
          <w:i w:val="0"/>
          <w:smallCaps w:val="0"/>
          <w:strike w:val="0"/>
          <w:u w:val="none"/>
        </w:rPr>
        <w:t xml:space="preserve"> </w:t>
      </w:r>
      <w:r>
        <w:rPr>
          <w:b w:val="0"/>
          <w:i w:val="0"/>
          <w:smallCaps w:val="0"/>
          <w:strike w:val="0"/>
          <w:u w:val="none"/>
        </w:rPr>
        <w:t>the</w:t>
      </w:r>
      <w:r>
        <w:rPr>
          <w:b w:val="0"/>
          <w:i w:val="0"/>
          <w:smallCaps w:val="0"/>
          <w:strike w:val="0"/>
          <w:u w:val="none"/>
        </w:rPr>
        <w:t xml:space="preserve"> </w:t>
      </w:r>
      <w:r>
        <w:rPr>
          <w:b/>
          <w:i w:val="0"/>
          <w:smallCaps w:val="0"/>
          <w:strike w:val="0"/>
          <w:u w:val="single"/>
        </w:rPr>
        <w:t>I</w:t>
      </w:r>
      <w:r>
        <w:rPr>
          <w:b w:val="0"/>
          <w:i w:val="0"/>
          <w:smallCaps w:val="0"/>
          <w:strike w:val="0"/>
          <w:u w:val="none"/>
        </w:rPr>
        <w:t>slamic</w:t>
      </w:r>
      <w:r>
        <w:rPr>
          <w:b w:val="0"/>
          <w:i w:val="0"/>
          <w:smallCaps w:val="0"/>
          <w:strike w:val="0"/>
          <w:u w:val="none"/>
        </w:rPr>
        <w:t xml:space="preserve"> </w:t>
      </w:r>
      <w:r>
        <w:rPr>
          <w:b/>
          <w:i w:val="0"/>
          <w:smallCaps w:val="0"/>
          <w:strike w:val="0"/>
          <w:u w:val="single"/>
        </w:rPr>
        <w:t>S</w:t>
      </w:r>
      <w:r>
        <w:rPr>
          <w:b w:val="0"/>
          <w:i w:val="0"/>
          <w:smallCaps w:val="0"/>
          <w:strike w:val="0"/>
          <w:u w:val="none"/>
        </w:rPr>
        <w:t>tate in</w:t>
      </w:r>
      <w:r>
        <w:rPr>
          <w:b w:val="0"/>
          <w:i w:val="0"/>
          <w:smallCaps w:val="0"/>
          <w:strike w:val="0"/>
          <w:u w:val="none"/>
        </w:rPr>
        <w:t xml:space="preserve"> </w:t>
      </w:r>
      <w:r>
        <w:rPr>
          <w:b/>
          <w:i w:val="0"/>
          <w:smallCaps w:val="0"/>
          <w:strike w:val="0"/>
          <w:u w:val="single"/>
        </w:rPr>
        <w:t>I</w:t>
      </w:r>
      <w:r>
        <w:rPr>
          <w:b w:val="0"/>
          <w:i w:val="0"/>
          <w:smallCaps w:val="0"/>
          <w:strike w:val="0"/>
          <w:u w:val="none"/>
        </w:rPr>
        <w:t>raq and</w:t>
      </w:r>
      <w:r>
        <w:rPr>
          <w:b w:val="0"/>
          <w:i w:val="0"/>
          <w:smallCaps w:val="0"/>
          <w:strike w:val="0"/>
          <w:u w:val="none"/>
        </w:rPr>
        <w:t xml:space="preserve"> </w:t>
      </w:r>
      <w:r>
        <w:rPr>
          <w:b/>
          <w:i w:val="0"/>
          <w:smallCaps w:val="0"/>
          <w:strike w:val="0"/>
          <w:u w:val="single"/>
        </w:rPr>
        <w:t>S</w:t>
      </w:r>
      <w:r>
        <w:rPr>
          <w:b w:val="0"/>
          <w:i w:val="0"/>
          <w:smallCaps w:val="0"/>
          <w:strike w:val="0"/>
          <w:u w:val="none"/>
        </w:rPr>
        <w:t>yria,</w:t>
      </w:r>
      <w:r>
        <w:rPr>
          <w:b w:val="0"/>
          <w:i w:val="0"/>
          <w:smallCaps w:val="0"/>
          <w:strike w:val="0"/>
          <w:u w:val="none"/>
        </w:rPr>
        <w:t xml:space="preserve"> </w:t>
      </w:r>
      <w:r>
        <w:rPr>
          <w:b w:val="0"/>
          <w:i w:val="0"/>
          <w:smallCaps w:val="0"/>
          <w:strike w:val="0"/>
          <w:u w:val="single"/>
        </w:rPr>
        <w:t>and</w:t>
      </w:r>
      <w:r>
        <w:rPr>
          <w:b w:val="0"/>
          <w:i w:val="0"/>
          <w:smallCaps w:val="0"/>
          <w:strike w:val="0"/>
          <w:u w:val="none"/>
        </w:rPr>
        <w:t xml:space="preserve"> </w:t>
      </w:r>
      <w:r>
        <w:rPr>
          <w:b/>
          <w:i w:val="0"/>
          <w:smallCaps w:val="0"/>
          <w:strike w:val="0"/>
          <w:u w:val="single"/>
        </w:rPr>
        <w:t>Boko Haram</w:t>
      </w:r>
      <w:r>
        <w:rPr>
          <w:b w:val="0"/>
          <w:i w:val="0"/>
          <w:smallCaps w:val="0"/>
          <w:strike w:val="0"/>
          <w:u w:val="none"/>
        </w:rPr>
        <w:t xml:space="preserve"> </w:t>
      </w:r>
      <w:r>
        <w:rPr>
          <w:b w:val="0"/>
          <w:i w:val="0"/>
          <w:smallCaps w:val="0"/>
          <w:strike w:val="0"/>
          <w:u w:val="single"/>
        </w:rPr>
        <w:t>in</w:t>
      </w:r>
      <w:r>
        <w:rPr>
          <w:b w:val="0"/>
          <w:i w:val="0"/>
          <w:smallCaps w:val="0"/>
          <w:strike w:val="0"/>
          <w:u w:val="none"/>
        </w:rPr>
        <w:t xml:space="preserve"> </w:t>
      </w:r>
      <w:r>
        <w:rPr>
          <w:b/>
          <w:i w:val="0"/>
          <w:smallCaps w:val="0"/>
          <w:strike w:val="0"/>
          <w:u w:val="single"/>
        </w:rPr>
        <w:t>Nigeria</w:t>
      </w:r>
      <w:r>
        <w:rPr>
          <w:b w:val="0"/>
          <w:i w:val="0"/>
          <w:smallCaps w:val="0"/>
          <w:strike w:val="0"/>
          <w:u w:val="single"/>
        </w:rPr>
        <w:t>.</w:t>
      </w:r>
      <w:r>
        <w:rPr>
          <w:b w:val="0"/>
          <w:i w:val="0"/>
          <w:smallCaps w:val="0"/>
          <w:strike w:val="0"/>
          <w:u w:val="none"/>
        </w:rPr>
        <w:t xml:space="preserve"> </w:t>
      </w:r>
      <w:r>
        <w:rPr>
          <w:b w:val="0"/>
          <w:i w:val="0"/>
          <w:smallCaps w:val="0"/>
          <w:strike w:val="0"/>
          <w:u w:val="none"/>
        </w:rPr>
        <w:t>The most salient cases where</w:t>
      </w:r>
      <w:r>
        <w:rPr>
          <w:b w:val="0"/>
          <w:i w:val="0"/>
          <w:smallCaps w:val="0"/>
          <w:strike w:val="0"/>
          <w:u w:val="none"/>
        </w:rPr>
        <w:t xml:space="preserve"> </w:t>
      </w:r>
      <w:r>
        <w:rPr>
          <w:b w:val="0"/>
          <w:i w:val="0"/>
          <w:smallCaps w:val="0"/>
          <w:strike w:val="0"/>
          <w:u w:val="single"/>
        </w:rPr>
        <w:t>kleptocratic</w:t>
      </w:r>
      <w:r>
        <w:rPr>
          <w:b w:val="0"/>
          <w:i w:val="0"/>
          <w:smallCaps w:val="0"/>
          <w:strike w:val="0"/>
          <w:u w:val="none"/>
        </w:rPr>
        <w:t xml:space="preserve"> </w:t>
      </w:r>
      <w:r>
        <w:rPr>
          <w:b w:val="0"/>
          <w:i w:val="0"/>
          <w:smallCaps w:val="0"/>
          <w:strike w:val="0"/>
          <w:u w:val="single"/>
        </w:rPr>
        <w:t>actors</w:t>
      </w:r>
      <w:r>
        <w:rPr>
          <w:b w:val="0"/>
          <w:i w:val="0"/>
          <w:smallCaps w:val="0"/>
          <w:strike w:val="0"/>
          <w:u w:val="none"/>
        </w:rPr>
        <w:t xml:space="preserve"> </w:t>
      </w:r>
      <w:r>
        <w:rPr>
          <w:b w:val="0"/>
          <w:i w:val="0"/>
          <w:smallCaps w:val="0"/>
          <w:strike w:val="0"/>
          <w:u w:val="none"/>
        </w:rPr>
        <w:t>have</w:t>
      </w:r>
      <w:r>
        <w:rPr>
          <w:b w:val="0"/>
          <w:i w:val="0"/>
          <w:smallCaps w:val="0"/>
          <w:strike w:val="0"/>
          <w:u w:val="none"/>
        </w:rPr>
        <w:t xml:space="preserve"> </w:t>
      </w:r>
      <w:r>
        <w:rPr>
          <w:b w:val="0"/>
          <w:i w:val="0"/>
          <w:smallCaps w:val="0"/>
          <w:strike w:val="0"/>
          <w:u w:val="single"/>
        </w:rPr>
        <w:t>posed</w:t>
      </w:r>
      <w:r>
        <w:rPr>
          <w:b w:val="0"/>
          <w:i w:val="0"/>
          <w:smallCaps w:val="0"/>
          <w:strike w:val="0"/>
          <w:u w:val="none"/>
        </w:rPr>
        <w:t xml:space="preserve"> </w:t>
      </w:r>
      <w:r>
        <w:rPr>
          <w:b w:val="0"/>
          <w:i w:val="0"/>
          <w:smallCaps w:val="0"/>
          <w:strike w:val="0"/>
          <w:u w:val="none"/>
        </w:rPr>
        <w:t>a clear</w:t>
      </w:r>
      <w:r>
        <w:rPr>
          <w:b w:val="0"/>
          <w:i w:val="0"/>
          <w:smallCaps w:val="0"/>
          <w:strike w:val="0"/>
          <w:u w:val="none"/>
        </w:rPr>
        <w:t xml:space="preserve"> </w:t>
      </w:r>
      <w:r>
        <w:rPr>
          <w:b w:val="0"/>
          <w:i w:val="0"/>
          <w:smallCaps w:val="0"/>
          <w:strike w:val="0"/>
          <w:u w:val="single"/>
        </w:rPr>
        <w:t>threat to U.S.</w:t>
      </w:r>
      <w:r>
        <w:rPr>
          <w:b w:val="0"/>
          <w:i w:val="0"/>
          <w:smallCaps w:val="0"/>
          <w:strike w:val="0"/>
          <w:u w:val="none"/>
        </w:rPr>
        <w:t xml:space="preserve"> </w:t>
      </w:r>
      <w:r>
        <w:rPr>
          <w:b w:val="0"/>
          <w:i w:val="0"/>
          <w:smallCaps w:val="0"/>
          <w:strike w:val="0"/>
          <w:u w:val="none"/>
        </w:rPr>
        <w:t>counter-terrorism and</w:t>
      </w:r>
      <w:r>
        <w:rPr>
          <w:b w:val="0"/>
          <w:i w:val="0"/>
          <w:smallCaps w:val="0"/>
          <w:strike w:val="0"/>
          <w:u w:val="none"/>
        </w:rPr>
        <w:t xml:space="preserve"> </w:t>
      </w:r>
      <w:r>
        <w:rPr>
          <w:b/>
          <w:i w:val="0"/>
          <w:smallCaps w:val="0"/>
          <w:strike w:val="0"/>
          <w:u w:val="single"/>
        </w:rPr>
        <w:t>stabilization efforts</w:t>
      </w:r>
      <w:r>
        <w:rPr>
          <w:b w:val="0"/>
          <w:i w:val="0"/>
          <w:smallCaps w:val="0"/>
          <w:strike w:val="0"/>
          <w:u w:val="none"/>
        </w:rPr>
        <w:t xml:space="preserve"> </w:t>
      </w:r>
      <w:r>
        <w:rPr>
          <w:b w:val="0"/>
          <w:i w:val="0"/>
          <w:smallCaps w:val="0"/>
          <w:strike w:val="0"/>
          <w:u w:val="none"/>
        </w:rPr>
        <w:t>are Afghanistan and Iraq. Systemic and high-level</w:t>
      </w:r>
      <w:r>
        <w:rPr>
          <w:b w:val="0"/>
          <w:i w:val="0"/>
          <w:smallCaps w:val="0"/>
          <w:strike w:val="0"/>
          <w:u w:val="none"/>
        </w:rPr>
        <w:t xml:space="preserve"> </w:t>
      </w:r>
      <w:r>
        <w:rPr>
          <w:b w:val="0"/>
          <w:i w:val="0"/>
          <w:smallCaps w:val="0"/>
          <w:strike w:val="0"/>
          <w:u w:val="single"/>
        </w:rPr>
        <w:t>corruption</w:t>
      </w:r>
      <w:r>
        <w:rPr>
          <w:b w:val="0"/>
          <w:i w:val="0"/>
          <w:smallCaps w:val="0"/>
          <w:strike w:val="0"/>
          <w:u w:val="none"/>
        </w:rPr>
        <w:t xml:space="preserve"> </w:t>
      </w:r>
      <w:r>
        <w:rPr>
          <w:b w:val="0"/>
          <w:i w:val="0"/>
          <w:smallCaps w:val="0"/>
          <w:strike w:val="0"/>
          <w:u w:val="none"/>
        </w:rPr>
        <w:t>– within governments we supported and funded –</w:t>
      </w:r>
      <w:r>
        <w:rPr>
          <w:b w:val="0"/>
          <w:i w:val="0"/>
          <w:smallCaps w:val="0"/>
          <w:strike w:val="0"/>
          <w:u w:val="none"/>
        </w:rPr>
        <w:t xml:space="preserve"> </w:t>
      </w:r>
      <w:r>
        <w:rPr>
          <w:b/>
          <w:i w:val="0"/>
          <w:smallCaps w:val="0"/>
          <w:strike w:val="0"/>
          <w:u w:val="single"/>
        </w:rPr>
        <w:t>funneled revenue</w:t>
      </w:r>
      <w:r>
        <w:rPr>
          <w:b w:val="0"/>
          <w:i w:val="0"/>
          <w:smallCaps w:val="0"/>
          <w:strike w:val="0"/>
          <w:u w:val="none"/>
        </w:rPr>
        <w:t xml:space="preserve"> </w:t>
      </w:r>
      <w:r>
        <w:rPr>
          <w:b w:val="0"/>
          <w:i w:val="0"/>
          <w:smallCaps w:val="0"/>
          <w:strike w:val="0"/>
          <w:u w:val="single"/>
        </w:rPr>
        <w:t>out of the domestic economy,</w:t>
      </w:r>
      <w:r>
        <w:rPr>
          <w:b w:val="0"/>
          <w:i w:val="0"/>
          <w:smallCaps w:val="0"/>
          <w:strike w:val="0"/>
          <w:u w:val="none"/>
        </w:rPr>
        <w:t xml:space="preserve"> </w:t>
      </w:r>
      <w:r>
        <w:rPr>
          <w:b w:val="0"/>
          <w:i w:val="0"/>
          <w:smallCaps w:val="0"/>
          <w:strike w:val="0"/>
          <w:u w:val="none"/>
        </w:rPr>
        <w:t>further</w:t>
      </w:r>
      <w:r>
        <w:rPr>
          <w:b w:val="0"/>
          <w:i w:val="0"/>
          <w:smallCaps w:val="0"/>
          <w:strike w:val="0"/>
          <w:u w:val="none"/>
        </w:rPr>
        <w:t xml:space="preserve"> </w:t>
      </w:r>
      <w:r>
        <w:rPr>
          <w:b/>
          <w:i w:val="0"/>
          <w:smallCaps w:val="0"/>
          <w:strike w:val="0"/>
          <w:u w:val="single"/>
        </w:rPr>
        <w:t>impoverished</w:t>
      </w:r>
      <w:r>
        <w:rPr>
          <w:b w:val="0"/>
          <w:i w:val="0"/>
          <w:smallCaps w:val="0"/>
          <w:strike w:val="0"/>
          <w:u w:val="none"/>
        </w:rPr>
        <w:t xml:space="preserve"> </w:t>
      </w:r>
      <w:r>
        <w:rPr>
          <w:b w:val="0"/>
          <w:i w:val="0"/>
          <w:smallCaps w:val="0"/>
          <w:strike w:val="0"/>
          <w:u w:val="single"/>
        </w:rPr>
        <w:t>the country,</w:t>
      </w:r>
      <w:r>
        <w:rPr>
          <w:b w:val="0"/>
          <w:i w:val="0"/>
          <w:smallCaps w:val="0"/>
          <w:strike w:val="0"/>
          <w:u w:val="none"/>
        </w:rPr>
        <w:t xml:space="preserve"> </w:t>
      </w:r>
      <w:r>
        <w:rPr>
          <w:b/>
          <w:i w:val="0"/>
          <w:smallCaps w:val="0"/>
          <w:strike w:val="0"/>
          <w:u w:val="single"/>
        </w:rPr>
        <w:t xml:space="preserve">hollowed out </w:t>
      </w:r>
      <w:r>
        <w:rPr>
          <w:b w:val="0"/>
          <w:i w:val="0"/>
          <w:smallCaps w:val="0"/>
          <w:strike w:val="0"/>
          <w:u w:val="single"/>
        </w:rPr>
        <w:t>security institutions,</w:t>
      </w:r>
      <w:r>
        <w:rPr>
          <w:b w:val="0"/>
          <w:i w:val="0"/>
          <w:smallCaps w:val="0"/>
          <w:strike w:val="0"/>
          <w:u w:val="none"/>
        </w:rPr>
        <w:t xml:space="preserve"> </w:t>
      </w:r>
      <w:r>
        <w:rPr>
          <w:b/>
          <w:i w:val="0"/>
          <w:smallCaps w:val="0"/>
          <w:strike w:val="0"/>
          <w:u w:val="single"/>
        </w:rPr>
        <w:t>undermined</w:t>
      </w:r>
      <w:r>
        <w:rPr>
          <w:b w:val="0"/>
          <w:i w:val="0"/>
          <w:smallCaps w:val="0"/>
          <w:strike w:val="0"/>
          <w:u w:val="none"/>
        </w:rPr>
        <w:t xml:space="preserve"> </w:t>
      </w:r>
      <w:r>
        <w:rPr>
          <w:b w:val="0"/>
          <w:i w:val="0"/>
          <w:smallCaps w:val="0"/>
          <w:strike w:val="0"/>
          <w:u w:val="none"/>
        </w:rPr>
        <w:t>the</w:t>
      </w:r>
      <w:r>
        <w:rPr>
          <w:b w:val="0"/>
          <w:i w:val="0"/>
          <w:smallCaps w:val="0"/>
          <w:strike w:val="0"/>
          <w:u w:val="none"/>
        </w:rPr>
        <w:t xml:space="preserve"> </w:t>
      </w:r>
      <w:r>
        <w:rPr>
          <w:b/>
          <w:i w:val="0"/>
          <w:smallCaps w:val="0"/>
          <w:strike w:val="0"/>
          <w:u w:val="single"/>
        </w:rPr>
        <w:t>legitimacy</w:t>
      </w:r>
      <w:r>
        <w:rPr>
          <w:b w:val="0"/>
          <w:i w:val="0"/>
          <w:smallCaps w:val="0"/>
          <w:strike w:val="0"/>
          <w:u w:val="none"/>
        </w:rPr>
        <w:t xml:space="preserve"> </w:t>
      </w:r>
      <w:r>
        <w:rPr>
          <w:b w:val="0"/>
          <w:i w:val="0"/>
          <w:smallCaps w:val="0"/>
          <w:strike w:val="0"/>
          <w:u w:val="single"/>
        </w:rPr>
        <w:t>of the state, and fueled recruitment by</w:t>
      </w:r>
      <w:r>
        <w:rPr>
          <w:b w:val="0"/>
          <w:i w:val="0"/>
          <w:smallCaps w:val="0"/>
          <w:strike w:val="0"/>
          <w:u w:val="none"/>
        </w:rPr>
        <w:t xml:space="preserve"> </w:t>
      </w:r>
      <w:r>
        <w:rPr>
          <w:b w:val="0"/>
          <w:i w:val="0"/>
          <w:smallCaps w:val="0"/>
          <w:strike w:val="0"/>
          <w:u w:val="none"/>
        </w:rPr>
        <w:t>insurgent and</w:t>
      </w:r>
      <w:r>
        <w:rPr>
          <w:b w:val="0"/>
          <w:i w:val="0"/>
          <w:smallCaps w:val="0"/>
          <w:strike w:val="0"/>
          <w:u w:val="none"/>
        </w:rPr>
        <w:t xml:space="preserve"> </w:t>
      </w:r>
      <w:r>
        <w:rPr>
          <w:b w:val="0"/>
          <w:i w:val="0"/>
          <w:smallCaps w:val="0"/>
          <w:strike w:val="0"/>
          <w:u w:val="single"/>
        </w:rPr>
        <w:t>terrorist</w:t>
      </w:r>
      <w:r>
        <w:rPr>
          <w:b w:val="0"/>
          <w:i w:val="0"/>
          <w:smallCaps w:val="0"/>
          <w:strike w:val="0"/>
          <w:u w:val="none"/>
        </w:rPr>
        <w:t xml:space="preserve"> </w:t>
      </w:r>
      <w:r>
        <w:rPr>
          <w:b w:val="0"/>
          <w:i w:val="0"/>
          <w:smallCaps w:val="0"/>
          <w:strike w:val="0"/>
          <w:u w:val="none"/>
        </w:rPr>
        <w:t>group</w:t>
      </w:r>
      <w:r>
        <w:rPr>
          <w:b w:val="0"/>
          <w:i w:val="0"/>
          <w:smallCaps w:val="0"/>
          <w:strike w:val="0"/>
          <w:u w:val="single"/>
        </w:rPr>
        <w:t>s.</w:t>
      </w:r>
      <w:r>
        <w:rPr>
          <w:b w:val="0"/>
          <w:i w:val="0"/>
          <w:smallCaps w:val="0"/>
          <w:strike w:val="0"/>
          <w:u w:val="none"/>
        </w:rPr>
        <w:t xml:space="preserve"> </w:t>
      </w:r>
      <w:r>
        <w:rPr>
          <w:b w:val="0"/>
          <w:i w:val="0"/>
          <w:smallCaps w:val="0"/>
          <w:strike w:val="0"/>
          <w:u w:val="none"/>
        </w:rPr>
        <w:t>Kleptocracy also has economic effects that slow growth, thereby undercutting political stability. Corruption distorts markets by adding costs and creating inefficiencies, and it deters Foreign Direct Investment. ● The “Convergence” among terrorism, organized crime, corruption and illicit power structures The convergence of terrorism, organized crime, corruption, and illicit power structures constitutes an alternative, parasitic, global political economy that represents an existential threat to societies based on the rule of law. Their effects have been exacerbated by the dramatic increase in the flow of goods and services, money, people, and data that have resulted from globalization. Terrorists and criminals take advantage of these same flow paths and are able to do so invisibly as their transactions are lost in the overwhelming volume of licit and illicit transactions. There is an increasing level of organizational collusion between international terrorist organizations, organized crime and networked insurgencies (e.g., Hezbollah and the Sinaloa cartel). This threat is compounded by the collusion of “mafia states” that utilize the traditional tools of statecraft, such as passports, airline and shipping registries, and diplomatic pouches, to provide free passage to engage in criminal activity. ● Criminalized Power Structures: Leading Spoilers of Peace and Stability Operations Criminalized power structures, defined as</w:t>
      </w:r>
      <w:r>
        <w:rPr>
          <w:b w:val="0"/>
          <w:i w:val="0"/>
          <w:smallCaps w:val="0"/>
          <w:strike w:val="0"/>
          <w:u w:val="none"/>
        </w:rPr>
        <w:t xml:space="preserve"> </w:t>
      </w:r>
      <w:r>
        <w:rPr>
          <w:b w:val="0"/>
          <w:i w:val="0"/>
          <w:smallCaps w:val="0"/>
          <w:strike w:val="0"/>
          <w:u w:val="single"/>
        </w:rPr>
        <w:t>regimes that</w:t>
      </w:r>
      <w:r>
        <w:rPr>
          <w:b w:val="0"/>
          <w:i w:val="0"/>
          <w:smallCaps w:val="0"/>
          <w:strike w:val="0"/>
          <w:u w:val="none"/>
        </w:rPr>
        <w:t xml:space="preserve"> </w:t>
      </w:r>
      <w:r>
        <w:rPr>
          <w:b w:val="0"/>
          <w:i w:val="0"/>
          <w:smallCaps w:val="0"/>
          <w:strike w:val="0"/>
          <w:u w:val="single"/>
        </w:rPr>
        <w:t>obtain</w:t>
      </w:r>
      <w:r>
        <w:rPr>
          <w:b w:val="0"/>
          <w:i w:val="0"/>
          <w:smallCaps w:val="0"/>
          <w:strike w:val="0"/>
          <w:u w:val="none"/>
        </w:rPr>
        <w:t xml:space="preserve"> </w:t>
      </w:r>
      <w:r>
        <w:rPr>
          <w:b w:val="0"/>
          <w:i w:val="0"/>
          <w:smallCaps w:val="0"/>
          <w:strike w:val="0"/>
          <w:u w:val="none"/>
        </w:rPr>
        <w:t>and maintain</w:t>
      </w:r>
      <w:r>
        <w:rPr>
          <w:b w:val="0"/>
          <w:i w:val="0"/>
          <w:smallCaps w:val="0"/>
          <w:strike w:val="0"/>
          <w:u w:val="none"/>
        </w:rPr>
        <w:t xml:space="preserve"> </w:t>
      </w:r>
      <w:r>
        <w:rPr>
          <w:b w:val="0"/>
          <w:i w:val="0"/>
          <w:smallCaps w:val="0"/>
          <w:strike w:val="0"/>
          <w:u w:val="single"/>
        </w:rPr>
        <w:t>power through</w:t>
      </w:r>
      <w:r>
        <w:rPr>
          <w:b w:val="0"/>
          <w:i w:val="0"/>
          <w:smallCaps w:val="0"/>
          <w:strike w:val="0"/>
          <w:u w:val="none"/>
        </w:rPr>
        <w:t xml:space="preserve"> </w:t>
      </w:r>
      <w:r>
        <w:rPr>
          <w:b w:val="0"/>
          <w:i w:val="0"/>
          <w:smallCaps w:val="0"/>
          <w:strike w:val="0"/>
          <w:u w:val="single"/>
        </w:rPr>
        <w:t>exploit</w:t>
      </w:r>
      <w:r>
        <w:rPr>
          <w:b w:val="0"/>
          <w:i w:val="0"/>
          <w:smallCaps w:val="0"/>
          <w:strike w:val="0"/>
          <w:u w:val="none"/>
        </w:rPr>
        <w:t>ation of</w:t>
      </w:r>
      <w:r>
        <w:rPr>
          <w:b w:val="0"/>
          <w:i w:val="0"/>
          <w:smallCaps w:val="0"/>
          <w:strike w:val="0"/>
          <w:u w:val="none"/>
        </w:rPr>
        <w:t xml:space="preserve"> </w:t>
      </w:r>
      <w:r>
        <w:rPr>
          <w:b/>
          <w:i w:val="0"/>
          <w:smallCaps w:val="0"/>
          <w:strike w:val="0"/>
          <w:u w:val="single"/>
        </w:rPr>
        <w:t>illicit revenue</w:t>
      </w:r>
      <w:r>
        <w:rPr>
          <w:b w:val="0"/>
          <w:i w:val="0"/>
          <w:smallCaps w:val="0"/>
          <w:strike w:val="0"/>
          <w:u w:val="none"/>
        </w:rPr>
        <w:t>, have been responsible for obstructing or</w:t>
      </w:r>
      <w:r>
        <w:rPr>
          <w:b w:val="0"/>
          <w:i w:val="0"/>
          <w:smallCaps w:val="0"/>
          <w:strike w:val="0"/>
          <w:u w:val="none"/>
        </w:rPr>
        <w:t xml:space="preserve"> </w:t>
      </w:r>
      <w:r>
        <w:rPr>
          <w:b w:val="0"/>
          <w:i w:val="0"/>
          <w:smallCaps w:val="0"/>
          <w:strike w:val="0"/>
          <w:u w:val="single"/>
        </w:rPr>
        <w:t>thwart</w:t>
      </w:r>
      <w:r>
        <w:rPr>
          <w:b w:val="0"/>
          <w:i w:val="0"/>
          <w:smallCaps w:val="0"/>
          <w:strike w:val="0"/>
          <w:u w:val="none"/>
        </w:rPr>
        <w:t>ing</w:t>
      </w:r>
      <w:r>
        <w:rPr>
          <w:b w:val="0"/>
          <w:i w:val="0"/>
          <w:smallCaps w:val="0"/>
          <w:strike w:val="0"/>
          <w:u w:val="none"/>
        </w:rPr>
        <w:t xml:space="preserve"> </w:t>
      </w:r>
      <w:r>
        <w:rPr>
          <w:b w:val="0"/>
          <w:i w:val="0"/>
          <w:smallCaps w:val="0"/>
          <w:strike w:val="0"/>
          <w:u w:val="single"/>
        </w:rPr>
        <w:t>peace processes in</w:t>
      </w:r>
      <w:r>
        <w:rPr>
          <w:b w:val="0"/>
          <w:i w:val="0"/>
          <w:smallCaps w:val="0"/>
          <w:strike w:val="0"/>
          <w:u w:val="none"/>
        </w:rPr>
        <w:t xml:space="preserve"> </w:t>
      </w:r>
      <w:r>
        <w:rPr>
          <w:b w:val="0"/>
          <w:i w:val="0"/>
          <w:smallCaps w:val="0"/>
          <w:strike w:val="0"/>
          <w:u w:val="single"/>
        </w:rPr>
        <w:t>at least</w:t>
      </w:r>
      <w:r>
        <w:rPr>
          <w:b w:val="0"/>
          <w:i w:val="0"/>
          <w:smallCaps w:val="0"/>
          <w:strike w:val="0"/>
          <w:u w:val="none"/>
        </w:rPr>
        <w:t xml:space="preserve"> </w:t>
      </w:r>
      <w:r>
        <w:rPr>
          <w:b/>
          <w:i w:val="0"/>
          <w:smallCaps w:val="0"/>
          <w:strike w:val="0"/>
          <w:u w:val="single"/>
        </w:rPr>
        <w:t>70</w:t>
      </w:r>
      <w:r>
        <w:rPr>
          <w:b w:val="0"/>
          <w:i w:val="0"/>
          <w:smallCaps w:val="0"/>
          <w:strike w:val="0"/>
          <w:u w:val="none"/>
        </w:rPr>
        <w:t>%</w:t>
      </w:r>
      <w:r>
        <w:rPr>
          <w:b w:val="0"/>
          <w:i w:val="0"/>
          <w:smallCaps w:val="0"/>
          <w:strike w:val="0"/>
          <w:u w:val="none"/>
        </w:rPr>
        <w:t xml:space="preserve"> </w:t>
      </w:r>
      <w:r>
        <w:rPr>
          <w:b/>
          <w:i w:val="0"/>
          <w:smallCaps w:val="0"/>
          <w:strike w:val="0"/>
          <w:u w:val="single"/>
        </w:rPr>
        <w:t>[percent]</w:t>
      </w:r>
      <w:r>
        <w:rPr>
          <w:b w:val="0"/>
          <w:i w:val="0"/>
          <w:smallCaps w:val="0"/>
          <w:strike w:val="0"/>
          <w:u w:val="none"/>
        </w:rPr>
        <w:t xml:space="preserve"> </w:t>
      </w:r>
      <w:r>
        <w:rPr>
          <w:b w:val="0"/>
          <w:i w:val="0"/>
          <w:smallCaps w:val="0"/>
          <w:strike w:val="0"/>
          <w:u w:val="single"/>
        </w:rPr>
        <w:t>o</w:t>
      </w:r>
      <w:r>
        <w:rPr>
          <w:b w:val="0"/>
          <w:i w:val="0"/>
          <w:smallCaps w:val="0"/>
          <w:strike w:val="0"/>
          <w:u w:val="single"/>
        </w:rPr>
        <w:t>f the internal</w:t>
      </w:r>
      <w:r>
        <w:rPr>
          <w:b w:val="0"/>
          <w:i w:val="0"/>
          <w:smallCaps w:val="0"/>
          <w:strike w:val="0"/>
          <w:u w:val="none"/>
        </w:rPr>
        <w:t xml:space="preserve"> </w:t>
      </w:r>
      <w:r>
        <w:rPr>
          <w:b w:val="0"/>
          <w:i w:val="0"/>
          <w:smallCaps w:val="0"/>
          <w:strike w:val="0"/>
          <w:u w:val="single"/>
        </w:rPr>
        <w:t>conflicts in which the U</w:t>
      </w:r>
      <w:r>
        <w:rPr>
          <w:b w:val="0"/>
          <w:i w:val="0"/>
          <w:smallCaps w:val="0"/>
          <w:strike w:val="0"/>
          <w:u w:val="none"/>
        </w:rPr>
        <w:t>nited</w:t>
      </w:r>
      <w:r>
        <w:rPr>
          <w:b w:val="0"/>
          <w:i w:val="0"/>
          <w:smallCaps w:val="0"/>
          <w:strike w:val="0"/>
          <w:u w:val="none"/>
        </w:rPr>
        <w:t xml:space="preserve"> </w:t>
      </w:r>
      <w:r>
        <w:rPr>
          <w:b w:val="0"/>
          <w:i w:val="0"/>
          <w:smallCaps w:val="0"/>
          <w:strike w:val="0"/>
          <w:u w:val="single"/>
        </w:rPr>
        <w:t>N</w:t>
      </w:r>
      <w:r>
        <w:rPr>
          <w:b w:val="0"/>
          <w:i w:val="0"/>
          <w:smallCaps w:val="0"/>
          <w:strike w:val="0"/>
          <w:u w:val="none"/>
        </w:rPr>
        <w:t>ations has</w:t>
      </w:r>
      <w:r>
        <w:rPr>
          <w:b w:val="0"/>
          <w:i w:val="0"/>
          <w:smallCaps w:val="0"/>
          <w:strike w:val="0"/>
          <w:u w:val="none"/>
        </w:rPr>
        <w:t xml:space="preserve"> </w:t>
      </w:r>
      <w:r>
        <w:rPr>
          <w:b w:val="0"/>
          <w:i w:val="0"/>
          <w:smallCaps w:val="0"/>
          <w:strike w:val="0"/>
          <w:u w:val="single"/>
        </w:rPr>
        <w:t>intervened</w:t>
      </w:r>
      <w:r>
        <w:rPr>
          <w:b w:val="0"/>
          <w:i w:val="0"/>
          <w:smallCaps w:val="0"/>
          <w:strike w:val="0"/>
          <w:u w:val="none"/>
        </w:rPr>
        <w:t xml:space="preserve"> </w:t>
      </w:r>
      <w:r>
        <w:rPr>
          <w:b w:val="0"/>
          <w:i w:val="0"/>
          <w:smallCaps w:val="0"/>
          <w:strike w:val="0"/>
          <w:u w:val="none"/>
        </w:rPr>
        <w:t>since 1990.7</w:t>
      </w:r>
      <w:r>
        <w:rPr>
          <w:b w:val="0"/>
          <w:i w:val="0"/>
          <w:smallCaps w:val="0"/>
          <w:strike w:val="0"/>
          <w:u w:val="none"/>
        </w:rPr>
        <w:t xml:space="preserve"> </w:t>
      </w:r>
      <w:r>
        <w:rPr>
          <w:b w:val="0"/>
          <w:i w:val="0"/>
          <w:smallCaps w:val="0"/>
          <w:strike w:val="0"/>
          <w:u w:val="single"/>
        </w:rPr>
        <w:t>When the</w:t>
      </w:r>
      <w:r>
        <w:rPr>
          <w:b w:val="0"/>
          <w:i w:val="0"/>
          <w:smallCaps w:val="0"/>
          <w:strike w:val="0"/>
          <w:u w:val="none"/>
        </w:rPr>
        <w:t xml:space="preserve"> </w:t>
      </w:r>
      <w:r>
        <w:rPr>
          <w:b/>
          <w:i w:val="0"/>
          <w:smallCaps w:val="0"/>
          <w:strike w:val="0"/>
          <w:u w:val="single"/>
        </w:rPr>
        <w:t>U.S.</w:t>
      </w:r>
      <w:r>
        <w:rPr>
          <w:b w:val="0"/>
          <w:i w:val="0"/>
          <w:smallCaps w:val="0"/>
          <w:strike w:val="0"/>
          <w:u w:val="none"/>
        </w:rPr>
        <w:t xml:space="preserve"> </w:t>
      </w:r>
      <w:r>
        <w:rPr>
          <w:b w:val="0"/>
          <w:i w:val="0"/>
          <w:smallCaps w:val="0"/>
          <w:strike w:val="0"/>
          <w:u w:val="single"/>
        </w:rPr>
        <w:t>has been involved</w:t>
      </w:r>
      <w:r>
        <w:rPr>
          <w:b w:val="0"/>
          <w:i w:val="0"/>
          <w:smallCaps w:val="0"/>
          <w:strike w:val="0"/>
          <w:u w:val="none"/>
        </w:rPr>
        <w:t>--and this has included both peace and stability operations--</w:t>
      </w:r>
      <w:r>
        <w:rPr>
          <w:b w:val="0"/>
          <w:i w:val="0"/>
          <w:smallCaps w:val="0"/>
          <w:strike w:val="0"/>
          <w:u w:val="single"/>
        </w:rPr>
        <w:t>the figure rises to</w:t>
      </w:r>
      <w:r>
        <w:rPr>
          <w:b/>
          <w:i w:val="0"/>
          <w:smallCaps w:val="0"/>
          <w:strike w:val="0"/>
          <w:u w:val="single"/>
        </w:rPr>
        <w:t>100</w:t>
      </w:r>
      <w:r>
        <w:rPr>
          <w:b w:val="0"/>
          <w:i w:val="0"/>
          <w:smallCaps w:val="0"/>
          <w:strike w:val="0"/>
          <w:u w:val="none"/>
        </w:rPr>
        <w:t>%</w:t>
      </w:r>
      <w:r>
        <w:rPr>
          <w:b w:val="0"/>
          <w:i w:val="0"/>
          <w:smallCaps w:val="0"/>
          <w:strike w:val="0"/>
          <w:u w:val="none"/>
        </w:rPr>
        <w:t xml:space="preserve"> </w:t>
      </w:r>
      <w:r>
        <w:rPr>
          <w:b/>
          <w:i w:val="0"/>
          <w:smallCaps w:val="0"/>
          <w:strike w:val="0"/>
          <w:u w:val="single"/>
        </w:rPr>
        <w:t>[percent]</w:t>
      </w:r>
      <w:r>
        <w:rPr>
          <w:b w:val="0"/>
          <w:i w:val="0"/>
          <w:smallCaps w:val="0"/>
          <w:strike w:val="0"/>
          <w:u w:val="none"/>
        </w:rPr>
        <w:t xml:space="preserve"> </w:t>
      </w:r>
      <w:r>
        <w:rPr>
          <w:b w:val="0"/>
          <w:i w:val="0"/>
          <w:smallCaps w:val="0"/>
          <w:strike w:val="0"/>
          <w:u w:val="none"/>
        </w:rPr>
        <w:t>(i.e., Somalia, Haiti, Bosnia, Kosovo, Afghanistan, and Iraq). Both the U.S. and the international community chronically overlook this problem. In the ten case studies examined in Criminalized Power Structures: The Overlooked Enemies of Peace, almost</w:t>
      </w:r>
      <w:r>
        <w:rPr>
          <w:b w:val="0"/>
          <w:i w:val="0"/>
          <w:smallCaps w:val="0"/>
          <w:strike w:val="0"/>
          <w:u w:val="none"/>
        </w:rPr>
        <w:t xml:space="preserve"> </w:t>
      </w:r>
      <w:r>
        <w:rPr>
          <w:b/>
          <w:i w:val="0"/>
          <w:smallCaps w:val="0"/>
          <w:strike w:val="0"/>
          <w:u w:val="single"/>
        </w:rPr>
        <w:t xml:space="preserve">five </w:t>
      </w:r>
      <w:r>
        <w:rPr>
          <w:b/>
          <w:i w:val="0"/>
          <w:smallCaps w:val="0"/>
          <w:strike w:val="0"/>
          <w:u w:val="single"/>
        </w:rPr>
        <w:t>years el</w:t>
      </w:r>
      <w:r>
        <w:rPr>
          <w:b/>
          <w:i w:val="0"/>
          <w:smallCaps w:val="0"/>
          <w:strike w:val="0"/>
          <w:highlight w:val="cyan"/>
          <w:u w:val="single"/>
        </w:rPr>
        <w:t>apsed</w:t>
      </w:r>
      <w:r>
        <w:rPr>
          <w:b w:val="0"/>
          <w:i w:val="0"/>
          <w:smallCaps w:val="0"/>
          <w:strike w:val="0"/>
          <w:highlight w:val="cyan"/>
          <w:u w:val="none"/>
        </w:rPr>
        <w:t xml:space="preserve"> </w:t>
      </w:r>
      <w:r>
        <w:rPr>
          <w:b w:val="0"/>
          <w:i w:val="0"/>
          <w:smallCaps w:val="0"/>
          <w:strike w:val="0"/>
          <w:highlight w:val="cyan"/>
          <w:u w:val="single"/>
        </w:rPr>
        <w:t>before</w:t>
      </w:r>
      <w:r>
        <w:rPr>
          <w:b w:val="0"/>
          <w:i w:val="0"/>
          <w:smallCaps w:val="0"/>
          <w:strike w:val="0"/>
          <w:u w:val="single"/>
        </w:rPr>
        <w:t xml:space="preserve"> missions</w:t>
      </w:r>
      <w:r>
        <w:rPr>
          <w:b w:val="0"/>
          <w:i w:val="0"/>
          <w:smallCaps w:val="0"/>
          <w:strike w:val="0"/>
          <w:u w:val="none"/>
        </w:rPr>
        <w:t xml:space="preserve"> </w:t>
      </w:r>
      <w:r>
        <w:rPr>
          <w:b w:val="0"/>
          <w:i w:val="0"/>
          <w:smallCaps w:val="0"/>
          <w:strike w:val="0"/>
          <w:u w:val="single"/>
        </w:rPr>
        <w:t>had the</w:t>
      </w:r>
      <w:r>
        <w:rPr>
          <w:b w:val="0"/>
          <w:i w:val="0"/>
          <w:smallCaps w:val="0"/>
          <w:strike w:val="0"/>
          <w:u w:val="none"/>
        </w:rPr>
        <w:t xml:space="preserve"> </w:t>
      </w:r>
      <w:r>
        <w:rPr>
          <w:b/>
          <w:i w:val="0"/>
          <w:smallCaps w:val="0"/>
          <w:strike w:val="0"/>
          <w:u w:val="single"/>
        </w:rPr>
        <w:t>mandate</w:t>
      </w:r>
      <w:r>
        <w:rPr>
          <w:b w:val="0"/>
          <w:i w:val="0"/>
          <w:smallCaps w:val="0"/>
          <w:strike w:val="0"/>
          <w:u w:val="none"/>
        </w:rPr>
        <w:t xml:space="preserve"> </w:t>
      </w:r>
      <w:r>
        <w:rPr>
          <w:b w:val="0"/>
          <w:i w:val="0"/>
          <w:smallCaps w:val="0"/>
          <w:strike w:val="0"/>
          <w:u w:val="single"/>
        </w:rPr>
        <w:t>and</w:t>
      </w:r>
      <w:r>
        <w:rPr>
          <w:b w:val="0"/>
          <w:i w:val="0"/>
          <w:smallCaps w:val="0"/>
          <w:strike w:val="0"/>
          <w:u w:val="none"/>
        </w:rPr>
        <w:t xml:space="preserve"> </w:t>
      </w:r>
      <w:r>
        <w:rPr>
          <w:b/>
          <w:i w:val="0"/>
          <w:smallCaps w:val="0"/>
          <w:strike w:val="0"/>
          <w:u w:val="single"/>
        </w:rPr>
        <w:t>means</w:t>
      </w:r>
      <w:r>
        <w:rPr>
          <w:b w:val="0"/>
          <w:i w:val="0"/>
          <w:smallCaps w:val="0"/>
          <w:strike w:val="0"/>
          <w:u w:val="none"/>
        </w:rPr>
        <w:t xml:space="preserve"> </w:t>
      </w:r>
      <w:r>
        <w:rPr>
          <w:b w:val="0"/>
          <w:i w:val="0"/>
          <w:smallCaps w:val="0"/>
          <w:strike w:val="0"/>
          <w:u w:val="single"/>
        </w:rPr>
        <w:t>to mount a strategy to</w:t>
      </w:r>
      <w:r>
        <w:rPr>
          <w:b w:val="0"/>
          <w:i w:val="0"/>
          <w:smallCaps w:val="0"/>
          <w:strike w:val="0"/>
          <w:u w:val="none"/>
        </w:rPr>
        <w:t xml:space="preserve"> </w:t>
      </w:r>
      <w:r>
        <w:rPr>
          <w:b w:val="0"/>
          <w:i w:val="0"/>
          <w:smallCaps w:val="0"/>
          <w:strike w:val="0"/>
          <w:u w:val="single"/>
        </w:rPr>
        <w:t>confront</w:t>
      </w:r>
      <w:r>
        <w:rPr>
          <w:b w:val="0"/>
          <w:i w:val="0"/>
          <w:smallCaps w:val="0"/>
          <w:strike w:val="0"/>
          <w:u w:val="none"/>
        </w:rPr>
        <w:t xml:space="preserve"> </w:t>
      </w:r>
      <w:r>
        <w:rPr>
          <w:b w:val="0"/>
          <w:i w:val="0"/>
          <w:smallCaps w:val="0"/>
          <w:strike w:val="0"/>
          <w:u w:val="single"/>
        </w:rPr>
        <w:t>their</w:t>
      </w:r>
      <w:r>
        <w:rPr>
          <w:b w:val="0"/>
          <w:i w:val="0"/>
          <w:smallCaps w:val="0"/>
          <w:strike w:val="0"/>
          <w:u w:val="none"/>
        </w:rPr>
        <w:t xml:space="preserve"> </w:t>
      </w:r>
      <w:r>
        <w:rPr>
          <w:b/>
          <w:i w:val="0"/>
          <w:smallCaps w:val="0"/>
          <w:strike w:val="0"/>
          <w:u w:val="single"/>
        </w:rPr>
        <w:t>kleptocratic spoilers</w:t>
      </w:r>
      <w:r>
        <w:rPr>
          <w:b w:val="0"/>
          <w:i w:val="0"/>
          <w:smallCaps w:val="0"/>
          <w:strike w:val="0"/>
          <w:u w:val="single"/>
        </w:rPr>
        <w:t>.</w:t>
      </w:r>
      <w:r>
        <w:rPr>
          <w:b w:val="0"/>
          <w:i w:val="0"/>
          <w:smallCaps w:val="0"/>
          <w:strike w:val="0"/>
          <w:u w:val="none"/>
        </w:rPr>
        <w:t>8</w:t>
      </w:r>
      <w:r>
        <w:rPr>
          <w:b w:val="0"/>
          <w:i w:val="0"/>
          <w:smallCaps w:val="0"/>
          <w:strike w:val="0"/>
          <w:u w:val="none"/>
        </w:rPr>
        <w:t xml:space="preserve"> </w:t>
      </w:r>
      <w:r>
        <w:rPr>
          <w:b w:val="0"/>
          <w:i w:val="0"/>
          <w:smallCaps w:val="0"/>
          <w:strike w:val="0"/>
          <w:u w:val="single"/>
        </w:rPr>
        <w:t>Not only had</w:t>
      </w:r>
      <w:r>
        <w:rPr>
          <w:b w:val="0"/>
          <w:i w:val="0"/>
          <w:smallCaps w:val="0"/>
          <w:strike w:val="0"/>
          <w:u w:val="none"/>
        </w:rPr>
        <w:t xml:space="preserve"> </w:t>
      </w:r>
      <w:r>
        <w:rPr>
          <w:b w:val="0"/>
          <w:i w:val="0"/>
          <w:smallCaps w:val="0"/>
          <w:strike w:val="0"/>
          <w:u w:val="single"/>
        </w:rPr>
        <w:t>the</w:t>
      </w:r>
      <w:r>
        <w:rPr>
          <w:b w:val="0"/>
          <w:i w:val="0"/>
          <w:smallCaps w:val="0"/>
          <w:strike w:val="0"/>
          <w:u w:val="single"/>
        </w:rPr>
        <w:t>“</w:t>
      </w:r>
      <w:r>
        <w:rPr>
          <w:b/>
          <w:i w:val="0"/>
          <w:smallCaps w:val="0"/>
          <w:strike w:val="0"/>
          <w:u w:val="single"/>
        </w:rPr>
        <w:t>golden hour</w:t>
      </w:r>
      <w:r>
        <w:rPr>
          <w:b w:val="0"/>
          <w:i w:val="0"/>
          <w:smallCaps w:val="0"/>
          <w:strike w:val="0"/>
          <w:u w:val="single"/>
        </w:rPr>
        <w:t>” been</w:t>
      </w:r>
      <w:r>
        <w:rPr>
          <w:b w:val="0"/>
          <w:i w:val="0"/>
          <w:smallCaps w:val="0"/>
          <w:strike w:val="0"/>
          <w:u w:val="none"/>
        </w:rPr>
        <w:t xml:space="preserve"> </w:t>
      </w:r>
      <w:r>
        <w:rPr>
          <w:b/>
          <w:i w:val="0"/>
          <w:smallCaps w:val="0"/>
          <w:strike w:val="0"/>
          <w:u w:val="single"/>
        </w:rPr>
        <w:t>squandered</w:t>
      </w:r>
      <w:r>
        <w:rPr>
          <w:b w:val="0"/>
          <w:i w:val="0"/>
          <w:smallCaps w:val="0"/>
          <w:strike w:val="0"/>
          <w:u w:val="single"/>
        </w:rPr>
        <w:t>,</w:t>
      </w:r>
      <w:r>
        <w:rPr>
          <w:b w:val="0"/>
          <w:i w:val="0"/>
          <w:smallCaps w:val="0"/>
          <w:strike w:val="0"/>
          <w:u w:val="none"/>
        </w:rPr>
        <w:t xml:space="preserve"> </w:t>
      </w:r>
      <w:r>
        <w:rPr>
          <w:b w:val="0"/>
          <w:i w:val="0"/>
          <w:smallCaps w:val="0"/>
          <w:strike w:val="0"/>
          <w:u w:val="single"/>
        </w:rPr>
        <w:t>the</w:t>
      </w:r>
      <w:r>
        <w:rPr>
          <w:b w:val="0"/>
          <w:i w:val="0"/>
          <w:smallCaps w:val="0"/>
          <w:strike w:val="0"/>
          <w:u w:val="none"/>
        </w:rPr>
        <w:t xml:space="preserve"> </w:t>
      </w:r>
      <w:r>
        <w:rPr>
          <w:b/>
          <w:i w:val="0"/>
          <w:smallCaps w:val="0"/>
          <w:strike w:val="0"/>
          <w:u w:val="single"/>
        </w:rPr>
        <w:t>legitim</w:t>
      </w:r>
      <w:r>
        <w:rPr>
          <w:b/>
          <w:i w:val="0"/>
          <w:smallCaps w:val="0"/>
          <w:strike w:val="0"/>
          <w:highlight w:val="cyan"/>
          <w:u w:val="single"/>
        </w:rPr>
        <w:t>acy</w:t>
      </w:r>
      <w:r>
        <w:rPr>
          <w:b w:val="0"/>
          <w:i w:val="0"/>
          <w:smallCaps w:val="0"/>
          <w:strike w:val="0"/>
          <w:highlight w:val="cyan"/>
          <w:u w:val="none"/>
        </w:rPr>
        <w:t xml:space="preserve"> </w:t>
      </w:r>
      <w:r>
        <w:rPr>
          <w:b w:val="0"/>
          <w:i w:val="0"/>
          <w:smallCaps w:val="0"/>
          <w:strike w:val="0"/>
          <w:highlight w:val="cyan"/>
          <w:u w:val="single"/>
        </w:rPr>
        <w:t>of the</w:t>
      </w:r>
      <w:r>
        <w:rPr>
          <w:b w:val="0"/>
          <w:i w:val="0"/>
          <w:smallCaps w:val="0"/>
          <w:strike w:val="0"/>
          <w:u w:val="single"/>
        </w:rPr>
        <w:t xml:space="preserve"> mission had</w:t>
      </w:r>
      <w:r>
        <w:rPr>
          <w:b w:val="0"/>
          <w:i w:val="0"/>
          <w:smallCaps w:val="0"/>
          <w:strike w:val="0"/>
          <w:u w:val="none"/>
        </w:rPr>
        <w:t xml:space="preserve"> </w:t>
      </w:r>
      <w:r>
        <w:rPr>
          <w:b w:val="0"/>
          <w:i w:val="0"/>
          <w:smallCaps w:val="0"/>
          <w:strike w:val="0"/>
          <w:u w:val="none"/>
        </w:rPr>
        <w:t>typically</w:t>
      </w:r>
      <w:r>
        <w:rPr>
          <w:b w:val="0"/>
          <w:i w:val="0"/>
          <w:smallCaps w:val="0"/>
          <w:strike w:val="0"/>
          <w:u w:val="none"/>
        </w:rPr>
        <w:t xml:space="preserve"> </w:t>
      </w:r>
      <w:r>
        <w:rPr>
          <w:b w:val="0"/>
          <w:i w:val="0"/>
          <w:smallCaps w:val="0"/>
          <w:strike w:val="0"/>
          <w:u w:val="single"/>
        </w:rPr>
        <w:t>been</w:t>
      </w:r>
      <w:r>
        <w:rPr>
          <w:b w:val="0"/>
          <w:i w:val="0"/>
          <w:smallCaps w:val="0"/>
          <w:strike w:val="0"/>
          <w:u w:val="none"/>
        </w:rPr>
        <w:t xml:space="preserve"> </w:t>
      </w:r>
      <w:r>
        <w:rPr>
          <w:b/>
          <w:i w:val="0"/>
          <w:smallCaps w:val="0"/>
          <w:strike w:val="0"/>
          <w:u w:val="single"/>
        </w:rPr>
        <w:t>severely</w:t>
      </w:r>
      <w:r>
        <w:rPr>
          <w:b w:val="0"/>
          <w:i w:val="0"/>
          <w:smallCaps w:val="0"/>
          <w:strike w:val="0"/>
          <w:u w:val="none"/>
        </w:rPr>
        <w:t xml:space="preserve"> </w:t>
      </w:r>
      <w:r>
        <w:rPr>
          <w:b/>
          <w:i w:val="0"/>
          <w:smallCaps w:val="0"/>
          <w:strike w:val="0"/>
          <w:u w:val="single"/>
        </w:rPr>
        <w:t>compromised</w:t>
      </w:r>
      <w:r>
        <w:rPr>
          <w:b w:val="0"/>
          <w:i w:val="0"/>
          <w:smallCaps w:val="0"/>
          <w:strike w:val="0"/>
          <w:u w:val="single"/>
        </w:rPr>
        <w:t>.</w:t>
      </w:r>
      <w:r>
        <w:rPr>
          <w:b w:val="0"/>
          <w:i w:val="0"/>
          <w:smallCaps w:val="0"/>
          <w:strike w:val="0"/>
          <w:u w:val="none"/>
        </w:rPr>
        <w:t xml:space="preserve"> </w:t>
      </w:r>
      <w:r>
        <w:rPr>
          <w:b w:val="0"/>
          <w:i w:val="0"/>
          <w:smallCaps w:val="0"/>
          <w:strike w:val="0"/>
          <w:u w:val="none"/>
        </w:rPr>
        <w:t>This is perhaps</w:t>
      </w:r>
      <w:r>
        <w:rPr>
          <w:b w:val="0"/>
          <w:i w:val="0"/>
          <w:smallCaps w:val="0"/>
          <w:strike w:val="0"/>
          <w:u w:val="none"/>
        </w:rPr>
        <w:t xml:space="preserve"> </w:t>
      </w:r>
      <w:r>
        <w:rPr>
          <w:b w:val="0"/>
          <w:i w:val="0"/>
          <w:smallCaps w:val="0"/>
          <w:strike w:val="0"/>
          <w:u w:val="single"/>
        </w:rPr>
        <w:t>the</w:t>
      </w:r>
      <w:r>
        <w:rPr>
          <w:b w:val="0"/>
          <w:i w:val="0"/>
          <w:smallCaps w:val="0"/>
          <w:strike w:val="0"/>
          <w:u w:val="none"/>
        </w:rPr>
        <w:t xml:space="preserve"> </w:t>
      </w:r>
      <w:r>
        <w:rPr>
          <w:b/>
          <w:i w:val="0"/>
          <w:smallCaps w:val="0"/>
          <w:strike w:val="0"/>
          <w:u w:val="single"/>
        </w:rPr>
        <w:t>most likely</w:t>
      </w:r>
      <w:r>
        <w:rPr>
          <w:b w:val="0"/>
          <w:i w:val="0"/>
          <w:smallCaps w:val="0"/>
          <w:strike w:val="0"/>
          <w:u w:val="single"/>
        </w:rPr>
        <w:t>explanatory</w:t>
      </w:r>
      <w:r>
        <w:rPr>
          <w:b w:val="0"/>
          <w:i w:val="0"/>
          <w:smallCaps w:val="0"/>
          <w:strike w:val="0"/>
          <w:u w:val="none"/>
        </w:rPr>
        <w:t xml:space="preserve"> </w:t>
      </w:r>
      <w:r>
        <w:rPr>
          <w:b w:val="0"/>
          <w:i w:val="0"/>
          <w:smallCaps w:val="0"/>
          <w:strike w:val="0"/>
          <w:u w:val="single"/>
        </w:rPr>
        <w:t>factor for</w:t>
      </w:r>
      <w:r>
        <w:rPr>
          <w:b w:val="0"/>
          <w:i w:val="0"/>
          <w:smallCaps w:val="0"/>
          <w:strike w:val="0"/>
          <w:u w:val="none"/>
        </w:rPr>
        <w:t xml:space="preserve"> </w:t>
      </w:r>
      <w:r>
        <w:rPr>
          <w:b w:val="0"/>
          <w:i w:val="0"/>
          <w:smallCaps w:val="0"/>
          <w:strike w:val="0"/>
          <w:u w:val="single"/>
        </w:rPr>
        <w:t>the</w:t>
      </w:r>
      <w:r>
        <w:rPr>
          <w:b w:val="0"/>
          <w:i w:val="0"/>
          <w:smallCaps w:val="0"/>
          <w:strike w:val="0"/>
          <w:u w:val="none"/>
        </w:rPr>
        <w:t xml:space="preserve"> </w:t>
      </w:r>
      <w:r>
        <w:rPr>
          <w:b/>
          <w:i w:val="0"/>
          <w:smallCaps w:val="0"/>
          <w:strike w:val="0"/>
          <w:u w:val="single"/>
        </w:rPr>
        <w:t>50</w:t>
      </w:r>
      <w:r>
        <w:rPr>
          <w:b w:val="0"/>
          <w:i w:val="0"/>
          <w:smallCaps w:val="0"/>
          <w:strike w:val="0"/>
          <w:u w:val="none"/>
        </w:rPr>
        <w:t>%</w:t>
      </w:r>
      <w:r>
        <w:rPr>
          <w:b w:val="0"/>
          <w:i w:val="0"/>
          <w:smallCaps w:val="0"/>
          <w:strike w:val="0"/>
          <w:u w:val="none"/>
        </w:rPr>
        <w:t xml:space="preserve"> </w:t>
      </w:r>
      <w:r>
        <w:rPr>
          <w:b/>
          <w:i w:val="0"/>
          <w:smallCaps w:val="0"/>
          <w:strike w:val="0"/>
          <w:u w:val="single"/>
        </w:rPr>
        <w:t>[percen</w:t>
      </w:r>
      <w:r>
        <w:rPr>
          <w:b/>
          <w:i w:val="0"/>
          <w:smallCaps w:val="0"/>
          <w:strike w:val="0"/>
          <w:highlight w:val="cyan"/>
          <w:u w:val="single"/>
        </w:rPr>
        <w:t>t]</w:t>
      </w:r>
      <w:r>
        <w:rPr>
          <w:b w:val="0"/>
          <w:i w:val="0"/>
          <w:smallCaps w:val="0"/>
          <w:strike w:val="0"/>
          <w:highlight w:val="cyan"/>
          <w:u w:val="none"/>
        </w:rPr>
        <w:t xml:space="preserve"> </w:t>
      </w:r>
      <w:r>
        <w:rPr>
          <w:b/>
          <w:i w:val="0"/>
          <w:smallCaps w:val="0"/>
          <w:strike w:val="0"/>
          <w:highlight w:val="cyan"/>
          <w:u w:val="single"/>
        </w:rPr>
        <w:t>rate of return</w:t>
      </w:r>
      <w:r>
        <w:rPr>
          <w:b w:val="0"/>
          <w:i w:val="0"/>
          <w:smallCaps w:val="0"/>
          <w:strike w:val="0"/>
          <w:highlight w:val="cyan"/>
          <w:u w:val="none"/>
        </w:rPr>
        <w:t xml:space="preserve"> </w:t>
      </w:r>
      <w:r>
        <w:rPr>
          <w:b w:val="0"/>
          <w:i w:val="0"/>
          <w:smallCaps w:val="0"/>
          <w:strike w:val="0"/>
          <w:highlight w:val="cyan"/>
          <w:u w:val="single"/>
        </w:rPr>
        <w:t>to</w:t>
      </w:r>
      <w:r>
        <w:rPr>
          <w:b w:val="0"/>
          <w:i w:val="0"/>
          <w:smallCaps w:val="0"/>
          <w:strike w:val="0"/>
          <w:u w:val="single"/>
        </w:rPr>
        <w:t xml:space="preserve"> conflict</w:t>
      </w:r>
      <w:r>
        <w:rPr>
          <w:b w:val="0"/>
          <w:i w:val="0"/>
          <w:smallCaps w:val="0"/>
          <w:strike w:val="0"/>
          <w:u w:val="none"/>
        </w:rPr>
        <w:t xml:space="preserve"> </w:t>
      </w:r>
      <w:r>
        <w:rPr>
          <w:b w:val="0"/>
          <w:i w:val="0"/>
          <w:smallCaps w:val="0"/>
          <w:strike w:val="0"/>
          <w:u w:val="none"/>
        </w:rPr>
        <w:t>with</w:t>
      </w:r>
      <w:r>
        <w:rPr>
          <w:b w:val="0"/>
          <w:i w:val="0"/>
          <w:smallCaps w:val="0"/>
          <w:strike w:val="0"/>
          <w:u w:val="single"/>
        </w:rPr>
        <w:t>in</w:t>
      </w:r>
      <w:r>
        <w:rPr>
          <w:b w:val="0"/>
          <w:i w:val="0"/>
          <w:smallCaps w:val="0"/>
          <w:strike w:val="0"/>
          <w:u w:val="none"/>
        </w:rPr>
        <w:t xml:space="preserve"> </w:t>
      </w:r>
      <w:r>
        <w:rPr>
          <w:b/>
          <w:i w:val="0"/>
          <w:smallCaps w:val="0"/>
          <w:strike w:val="0"/>
          <w:u w:val="single"/>
        </w:rPr>
        <w:t>five years</w:t>
      </w:r>
      <w:r>
        <w:rPr>
          <w:b w:val="0"/>
          <w:i w:val="0"/>
          <w:smallCaps w:val="0"/>
          <w:strike w:val="0"/>
          <w:u w:val="none"/>
        </w:rPr>
        <w:t xml:space="preserve"> </w:t>
      </w:r>
      <w:r>
        <w:rPr>
          <w:b w:val="0"/>
          <w:i w:val="0"/>
          <w:smallCaps w:val="0"/>
          <w:strike w:val="0"/>
          <w:u w:val="single"/>
        </w:rPr>
        <w:t>after</w:t>
      </w:r>
      <w:r>
        <w:rPr>
          <w:b w:val="0"/>
          <w:i w:val="0"/>
          <w:smallCaps w:val="0"/>
          <w:strike w:val="0"/>
          <w:u w:val="none"/>
        </w:rPr>
        <w:t xml:space="preserve"> </w:t>
      </w:r>
      <w:r>
        <w:rPr>
          <w:b w:val="0"/>
          <w:i w:val="0"/>
          <w:smallCaps w:val="0"/>
          <w:strike w:val="0"/>
          <w:u w:val="none"/>
        </w:rPr>
        <w:t>an</w:t>
      </w:r>
      <w:r>
        <w:rPr>
          <w:b w:val="0"/>
          <w:i w:val="0"/>
          <w:smallCaps w:val="0"/>
          <w:strike w:val="0"/>
          <w:u w:val="none"/>
        </w:rPr>
        <w:t xml:space="preserve"> </w:t>
      </w:r>
      <w:r>
        <w:rPr>
          <w:b w:val="0"/>
          <w:i w:val="0"/>
          <w:smallCaps w:val="0"/>
          <w:strike w:val="0"/>
          <w:u w:val="single"/>
        </w:rPr>
        <w:t>international intervention</w:t>
      </w:r>
      <w:r>
        <w:rPr>
          <w:b w:val="0"/>
          <w:i w:val="0"/>
          <w:smallCaps w:val="0"/>
          <w:strike w:val="0"/>
          <w:u w:val="none"/>
        </w:rPr>
        <w:t>, as claimed by Kofi Annan.9 ● Violent kleptocracy as the source of genocide “Violent kleptocracy” is a system of state capture in which ruling networks hijack governing institutions for the purpose of looting public coffers and natural resource wealth. The state is thus transformed from an institution that is supposed to provide social and educational services and employment opportunities for its citizens and to safeguard the rule of law into a predatory criminal enterprise that does quite the opposite.</w:t>
      </w:r>
      <w:r>
        <w:rPr>
          <w:b w:val="0"/>
          <w:i w:val="0"/>
          <w:smallCaps w:val="0"/>
          <w:strike w:val="0"/>
          <w:u w:val="none"/>
        </w:rPr>
        <w:t xml:space="preserve"> </w:t>
      </w:r>
      <w:r>
        <w:rPr>
          <w:b w:val="0"/>
          <w:i w:val="0"/>
          <w:smallCaps w:val="0"/>
          <w:strike w:val="0"/>
          <w:u w:val="single"/>
        </w:rPr>
        <w:t>Ruling</w:t>
      </w:r>
      <w:r>
        <w:rPr>
          <w:b w:val="0"/>
          <w:i w:val="0"/>
          <w:smallCaps w:val="0"/>
          <w:strike w:val="0"/>
          <w:u w:val="none"/>
        </w:rPr>
        <w:t xml:space="preserve"> </w:t>
      </w:r>
      <w:r>
        <w:rPr>
          <w:b w:val="0"/>
          <w:i w:val="0"/>
          <w:smallCaps w:val="0"/>
          <w:strike w:val="0"/>
          <w:u w:val="single"/>
        </w:rPr>
        <w:t>kleptocratic networks</w:t>
      </w:r>
      <w:r>
        <w:rPr>
          <w:b w:val="0"/>
          <w:i w:val="0"/>
          <w:smallCaps w:val="0"/>
          <w:strike w:val="0"/>
          <w:u w:val="none"/>
        </w:rPr>
        <w:t xml:space="preserve"> </w:t>
      </w:r>
      <w:r>
        <w:rPr>
          <w:b/>
          <w:i w:val="0"/>
          <w:smallCaps w:val="0"/>
          <w:strike w:val="0"/>
          <w:u w:val="single"/>
        </w:rPr>
        <w:t>utilize violence</w:t>
      </w:r>
      <w:r>
        <w:rPr>
          <w:b w:val="0"/>
          <w:i w:val="0"/>
          <w:smallCaps w:val="0"/>
          <w:strike w:val="0"/>
          <w:u w:val="none"/>
        </w:rPr>
        <w:t xml:space="preserve"> </w:t>
      </w:r>
      <w:r>
        <w:rPr>
          <w:b w:val="0"/>
          <w:i w:val="0"/>
          <w:smallCaps w:val="0"/>
          <w:strike w:val="0"/>
          <w:u w:val="single"/>
        </w:rPr>
        <w:t>to</w:t>
      </w:r>
      <w:r>
        <w:rPr>
          <w:b w:val="0"/>
          <w:i w:val="0"/>
          <w:smallCaps w:val="0"/>
          <w:strike w:val="0"/>
          <w:u w:val="none"/>
        </w:rPr>
        <w:t xml:space="preserve"> </w:t>
      </w:r>
      <w:r>
        <w:rPr>
          <w:b/>
          <w:i w:val="0"/>
          <w:smallCaps w:val="0"/>
          <w:strike w:val="0"/>
          <w:u w:val="single"/>
        </w:rPr>
        <w:t>maintain power</w:t>
      </w:r>
      <w:r>
        <w:rPr>
          <w:b w:val="0"/>
          <w:i w:val="0"/>
          <w:smallCaps w:val="0"/>
          <w:strike w:val="0"/>
          <w:u w:val="none"/>
        </w:rPr>
        <w:t xml:space="preserve"> </w:t>
      </w:r>
      <w:r>
        <w:rPr>
          <w:b w:val="0"/>
          <w:i w:val="0"/>
          <w:smallCaps w:val="0"/>
          <w:strike w:val="0"/>
          <w:u w:val="single"/>
        </w:rPr>
        <w:t>and</w:t>
      </w:r>
      <w:r>
        <w:rPr>
          <w:b w:val="0"/>
          <w:i w:val="0"/>
          <w:smallCaps w:val="0"/>
          <w:strike w:val="0"/>
          <w:u w:val="none"/>
        </w:rPr>
        <w:t xml:space="preserve"> </w:t>
      </w:r>
      <w:r>
        <w:rPr>
          <w:b/>
          <w:i w:val="0"/>
          <w:smallCaps w:val="0"/>
          <w:strike w:val="0"/>
          <w:u w:val="single"/>
        </w:rPr>
        <w:t>repress dissenting voices</w:t>
      </w:r>
      <w:r>
        <w:rPr>
          <w:b w:val="0"/>
          <w:i w:val="0"/>
          <w:smallCaps w:val="0"/>
          <w:strike w:val="0"/>
          <w:u w:val="none"/>
        </w:rPr>
        <w:t xml:space="preserve"> </w:t>
      </w:r>
      <w:r>
        <w:rPr>
          <w:b w:val="0"/>
          <w:i w:val="0"/>
          <w:smallCaps w:val="0"/>
          <w:strike w:val="0"/>
          <w:u w:val="single"/>
        </w:rPr>
        <w:t xml:space="preserve">leading </w:t>
      </w:r>
      <w:r>
        <w:rPr>
          <w:b w:val="0"/>
          <w:i w:val="0"/>
          <w:smallCaps w:val="0"/>
          <w:strike w:val="0"/>
          <w:highlight w:val="cyan"/>
          <w:u w:val="single"/>
        </w:rPr>
        <w:t>to</w:t>
      </w:r>
      <w:r>
        <w:rPr>
          <w:b w:val="0"/>
          <w:i w:val="0"/>
          <w:smallCaps w:val="0"/>
          <w:strike w:val="0"/>
          <w:highlight w:val="cyan"/>
          <w:u w:val="none"/>
        </w:rPr>
        <w:t xml:space="preserve"> </w:t>
      </w:r>
      <w:r>
        <w:rPr>
          <w:b w:val="0"/>
          <w:i w:val="0"/>
          <w:smallCaps w:val="0"/>
          <w:strike w:val="0"/>
          <w:highlight w:val="cyan"/>
          <w:u w:val="single"/>
        </w:rPr>
        <w:t>a</w:t>
      </w:r>
      <w:r>
        <w:rPr>
          <w:b w:val="0"/>
          <w:i w:val="0"/>
          <w:smallCaps w:val="0"/>
          <w:strike w:val="0"/>
          <w:highlight w:val="cyan"/>
          <w:u w:val="none"/>
        </w:rPr>
        <w:t xml:space="preserve"> </w:t>
      </w:r>
      <w:r>
        <w:rPr>
          <w:b w:val="0"/>
          <w:i w:val="0"/>
          <w:smallCaps w:val="0"/>
          <w:strike w:val="0"/>
          <w:highlight w:val="cyan"/>
          <w:u w:val="single"/>
        </w:rPr>
        <w:t>propensity</w:t>
      </w:r>
      <w:r>
        <w:rPr>
          <w:b w:val="0"/>
          <w:i w:val="0"/>
          <w:smallCaps w:val="0"/>
          <w:strike w:val="0"/>
          <w:u w:val="single"/>
        </w:rPr>
        <w:t xml:space="preserve"> for conflicts </w:t>
      </w:r>
      <w:r>
        <w:rPr>
          <w:b w:val="0"/>
          <w:i w:val="0"/>
          <w:smallCaps w:val="0"/>
          <w:strike w:val="0"/>
          <w:highlight w:val="cyan"/>
          <w:u w:val="single"/>
        </w:rPr>
        <w:t>to</w:t>
      </w:r>
      <w:r>
        <w:rPr>
          <w:b w:val="0"/>
          <w:i w:val="0"/>
          <w:smallCaps w:val="0"/>
          <w:strike w:val="0"/>
          <w:highlight w:val="cyan"/>
          <w:u w:val="none"/>
        </w:rPr>
        <w:t xml:space="preserve"> </w:t>
      </w:r>
      <w:r>
        <w:rPr>
          <w:b/>
          <w:i w:val="0"/>
          <w:smallCaps w:val="0"/>
          <w:strike w:val="0"/>
          <w:highlight w:val="cyan"/>
          <w:u w:val="single"/>
        </w:rPr>
        <w:t>spiral out of control</w:t>
      </w:r>
      <w:r>
        <w:rPr>
          <w:b w:val="0"/>
          <w:i w:val="0"/>
          <w:smallCaps w:val="0"/>
          <w:strike w:val="0"/>
          <w:highlight w:val="cyan"/>
          <w:u w:val="none"/>
        </w:rPr>
        <w:t xml:space="preserve"> </w:t>
      </w:r>
      <w:r>
        <w:rPr>
          <w:b w:val="0"/>
          <w:i w:val="0"/>
          <w:smallCaps w:val="0"/>
          <w:strike w:val="0"/>
          <w:highlight w:val="cyan"/>
          <w:u w:val="single"/>
        </w:rPr>
        <w:t>and</w:t>
      </w:r>
      <w:r>
        <w:rPr>
          <w:b w:val="0"/>
          <w:i w:val="0"/>
          <w:smallCaps w:val="0"/>
          <w:strike w:val="0"/>
          <w:highlight w:val="cyan"/>
          <w:u w:val="none"/>
        </w:rPr>
        <w:t xml:space="preserve"> </w:t>
      </w:r>
      <w:r>
        <w:rPr>
          <w:b/>
          <w:i w:val="0"/>
          <w:smallCaps w:val="0"/>
          <w:strike w:val="0"/>
          <w:highlight w:val="cyan"/>
          <w:u w:val="single"/>
        </w:rPr>
        <w:t>precipitate</w:t>
      </w:r>
      <w:r>
        <w:rPr>
          <w:b w:val="0"/>
          <w:i w:val="0"/>
          <w:smallCaps w:val="0"/>
          <w:strike w:val="0"/>
          <w:u w:val="none"/>
        </w:rPr>
        <w:t xml:space="preserve"> </w:t>
      </w:r>
      <w:r>
        <w:rPr>
          <w:b w:val="0"/>
          <w:i w:val="0"/>
          <w:smallCaps w:val="0"/>
          <w:strike w:val="0"/>
          <w:u w:val="none"/>
        </w:rPr>
        <w:t>mass atrocities and</w:t>
      </w:r>
      <w:r>
        <w:rPr>
          <w:b w:val="0"/>
          <w:i w:val="0"/>
          <w:smallCaps w:val="0"/>
          <w:strike w:val="0"/>
          <w:u w:val="none"/>
        </w:rPr>
        <w:t xml:space="preserve"> </w:t>
      </w:r>
      <w:r>
        <w:rPr>
          <w:b/>
          <w:i w:val="0"/>
          <w:smallCaps w:val="0"/>
          <w:strike w:val="0"/>
          <w:u w:val="single"/>
        </w:rPr>
        <w:t>genocide</w:t>
      </w:r>
      <w:r>
        <w:rPr>
          <w:b w:val="0"/>
          <w:i w:val="0"/>
          <w:smallCaps w:val="0"/>
          <w:strike w:val="0"/>
          <w:u w:val="single"/>
        </w:rPr>
        <w:t>.</w:t>
      </w:r>
      <w:r>
        <w:rPr>
          <w:b w:val="0"/>
          <w:i w:val="0"/>
          <w:smallCaps w:val="0"/>
          <w:strike w:val="0"/>
          <w:u w:val="none"/>
        </w:rPr>
        <w:t xml:space="preserve"> </w:t>
      </w:r>
      <w:r>
        <w:rPr>
          <w:b w:val="0"/>
          <w:i w:val="0"/>
          <w:smallCaps w:val="0"/>
          <w:strike w:val="0"/>
          <w:u w:val="single"/>
        </w:rPr>
        <w:t>Terrorist</w:t>
      </w:r>
      <w:r>
        <w:rPr>
          <w:b w:val="0"/>
          <w:i w:val="0"/>
          <w:smallCaps w:val="0"/>
          <w:strike w:val="0"/>
          <w:u w:val="none"/>
        </w:rPr>
        <w:t xml:space="preserve"> </w:t>
      </w:r>
      <w:r>
        <w:rPr>
          <w:b w:val="0"/>
          <w:i w:val="0"/>
          <w:smallCaps w:val="0"/>
          <w:strike w:val="0"/>
          <w:u w:val="none"/>
        </w:rPr>
        <w:t>organization</w:t>
      </w:r>
      <w:r>
        <w:rPr>
          <w:b w:val="0"/>
          <w:i w:val="0"/>
          <w:smallCaps w:val="0"/>
          <w:strike w:val="0"/>
          <w:u w:val="single"/>
        </w:rPr>
        <w:t>s, militias, and rebel</w:t>
      </w:r>
      <w:r>
        <w:rPr>
          <w:b w:val="0"/>
          <w:i w:val="0"/>
          <w:smallCaps w:val="0"/>
          <w:strike w:val="0"/>
          <w:u w:val="none"/>
        </w:rPr>
        <w:t xml:space="preserve"> </w:t>
      </w:r>
      <w:r>
        <w:rPr>
          <w:b w:val="0"/>
          <w:i w:val="0"/>
          <w:smallCaps w:val="0"/>
          <w:strike w:val="0"/>
          <w:u w:val="none"/>
        </w:rPr>
        <w:t>group</w:t>
      </w:r>
      <w:r>
        <w:rPr>
          <w:b w:val="0"/>
          <w:i w:val="0"/>
          <w:smallCaps w:val="0"/>
          <w:strike w:val="0"/>
          <w:u w:val="single"/>
        </w:rPr>
        <w:t>s</w:t>
      </w:r>
      <w:r>
        <w:rPr>
          <w:b w:val="0"/>
          <w:i w:val="0"/>
          <w:smallCaps w:val="0"/>
          <w:strike w:val="0"/>
          <w:u w:val="none"/>
        </w:rPr>
        <w:t xml:space="preserve"> </w:t>
      </w:r>
      <w:r>
        <w:rPr>
          <w:b w:val="0"/>
          <w:i w:val="0"/>
          <w:smallCaps w:val="0"/>
          <w:strike w:val="0"/>
          <w:u w:val="none"/>
        </w:rPr>
        <w:t>can also</w:t>
      </w:r>
      <w:r>
        <w:rPr>
          <w:b w:val="0"/>
          <w:i w:val="0"/>
          <w:smallCaps w:val="0"/>
          <w:strike w:val="0"/>
          <w:u w:val="none"/>
        </w:rPr>
        <w:t xml:space="preserve"> </w:t>
      </w:r>
      <w:r>
        <w:rPr>
          <w:b w:val="0"/>
          <w:i w:val="0"/>
          <w:smallCaps w:val="0"/>
          <w:strike w:val="0"/>
          <w:u w:val="single"/>
        </w:rPr>
        <w:t>control territory</w:t>
      </w:r>
      <w:r>
        <w:rPr>
          <w:b w:val="0"/>
          <w:i w:val="0"/>
          <w:smallCaps w:val="0"/>
          <w:strike w:val="0"/>
          <w:u w:val="none"/>
        </w:rPr>
        <w:t xml:space="preserve"> </w:t>
      </w:r>
      <w:r>
        <w:rPr>
          <w:b w:val="0"/>
          <w:i w:val="0"/>
          <w:smallCaps w:val="0"/>
          <w:strike w:val="0"/>
          <w:u w:val="none"/>
        </w:rPr>
        <w:t>and operate in a similar manner. The most prominent</w:t>
      </w:r>
      <w:r>
        <w:rPr>
          <w:b w:val="0"/>
          <w:i w:val="0"/>
          <w:smallCaps w:val="0"/>
          <w:strike w:val="0"/>
          <w:u w:val="none"/>
        </w:rPr>
        <w:t xml:space="preserve"> </w:t>
      </w:r>
      <w:r>
        <w:rPr>
          <w:b w:val="0"/>
          <w:i w:val="0"/>
          <w:smallCaps w:val="0"/>
          <w:strike w:val="0"/>
          <w:u w:val="single"/>
        </w:rPr>
        <w:t>current examples in Africa are South Sudan,</w:t>
      </w:r>
      <w:r>
        <w:rPr>
          <w:b w:val="0"/>
          <w:i w:val="0"/>
          <w:smallCaps w:val="0"/>
          <w:strike w:val="0"/>
          <w:u w:val="none"/>
        </w:rPr>
        <w:t xml:space="preserve"> </w:t>
      </w:r>
      <w:r>
        <w:rPr>
          <w:b/>
          <w:i w:val="0"/>
          <w:smallCaps w:val="0"/>
          <w:strike w:val="0"/>
          <w:u w:val="single"/>
        </w:rPr>
        <w:t>Sudan</w:t>
      </w:r>
      <w:r>
        <w:rPr>
          <w:b w:val="0"/>
          <w:i w:val="0"/>
          <w:smallCaps w:val="0"/>
          <w:strike w:val="0"/>
          <w:u w:val="none"/>
        </w:rPr>
        <w:t>, Democratic Republic of the</w:t>
      </w:r>
      <w:r>
        <w:rPr>
          <w:b w:val="0"/>
          <w:i w:val="0"/>
          <w:smallCaps w:val="0"/>
          <w:strike w:val="0"/>
          <w:u w:val="none"/>
        </w:rPr>
        <w:t xml:space="preserve"> </w:t>
      </w:r>
      <w:r>
        <w:rPr>
          <w:b/>
          <w:i w:val="0"/>
          <w:smallCaps w:val="0"/>
          <w:strike w:val="0"/>
          <w:u w:val="single"/>
        </w:rPr>
        <w:t>Congo</w:t>
      </w:r>
      <w:r>
        <w:rPr>
          <w:b w:val="0"/>
          <w:i w:val="0"/>
          <w:smallCaps w:val="0"/>
          <w:strike w:val="0"/>
          <w:u w:val="none"/>
        </w:rPr>
        <w:t>,</w:t>
      </w:r>
      <w:r>
        <w:rPr>
          <w:b w:val="0"/>
          <w:i w:val="0"/>
          <w:smallCaps w:val="0"/>
          <w:strike w:val="0"/>
          <w:u w:val="none"/>
        </w:rPr>
        <w:t xml:space="preserve"> </w:t>
      </w:r>
      <w:r>
        <w:rPr>
          <w:b/>
          <w:i w:val="0"/>
          <w:smallCaps w:val="0"/>
          <w:strike w:val="0"/>
          <w:u w:val="single"/>
        </w:rPr>
        <w:t>C</w:t>
      </w:r>
      <w:r>
        <w:rPr>
          <w:b w:val="0"/>
          <w:i w:val="0"/>
          <w:smallCaps w:val="0"/>
          <w:strike w:val="0"/>
          <w:u w:val="none"/>
        </w:rPr>
        <w:t>entral</w:t>
      </w:r>
      <w:r>
        <w:rPr>
          <w:b w:val="0"/>
          <w:i w:val="0"/>
          <w:smallCaps w:val="0"/>
          <w:strike w:val="0"/>
          <w:u w:val="none"/>
        </w:rPr>
        <w:t xml:space="preserve"> </w:t>
      </w:r>
      <w:r>
        <w:rPr>
          <w:b/>
          <w:i w:val="0"/>
          <w:smallCaps w:val="0"/>
          <w:strike w:val="0"/>
          <w:u w:val="single"/>
        </w:rPr>
        <w:t>A</w:t>
      </w:r>
      <w:r>
        <w:rPr>
          <w:b w:val="0"/>
          <w:i w:val="0"/>
          <w:smallCaps w:val="0"/>
          <w:strike w:val="0"/>
          <w:u w:val="none"/>
        </w:rPr>
        <w:t>frican</w:t>
      </w:r>
      <w:r>
        <w:rPr>
          <w:b w:val="0"/>
          <w:i w:val="0"/>
          <w:smallCaps w:val="0"/>
          <w:strike w:val="0"/>
          <w:u w:val="none"/>
        </w:rPr>
        <w:t xml:space="preserve"> </w:t>
      </w:r>
      <w:r>
        <w:rPr>
          <w:b/>
          <w:i w:val="0"/>
          <w:smallCaps w:val="0"/>
          <w:strike w:val="0"/>
          <w:u w:val="single"/>
        </w:rPr>
        <w:t>R</w:t>
      </w:r>
      <w:r>
        <w:rPr>
          <w:b w:val="0"/>
          <w:i w:val="0"/>
          <w:smallCaps w:val="0"/>
          <w:strike w:val="0"/>
          <w:u w:val="none"/>
        </w:rPr>
        <w:t>epublic,</w:t>
      </w:r>
      <w:r>
        <w:rPr>
          <w:b w:val="0"/>
          <w:i w:val="0"/>
          <w:smallCaps w:val="0"/>
          <w:strike w:val="0"/>
          <w:u w:val="none"/>
        </w:rPr>
        <w:t xml:space="preserve"> </w:t>
      </w:r>
      <w:r>
        <w:rPr>
          <w:b w:val="0"/>
          <w:i w:val="0"/>
          <w:smallCaps w:val="0"/>
          <w:strike w:val="0"/>
          <w:u w:val="single"/>
        </w:rPr>
        <w:t>and</w:t>
      </w:r>
      <w:r>
        <w:rPr>
          <w:b w:val="0"/>
          <w:i w:val="0"/>
          <w:smallCaps w:val="0"/>
          <w:strike w:val="0"/>
          <w:u w:val="none"/>
        </w:rPr>
        <w:t xml:space="preserve"> </w:t>
      </w:r>
      <w:r>
        <w:rPr>
          <w:b/>
          <w:i w:val="0"/>
          <w:smallCaps w:val="0"/>
          <w:strike w:val="0"/>
          <w:u w:val="single"/>
        </w:rPr>
        <w:t>Somalia</w:t>
      </w:r>
      <w:r>
        <w:rPr>
          <w:b w:val="0"/>
          <w:i w:val="0"/>
          <w:smallCaps w:val="0"/>
          <w:strike w:val="0"/>
          <w:u w:val="single"/>
        </w:rPr>
        <w:t>.</w:t>
      </w:r>
      <w:r>
        <w:rPr>
          <w:b w:val="0"/>
          <w:i w:val="0"/>
          <w:smallCaps w:val="0"/>
          <w:strike w:val="0"/>
          <w:u w:val="none"/>
        </w:rPr>
        <w:t xml:space="preserve"> </w:t>
      </w:r>
      <w:r>
        <w:rPr>
          <w:b w:val="0"/>
          <w:i w:val="0"/>
          <w:smallCaps w:val="0"/>
          <w:strike w:val="0"/>
          <w:u w:val="none"/>
        </w:rPr>
        <w:t>Previous African conflicts that have metastasized under the influence of violent kleptocracies include Angola, Liberia and Sierra Leone. In all cases, the result has been destabilized/ungoverned regions, humanitarian crises, and gross human rights violations that have frequently led to mass atrocities and genocide.</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