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 heg is key to </w:t>
      </w:r>
      <w:r>
        <w:rPr>
          <w:b/>
          <w:i w:val="0"/>
          <w:smallCaps w:val="0"/>
          <w:strike w:val="0"/>
          <w:sz w:val="26"/>
          <w:u w:val="single"/>
        </w:rPr>
        <w:t>multilateral</w:t>
      </w:r>
      <w:r>
        <w:rPr>
          <w:b/>
          <w:i w:val="0"/>
          <w:smallCaps w:val="0"/>
          <w:strike w:val="0"/>
          <w:sz w:val="26"/>
          <w:u w:val="none"/>
        </w:rPr>
        <w:t xml:space="preserve"> cooperation that solves a </w:t>
      </w:r>
      <w:r>
        <w:rPr>
          <w:b/>
          <w:i w:val="0"/>
          <w:smallCaps w:val="0"/>
          <w:strike w:val="0"/>
          <w:sz w:val="26"/>
          <w:u w:val="single"/>
        </w:rPr>
        <w:t>laundry list</w:t>
      </w:r>
      <w:r>
        <w:rPr>
          <w:b/>
          <w:i w:val="0"/>
          <w:smallCaps w:val="0"/>
          <w:strike w:val="0"/>
          <w:sz w:val="26"/>
          <w:u w:val="none"/>
        </w:rPr>
        <w:t xml:space="preserve"> – including but transition causes instability and conflict</w:t>
      </w:r>
    </w:p>
    <w:p>
      <w:pPr>
        <w:spacing w:after="80"/>
      </w:pPr>
      <w:r>
        <w:rPr>
          <w:b/>
          <w:i w:val="0"/>
          <w:smallCaps w:val="0"/>
          <w:strike w:val="0"/>
          <w:sz w:val="26"/>
          <w:u w:val="none"/>
        </w:rPr>
        <w:t>Keck 14</w:t>
      </w:r>
      <w:r>
        <w:rPr>
          <w:b w:val="0"/>
          <w:i w:val="0"/>
          <w:smallCaps w:val="0"/>
          <w:strike w:val="0"/>
          <w:u w:val="none"/>
        </w:rPr>
        <w:t xml:space="preserve"> – </w:t>
      </w:r>
      <w:r>
        <w:rPr>
          <w:b w:val="0"/>
          <w:i w:val="0"/>
          <w:smallCaps w:val="0"/>
          <w:strike w:val="0"/>
          <w:u w:val="none"/>
        </w:rPr>
        <w:t xml:space="preserve">Zachary Keck was formerly Managing Editor of </w:t>
      </w:r>
      <w:r>
        <w:rPr>
          <w:b w:val="0"/>
          <w:i/>
          <w:smallCaps w:val="0"/>
          <w:strike w:val="0"/>
          <w:u w:val="none"/>
        </w:rPr>
        <w:t>The Diplomat</w:t>
      </w:r>
      <w:r>
        <w:rPr>
          <w:b w:val="0"/>
          <w:i w:val="0"/>
          <w:smallCaps w:val="0"/>
          <w:strike w:val="0"/>
          <w:u w:val="none"/>
        </w:rPr>
        <w:t xml:space="preserve"> where he authored </w:t>
      </w:r>
      <w:r>
        <w:rPr>
          <w:b w:val="0"/>
          <w:i w:val="0"/>
          <w:smallCaps w:val="0"/>
          <w:strike w:val="0"/>
          <w:u w:val="none"/>
        </w:rPr>
        <w:t xml:space="preserve"> blog.</w:t>
      </w:r>
      <w:r>
        <w:rPr>
          <w:b w:val="0"/>
          <w:i w:val="0"/>
          <w:smallCaps w:val="0"/>
          <w:strike w:val="0"/>
          <w:u w:val="none"/>
        </w:rPr>
        <w:t xml:space="preserve"> </w:t>
      </w:r>
      <w:r>
        <w:rPr>
          <w:b w:val="0"/>
          <w:i w:val="0"/>
          <w:smallCaps w:val="0"/>
          <w:strike w:val="0"/>
          <w:u w:val="none"/>
        </w:rPr>
        <w:t xml:space="preserve">Previously, he worked as Deputy Editor of </w:t>
      </w:r>
      <w:r>
        <w:rPr>
          <w:b w:val="0"/>
          <w:i/>
          <w:smallCaps w:val="0"/>
          <w:strike w:val="0"/>
          <w:u w:val="none"/>
        </w:rPr>
        <w:t>e-International Relations</w:t>
      </w:r>
      <w:r>
        <w:rPr>
          <w:b w:val="0"/>
          <w:i w:val="0"/>
          <w:smallCaps w:val="0"/>
          <w:strike w:val="0"/>
          <w:u w:val="none"/>
        </w:rPr>
        <w:t xml:space="preserve"> and interned at the Center for a New American Security and in the U.S. Congress, where he worked on defense issues.</w:t>
      </w:r>
      <w:r>
        <w:rPr>
          <w:b w:val="0"/>
          <w:i w:val="0"/>
          <w:smallCaps w:val="0"/>
          <w:strike w:val="0"/>
          <w:u w:val="none"/>
        </w:rPr>
        <w:t xml:space="preserve"> “America’s Relative Decline: Should We Panic?” 01/24/24, The Diplomat, </w:t>
      </w:r>
      <w:r>
        <w:rPr>
          <w:b w:val="0"/>
          <w:i w:val="0"/>
          <w:smallCaps w:val="0"/>
          <w:strike w:val="0"/>
          <w:u w:val="none"/>
        </w:rPr>
        <w:t>https://thediplomat.com/2014/01/americas-relative-decline-should-we-panic/</w:t>
      </w:r>
    </w:p>
    <w:p>
      <w:pPr>
        <w:spacing w:after="60"/>
      </w:pPr>
      <w:r>
        <w:rPr>
          <w:b w:val="0"/>
          <w:i w:val="0"/>
          <w:smallCaps w:val="0"/>
          <w:strike w:val="0"/>
          <w:u w:val="single"/>
        </w:rPr>
        <w:t>It’s</w:t>
      </w:r>
      <w:r>
        <w:rPr>
          <w:b w:val="0"/>
          <w:i w:val="0"/>
          <w:smallCaps w:val="0"/>
          <w:strike w:val="0"/>
          <w:u w:val="none"/>
        </w:rPr>
        <w:t xml:space="preserve"> </w:t>
      </w:r>
      <w:r>
        <w:rPr>
          <w:b/>
          <w:i w:val="0"/>
          <w:smallCaps w:val="0"/>
          <w:strike w:val="0"/>
          <w:u w:val="single"/>
        </w:rPr>
        <w:t>difficult</w:t>
      </w:r>
      <w:r>
        <w:rPr>
          <w:b w:val="0"/>
          <w:i w:val="0"/>
          <w:smallCaps w:val="0"/>
          <w:strike w:val="0"/>
          <w:u w:val="none"/>
        </w:rPr>
        <w:t xml:space="preserve"> </w:t>
      </w:r>
      <w:r>
        <w:rPr>
          <w:b w:val="0"/>
          <w:i w:val="0"/>
          <w:smallCaps w:val="0"/>
          <w:strike w:val="0"/>
          <w:u w:val="single"/>
        </w:rPr>
        <w:t>to imagine China</w:t>
      </w:r>
      <w:r>
        <w:rPr>
          <w:b w:val="0"/>
          <w:i w:val="0"/>
          <w:smallCaps w:val="0"/>
          <w:strike w:val="0"/>
          <w:u w:val="none"/>
        </w:rPr>
        <w:t xml:space="preserve"> </w:t>
      </w:r>
      <w:r>
        <w:rPr>
          <w:b w:val="0"/>
          <w:i w:val="0"/>
          <w:smallCaps w:val="0"/>
          <w:strike w:val="0"/>
          <w:u w:val="single"/>
        </w:rPr>
        <w:t>defending</w:t>
      </w:r>
      <w:r>
        <w:rPr>
          <w:b w:val="0"/>
          <w:i w:val="0"/>
          <w:smallCaps w:val="0"/>
          <w:strike w:val="0"/>
          <w:u w:val="none"/>
        </w:rPr>
        <w:t xml:space="preserve"> </w:t>
      </w:r>
      <w:r>
        <w:rPr>
          <w:b w:val="0"/>
          <w:i w:val="0"/>
          <w:smallCaps w:val="0"/>
          <w:strike w:val="0"/>
          <w:u w:val="single"/>
        </w:rPr>
        <w:t>a rule-based, open international order if it were a unipolar</w:t>
      </w:r>
      <w:r>
        <w:rPr>
          <w:b w:val="0"/>
          <w:i w:val="0"/>
          <w:smallCaps w:val="0"/>
          <w:strike w:val="0"/>
          <w:u w:val="none"/>
        </w:rPr>
        <w:t xml:space="preserve"> </w:t>
      </w:r>
      <w:r>
        <w:rPr>
          <w:b w:val="0"/>
          <w:i w:val="0"/>
          <w:smallCaps w:val="0"/>
          <w:strike w:val="0"/>
          <w:u w:val="single"/>
        </w:rPr>
        <w:t>power</w:t>
      </w:r>
      <w:r>
        <w:rPr>
          <w:b w:val="0"/>
          <w:i w:val="0"/>
          <w:smallCaps w:val="0"/>
          <w:strike w:val="0"/>
          <w:u w:val="single"/>
        </w:rPr>
        <w:t>, much less making an effort to uphold a minimum level of human rights in the world</w:t>
      </w:r>
      <w:r>
        <w:rPr>
          <w:b w:val="0"/>
          <w:i w:val="0"/>
          <w:smallCaps w:val="0"/>
          <w:strike w:val="0"/>
          <w:u w:val="none"/>
        </w:rPr>
        <w:t>. Regardless of your opinion on U.S. global leadership over the last two decades, however,</w:t>
      </w:r>
      <w:r>
        <w:rPr>
          <w:b w:val="0"/>
          <w:i w:val="0"/>
          <w:smallCaps w:val="0"/>
          <w:strike w:val="0"/>
          <w:u w:val="none"/>
        </w:rPr>
        <w:t xml:space="preserve"> </w:t>
      </w:r>
      <w:r>
        <w:rPr>
          <w:b w:val="0"/>
          <w:i w:val="0"/>
          <w:smallCaps w:val="0"/>
          <w:strike w:val="0"/>
          <w:u w:val="single"/>
        </w:rPr>
        <w:t>there is good reason to fear</w:t>
      </w:r>
      <w:r>
        <w:rPr>
          <w:b w:val="0"/>
          <w:i w:val="0"/>
          <w:smallCaps w:val="0"/>
          <w:strike w:val="0"/>
          <w:u w:val="none"/>
        </w:rPr>
        <w:t xml:space="preserve"> </w:t>
      </w:r>
      <w:r>
        <w:rPr>
          <w:b w:val="0"/>
          <w:i w:val="0"/>
          <w:smallCaps w:val="0"/>
          <w:strike w:val="0"/>
          <w:u w:val="single"/>
        </w:rPr>
        <w:t>its</w:t>
      </w:r>
      <w:r>
        <w:rPr>
          <w:b w:val="0"/>
          <w:i w:val="0"/>
          <w:smallCaps w:val="0"/>
          <w:strike w:val="0"/>
          <w:u w:val="none"/>
        </w:rPr>
        <w:t xml:space="preserve"> </w:t>
      </w:r>
      <w:r>
        <w:rPr>
          <w:b w:val="0"/>
          <w:i w:val="0"/>
          <w:smallCaps w:val="0"/>
          <w:strike w:val="0"/>
          <w:u w:val="single"/>
        </w:rPr>
        <w:t>relative decline compared with China</w:t>
      </w:r>
      <w:r>
        <w:rPr>
          <w:b w:val="0"/>
          <w:i w:val="0"/>
          <w:smallCaps w:val="0"/>
          <w:strike w:val="0"/>
          <w:u w:val="none"/>
        </w:rPr>
        <w:t xml:space="preserve"> </w:t>
      </w:r>
      <w:r>
        <w:rPr>
          <w:b w:val="0"/>
          <w:i w:val="0"/>
          <w:smallCaps w:val="0"/>
          <w:strike w:val="0"/>
          <w:u w:val="single"/>
        </w:rPr>
        <w:t>and other emerging nations</w:t>
      </w:r>
      <w:r>
        <w:rPr>
          <w:b w:val="0"/>
          <w:i w:val="0"/>
          <w:smallCaps w:val="0"/>
          <w:strike w:val="0"/>
          <w:u w:val="none"/>
        </w:rPr>
        <w:t>. To begin with,</w:t>
      </w:r>
      <w:r>
        <w:rPr>
          <w:b w:val="0"/>
          <w:i w:val="0"/>
          <w:smallCaps w:val="0"/>
          <w:strike w:val="0"/>
          <w:u w:val="none"/>
        </w:rPr>
        <w:t xml:space="preserve"> </w:t>
      </w:r>
      <w:r>
        <w:rPr>
          <w:b w:val="0"/>
          <w:i w:val="0"/>
          <w:smallCaps w:val="0"/>
          <w:strike w:val="0"/>
          <w:u w:val="single"/>
        </w:rPr>
        <w:t xml:space="preserve">hegemonic </w:t>
      </w:r>
      <w:r>
        <w:rPr>
          <w:b w:val="0"/>
          <w:i w:val="0"/>
          <w:smallCaps w:val="0"/>
          <w:strike w:val="0"/>
          <w:u w:val="single"/>
        </w:rPr>
        <w:t>transition periods have</w:t>
      </w:r>
      <w:r>
        <w:rPr>
          <w:b w:val="0"/>
          <w:i w:val="0"/>
          <w:smallCaps w:val="0"/>
          <w:strike w:val="0"/>
          <w:u w:val="none"/>
        </w:rPr>
        <w:t xml:space="preserve"> </w:t>
      </w:r>
      <w:r>
        <w:rPr>
          <w:b w:val="0"/>
          <w:i w:val="0"/>
          <w:smallCaps w:val="0"/>
          <w:strike w:val="0"/>
          <w:u w:val="single"/>
        </w:rPr>
        <w:t>historically</w:t>
      </w:r>
      <w:r>
        <w:rPr>
          <w:b w:val="0"/>
          <w:i w:val="0"/>
          <w:smallCaps w:val="0"/>
          <w:strike w:val="0"/>
          <w:u w:val="none"/>
        </w:rPr>
        <w:t xml:space="preserve"> </w:t>
      </w:r>
      <w:r>
        <w:rPr>
          <w:b w:val="0"/>
          <w:i w:val="0"/>
          <w:smallCaps w:val="0"/>
          <w:strike w:val="0"/>
          <w:u w:val="single"/>
        </w:rPr>
        <w:t>been th</w:t>
      </w:r>
      <w:r>
        <w:rPr>
          <w:b w:val="0"/>
          <w:i w:val="0"/>
          <w:smallCaps w:val="0"/>
          <w:strike w:val="0"/>
          <w:highlight w:val="cyan"/>
          <w:u w:val="single"/>
        </w:rPr>
        <w:t>e</w:t>
      </w:r>
      <w:r>
        <w:rPr>
          <w:b w:val="0"/>
          <w:i w:val="0"/>
          <w:smallCaps w:val="0"/>
          <w:strike w:val="0"/>
          <w:highlight w:val="cyan"/>
          <w:u w:val="none"/>
        </w:rPr>
        <w:t xml:space="preserve"> </w:t>
      </w:r>
      <w:r>
        <w:rPr>
          <w:b/>
          <w:i w:val="0"/>
          <w:smallCaps w:val="0"/>
          <w:strike w:val="0"/>
          <w:highlight w:val="cyan"/>
          <w:u w:val="single"/>
        </w:rPr>
        <w:t>most</w:t>
      </w:r>
      <w:r>
        <w:rPr>
          <w:b/>
          <w:i w:val="0"/>
          <w:smallCaps w:val="0"/>
          <w:strike w:val="0"/>
          <w:u w:val="single"/>
        </w:rPr>
        <w:t xml:space="preserve"> destabilizing</w:t>
      </w:r>
      <w:r>
        <w:rPr>
          <w:b w:val="0"/>
          <w:i w:val="0"/>
          <w:smallCaps w:val="0"/>
          <w:strike w:val="0"/>
          <w:u w:val="none"/>
        </w:rPr>
        <w:t xml:space="preserve"> </w:t>
      </w:r>
      <w:r>
        <w:rPr>
          <w:b w:val="0"/>
          <w:i w:val="0"/>
          <w:smallCaps w:val="0"/>
          <w:strike w:val="0"/>
          <w:u w:val="single"/>
        </w:rPr>
        <w:t>eras</w:t>
      </w:r>
      <w:r>
        <w:rPr>
          <w:b w:val="0"/>
          <w:i w:val="0"/>
          <w:smallCaps w:val="0"/>
          <w:strike w:val="0"/>
          <w:u w:val="none"/>
        </w:rPr>
        <w:t xml:space="preserve"> </w:t>
      </w:r>
      <w:r>
        <w:rPr>
          <w:b w:val="0"/>
          <w:i w:val="0"/>
          <w:smallCaps w:val="0"/>
          <w:strike w:val="0"/>
          <w:u w:val="single"/>
        </w:rPr>
        <w:t>in history</w:t>
      </w:r>
      <w:r>
        <w:rPr>
          <w:b w:val="0"/>
          <w:i w:val="0"/>
          <w:smallCaps w:val="0"/>
          <w:strike w:val="0"/>
          <w:u w:val="none"/>
        </w:rPr>
        <w:t>. This is not only because of the malign intentions of the rising and established power(s).</w:t>
      </w:r>
      <w:r>
        <w:rPr>
          <w:b w:val="0"/>
          <w:i w:val="0"/>
          <w:smallCaps w:val="0"/>
          <w:strike w:val="0"/>
          <w:u w:val="none"/>
        </w:rPr>
        <w:t xml:space="preserve"> </w:t>
      </w:r>
      <w:r>
        <w:rPr>
          <w:b w:val="0"/>
          <w:i w:val="0"/>
          <w:smallCaps w:val="0"/>
          <w:strike w:val="0"/>
          <w:u w:val="single"/>
        </w:rPr>
        <w:t>Even if all the parties have benign, peaceful intentions,</w:t>
      </w:r>
      <w:r>
        <w:rPr>
          <w:b w:val="0"/>
          <w:i w:val="0"/>
          <w:smallCaps w:val="0"/>
          <w:strike w:val="0"/>
          <w:u w:val="none"/>
        </w:rPr>
        <w:t xml:space="preserve"> </w:t>
      </w:r>
      <w:r>
        <w:rPr>
          <w:b w:val="0"/>
          <w:i w:val="0"/>
          <w:smallCaps w:val="0"/>
          <w:strike w:val="0"/>
          <w:u w:val="single"/>
        </w:rPr>
        <w:t>the rise of new</w:t>
      </w:r>
      <w:r>
        <w:rPr>
          <w:b w:val="0"/>
          <w:i w:val="0"/>
          <w:smallCaps w:val="0"/>
          <w:strike w:val="0"/>
          <w:u w:val="none"/>
        </w:rPr>
        <w:t xml:space="preserve"> </w:t>
      </w:r>
      <w:r>
        <w:rPr>
          <w:b w:val="0"/>
          <w:i w:val="0"/>
          <w:smallCaps w:val="0"/>
          <w:strike w:val="0"/>
          <w:u w:val="single"/>
        </w:rPr>
        <w:t>global</w:t>
      </w:r>
      <w:r>
        <w:rPr>
          <w:b w:val="0"/>
          <w:i w:val="0"/>
          <w:smallCaps w:val="0"/>
          <w:strike w:val="0"/>
          <w:u w:val="none"/>
        </w:rPr>
        <w:t xml:space="preserve"> </w:t>
      </w:r>
      <w:r>
        <w:rPr>
          <w:b w:val="0"/>
          <w:i w:val="0"/>
          <w:smallCaps w:val="0"/>
          <w:strike w:val="0"/>
          <w:u w:val="single"/>
        </w:rPr>
        <w:t>pow</w:t>
      </w:r>
      <w:r>
        <w:rPr>
          <w:b w:val="0"/>
          <w:i w:val="0"/>
          <w:smallCaps w:val="0"/>
          <w:strike w:val="0"/>
          <w:highlight w:val="cyan"/>
          <w:u w:val="single"/>
        </w:rPr>
        <w:t>ers</w:t>
      </w:r>
      <w:r>
        <w:rPr>
          <w:b w:val="0"/>
          <w:i w:val="0"/>
          <w:smallCaps w:val="0"/>
          <w:strike w:val="0"/>
          <w:highlight w:val="cyan"/>
          <w:u w:val="none"/>
        </w:rPr>
        <w:t xml:space="preserve"> </w:t>
      </w:r>
      <w:r>
        <w:rPr>
          <w:b w:val="0"/>
          <w:i w:val="0"/>
          <w:smallCaps w:val="0"/>
          <w:strike w:val="0"/>
          <w:highlight w:val="cyan"/>
          <w:u w:val="single"/>
        </w:rPr>
        <w:t>necessitates</w:t>
      </w:r>
      <w:r>
        <w:rPr>
          <w:b w:val="0"/>
          <w:i w:val="0"/>
          <w:smallCaps w:val="0"/>
          <w:strike w:val="0"/>
          <w:u w:val="single"/>
        </w:rPr>
        <w:t xml:space="preserve"> revisions to</w:t>
      </w:r>
      <w:r>
        <w:rPr>
          <w:b w:val="0"/>
          <w:i w:val="0"/>
          <w:smallCaps w:val="0"/>
          <w:strike w:val="0"/>
          <w:u w:val="none"/>
        </w:rPr>
        <w:t xml:space="preserve"> </w:t>
      </w:r>
      <w:r>
        <w:rPr>
          <w:b w:val="0"/>
          <w:i w:val="0"/>
          <w:smallCaps w:val="0"/>
          <w:strike w:val="0"/>
          <w:u w:val="single"/>
        </w:rPr>
        <w:t>the “rules</w:t>
      </w:r>
      <w:r>
        <w:rPr>
          <w:b w:val="0"/>
          <w:i w:val="0"/>
          <w:smallCaps w:val="0"/>
          <w:strike w:val="0"/>
          <w:u w:val="none"/>
        </w:rPr>
        <w:t xml:space="preserve"> </w:t>
      </w:r>
      <w:r>
        <w:rPr>
          <w:b w:val="0"/>
          <w:i w:val="0"/>
          <w:smallCaps w:val="0"/>
          <w:strike w:val="0"/>
          <w:u w:val="single"/>
        </w:rPr>
        <w:t>of the road.”</w:t>
      </w:r>
      <w:r>
        <w:rPr>
          <w:b w:val="0"/>
          <w:i w:val="0"/>
          <w:smallCaps w:val="0"/>
          <w:strike w:val="0"/>
          <w:u w:val="none"/>
        </w:rPr>
        <w:t xml:space="preserve"> </w:t>
      </w:r>
      <w:r>
        <w:rPr>
          <w:b w:val="0"/>
          <w:i w:val="0"/>
          <w:smallCaps w:val="0"/>
          <w:strike w:val="0"/>
          <w:u w:val="single"/>
        </w:rPr>
        <w:t>This is</w:t>
      </w:r>
      <w:r>
        <w:rPr>
          <w:b w:val="0"/>
          <w:i w:val="0"/>
          <w:smallCaps w:val="0"/>
          <w:strike w:val="0"/>
          <w:u w:val="none"/>
        </w:rPr>
        <w:t xml:space="preserve"> </w:t>
      </w:r>
      <w:r>
        <w:rPr>
          <w:b w:val="0"/>
          <w:i w:val="0"/>
          <w:smallCaps w:val="0"/>
          <w:strike w:val="0"/>
          <w:u w:val="none"/>
        </w:rPr>
        <w:t>nearly</w:t>
      </w:r>
      <w:r>
        <w:rPr>
          <w:b w:val="0"/>
          <w:i w:val="0"/>
          <w:smallCaps w:val="0"/>
          <w:strike w:val="0"/>
          <w:u w:val="none"/>
        </w:rPr>
        <w:t xml:space="preserve"> </w:t>
      </w:r>
      <w:r>
        <w:rPr>
          <w:b w:val="0"/>
          <w:i w:val="0"/>
          <w:smallCaps w:val="0"/>
          <w:strike w:val="0"/>
          <w:u w:val="single"/>
        </w:rPr>
        <w:t>impossib</w:t>
      </w:r>
      <w:r>
        <w:rPr>
          <w:b w:val="0"/>
          <w:i w:val="0"/>
          <w:smallCaps w:val="0"/>
          <w:strike w:val="0"/>
          <w:highlight w:val="cyan"/>
          <w:u w:val="single"/>
        </w:rPr>
        <w:t>le</w:t>
      </w:r>
      <w:r>
        <w:rPr>
          <w:b w:val="0"/>
          <w:i w:val="0"/>
          <w:smallCaps w:val="0"/>
          <w:strike w:val="0"/>
          <w:highlight w:val="cyan"/>
          <w:u w:val="none"/>
        </w:rPr>
        <w:t xml:space="preserve"> </w:t>
      </w:r>
      <w:r>
        <w:rPr>
          <w:b w:val="0"/>
          <w:i w:val="0"/>
          <w:smallCaps w:val="0"/>
          <w:strike w:val="0"/>
          <w:highlight w:val="cyan"/>
          <w:u w:val="single"/>
        </w:rPr>
        <w:t>to</w:t>
      </w:r>
      <w:r>
        <w:rPr>
          <w:b w:val="0"/>
          <w:i w:val="0"/>
          <w:smallCaps w:val="0"/>
          <w:strike w:val="0"/>
          <w:u w:val="single"/>
        </w:rPr>
        <w:t xml:space="preserve"> do in any organized fashion</w:t>
      </w:r>
      <w:r>
        <w:rPr>
          <w:b w:val="0"/>
          <w:i w:val="0"/>
          <w:smallCaps w:val="0"/>
          <w:strike w:val="0"/>
          <w:u w:val="none"/>
        </w:rPr>
        <w:t xml:space="preserve"> </w:t>
      </w:r>
      <w:r>
        <w:rPr>
          <w:b w:val="0"/>
          <w:i w:val="0"/>
          <w:smallCaps w:val="0"/>
          <w:strike w:val="0"/>
          <w:u w:val="single"/>
        </w:rPr>
        <w:t xml:space="preserve">given the anarchic nature of the international system, where </w:t>
      </w:r>
      <w:r>
        <w:rPr>
          <w:b w:val="0"/>
          <w:i w:val="0"/>
          <w:smallCaps w:val="0"/>
          <w:strike w:val="0"/>
          <w:u w:val="none"/>
        </w:rPr>
        <w:t>there is</w:t>
      </w:r>
      <w:r>
        <w:rPr>
          <w:b w:val="0"/>
          <w:i w:val="0"/>
          <w:smallCaps w:val="0"/>
          <w:strike w:val="0"/>
          <w:u w:val="none"/>
        </w:rPr>
        <w:t xml:space="preserve"> </w:t>
      </w:r>
      <w:r>
        <w:rPr>
          <w:b w:val="0"/>
          <w:i w:val="0"/>
          <w:smallCaps w:val="0"/>
          <w:strike w:val="0"/>
          <w:u w:val="single"/>
        </w:rPr>
        <w:t>no central authority</w:t>
      </w:r>
      <w:r>
        <w:rPr>
          <w:b w:val="0"/>
          <w:i w:val="0"/>
          <w:smallCaps w:val="0"/>
          <w:strike w:val="0"/>
          <w:u w:val="none"/>
        </w:rPr>
        <w:t xml:space="preserve"> </w:t>
      </w:r>
      <w:r>
        <w:rPr>
          <w:b w:val="0"/>
          <w:i w:val="0"/>
          <w:smallCaps w:val="0"/>
          <w:strike w:val="0"/>
          <w:u w:val="none"/>
        </w:rPr>
        <w:t>that</w:t>
      </w:r>
      <w:r>
        <w:rPr>
          <w:b w:val="0"/>
          <w:i w:val="0"/>
          <w:smallCaps w:val="0"/>
          <w:strike w:val="0"/>
          <w:u w:val="none"/>
        </w:rPr>
        <w:t xml:space="preserve"> </w:t>
      </w:r>
      <w:r>
        <w:rPr>
          <w:b w:val="0"/>
          <w:i w:val="0"/>
          <w:smallCaps w:val="0"/>
          <w:strike w:val="0"/>
          <w:u w:val="single"/>
        </w:rPr>
        <w:t>can govern interactions</w:t>
      </w:r>
      <w:r>
        <w:rPr>
          <w:b w:val="0"/>
          <w:i w:val="0"/>
          <w:smallCaps w:val="0"/>
          <w:strike w:val="0"/>
          <w:u w:val="none"/>
        </w:rPr>
        <w:t xml:space="preserve"> </w:t>
      </w:r>
      <w:r>
        <w:rPr>
          <w:b w:val="0"/>
          <w:i w:val="0"/>
          <w:smallCaps w:val="0"/>
          <w:strike w:val="0"/>
          <w:u w:val="none"/>
        </w:rPr>
        <w:t>between states.</w:t>
      </w:r>
      <w:r>
        <w:rPr>
          <w:b w:val="0"/>
          <w:i w:val="0"/>
          <w:smallCaps w:val="0"/>
          <w:strike w:val="0"/>
          <w:u w:val="none"/>
        </w:rPr>
        <w:t xml:space="preserve"> </w:t>
      </w:r>
      <w:r>
        <w:rPr>
          <w:b w:val="0"/>
          <w:i w:val="0"/>
          <w:smallCaps w:val="0"/>
          <w:strike w:val="0"/>
          <w:u w:val="single"/>
        </w:rPr>
        <w:t>We are already starting to see the potential dangers of hegemonic transition periods in the Asia-Pacific</w:t>
      </w:r>
      <w:r>
        <w:rPr>
          <w:b w:val="0"/>
          <w:i w:val="0"/>
          <w:smallCaps w:val="0"/>
          <w:strike w:val="0"/>
          <w:u w:val="none"/>
        </w:rPr>
        <w:t xml:space="preserve"> </w:t>
      </w:r>
      <w:r>
        <w:rPr>
          <w:b w:val="0"/>
          <w:i w:val="0"/>
          <w:smallCaps w:val="0"/>
          <w:strike w:val="0"/>
          <w:u w:val="none"/>
        </w:rPr>
        <w:t>(</w:t>
      </w:r>
      <w:r>
        <w:rPr>
          <w:b w:val="0"/>
          <w:i w:val="0"/>
          <w:smallCaps w:val="0"/>
          <w:strike w:val="0"/>
          <w:u w:val="single"/>
        </w:rPr>
        <w:t>and</w:t>
      </w:r>
      <w:r>
        <w:rPr>
          <w:b w:val="0"/>
          <w:i w:val="0"/>
          <w:smallCaps w:val="0"/>
          <w:strike w:val="0"/>
          <w:u w:val="none"/>
        </w:rPr>
        <w:t xml:space="preserve"> </w:t>
      </w:r>
      <w:r>
        <w:rPr>
          <w:b w:val="0"/>
          <w:i w:val="0"/>
          <w:smallCaps w:val="0"/>
          <w:strike w:val="0"/>
          <w:u w:val="none"/>
        </w:rPr>
        <w:t>arguably the</w:t>
      </w:r>
      <w:r>
        <w:rPr>
          <w:b w:val="0"/>
          <w:i w:val="0"/>
          <w:smallCaps w:val="0"/>
          <w:strike w:val="0"/>
          <w:u w:val="none"/>
        </w:rPr>
        <w:t xml:space="preserve"> </w:t>
      </w:r>
      <w:r>
        <w:rPr>
          <w:b w:val="0"/>
          <w:i w:val="0"/>
          <w:smallCaps w:val="0"/>
          <w:strike w:val="0"/>
          <w:u w:val="single"/>
        </w:rPr>
        <w:t>Middle East</w:t>
      </w:r>
      <w:r>
        <w:rPr>
          <w:b w:val="0"/>
          <w:i w:val="0"/>
          <w:smallCaps w:val="0"/>
          <w:strike w:val="0"/>
          <w:u w:val="none"/>
        </w:rPr>
        <w:t>).</w:t>
      </w:r>
      <w:r>
        <w:rPr>
          <w:b w:val="0"/>
          <w:i w:val="0"/>
          <w:smallCaps w:val="0"/>
          <w:strike w:val="0"/>
          <w:u w:val="none"/>
        </w:rPr>
        <w:t xml:space="preserve"> </w:t>
      </w:r>
      <w:r>
        <w:rPr>
          <w:b w:val="0"/>
          <w:i w:val="0"/>
          <w:smallCaps w:val="0"/>
          <w:strike w:val="0"/>
          <w:u w:val="single"/>
        </w:rPr>
        <w:t>As China grows more</w:t>
      </w:r>
      <w:r>
        <w:rPr>
          <w:b w:val="0"/>
          <w:i w:val="0"/>
          <w:smallCaps w:val="0"/>
          <w:strike w:val="0"/>
          <w:u w:val="none"/>
        </w:rPr>
        <w:t xml:space="preserve"> </w:t>
      </w:r>
      <w:r>
        <w:rPr>
          <w:b w:val="0"/>
          <w:i w:val="0"/>
          <w:smallCaps w:val="0"/>
          <w:strike w:val="0"/>
          <w:u w:val="none"/>
        </w:rPr>
        <w:t>economically and militarily</w:t>
      </w:r>
      <w:r>
        <w:rPr>
          <w:b w:val="0"/>
          <w:i w:val="0"/>
          <w:smallCaps w:val="0"/>
          <w:strike w:val="0"/>
          <w:u w:val="none"/>
        </w:rPr>
        <w:t xml:space="preserve"> </w:t>
      </w:r>
      <w:r>
        <w:rPr>
          <w:b w:val="0"/>
          <w:i w:val="0"/>
          <w:smallCaps w:val="0"/>
          <w:strike w:val="0"/>
          <w:u w:val="single"/>
        </w:rPr>
        <w:t xml:space="preserve">powerful, it has </w:t>
      </w:r>
      <w:r>
        <w:rPr>
          <w:b w:val="0"/>
          <w:i w:val="0"/>
          <w:smallCaps w:val="0"/>
          <w:strike w:val="0"/>
          <w:u w:val="none"/>
        </w:rPr>
        <w:t>unsurprisingly</w:t>
      </w:r>
      <w:r>
        <w:rPr>
          <w:b w:val="0"/>
          <w:i w:val="0"/>
          <w:smallCaps w:val="0"/>
          <w:strike w:val="0"/>
          <w:u w:val="none"/>
        </w:rPr>
        <w:t xml:space="preserve"> </w:t>
      </w:r>
      <w:r>
        <w:rPr>
          <w:b w:val="0"/>
          <w:i w:val="0"/>
          <w:smallCaps w:val="0"/>
          <w:strike w:val="0"/>
          <w:u w:val="single"/>
        </w:rPr>
        <w:t>sought to expand its influence in East Asia. This</w:t>
      </w:r>
      <w:r>
        <w:rPr>
          <w:b w:val="0"/>
          <w:i w:val="0"/>
          <w:smallCaps w:val="0"/>
          <w:strike w:val="0"/>
          <w:u w:val="none"/>
        </w:rPr>
        <w:t xml:space="preserve"> </w:t>
      </w:r>
      <w:r>
        <w:rPr>
          <w:b w:val="0"/>
          <w:i w:val="0"/>
          <w:smallCaps w:val="0"/>
          <w:strike w:val="0"/>
          <w:u w:val="none"/>
        </w:rPr>
        <w:t>necessarily</w:t>
      </w:r>
      <w:r>
        <w:rPr>
          <w:b w:val="0"/>
          <w:i w:val="0"/>
          <w:smallCaps w:val="0"/>
          <w:strike w:val="0"/>
          <w:u w:val="none"/>
        </w:rPr>
        <w:t xml:space="preserve"> </w:t>
      </w:r>
      <w:r>
        <w:rPr>
          <w:b w:val="0"/>
          <w:i w:val="0"/>
          <w:smallCaps w:val="0"/>
          <w:strike w:val="0"/>
          <w:u w:val="single"/>
        </w:rPr>
        <w:t>has to come at the expense of other powers</w:t>
      </w:r>
      <w:r>
        <w:rPr>
          <w:b w:val="0"/>
          <w:i w:val="0"/>
          <w:smallCaps w:val="0"/>
          <w:strike w:val="0"/>
          <w:u w:val="none"/>
        </w:rPr>
        <w:t>, which so far has primarily meant the U.S., Japan, Vietnam and the Philippines. Naturally,</w:t>
      </w:r>
      <w:r>
        <w:rPr>
          <w:b w:val="0"/>
          <w:i w:val="0"/>
          <w:smallCaps w:val="0"/>
          <w:strike w:val="0"/>
          <w:u w:val="none"/>
        </w:rPr>
        <w:t xml:space="preserve"> </w:t>
      </w:r>
      <w:r>
        <w:rPr>
          <w:b w:val="0"/>
          <w:i w:val="0"/>
          <w:smallCaps w:val="0"/>
          <w:strike w:val="0"/>
          <w:u w:val="single"/>
        </w:rPr>
        <w:t>these</w:t>
      </w:r>
      <w:r>
        <w:rPr>
          <w:b w:val="0"/>
          <w:i w:val="0"/>
          <w:smallCaps w:val="0"/>
          <w:strike w:val="0"/>
          <w:u w:val="none"/>
        </w:rPr>
        <w:t xml:space="preserve"> </w:t>
      </w:r>
      <w:r>
        <w:rPr>
          <w:b w:val="0"/>
          <w:i w:val="0"/>
          <w:smallCaps w:val="0"/>
          <w:strike w:val="0"/>
          <w:u w:val="none"/>
        </w:rPr>
        <w:t>powers</w:t>
      </w:r>
      <w:r>
        <w:rPr>
          <w:b w:val="0"/>
          <w:i w:val="0"/>
          <w:smallCaps w:val="0"/>
          <w:strike w:val="0"/>
          <w:u w:val="none"/>
        </w:rPr>
        <w:t xml:space="preserve"> </w:t>
      </w:r>
      <w:r>
        <w:rPr>
          <w:b w:val="0"/>
          <w:i w:val="0"/>
          <w:smallCaps w:val="0"/>
          <w:strike w:val="0"/>
          <w:u w:val="single"/>
        </w:rPr>
        <w:t>have sought to resist Chinese encroachments on their territory and</w:t>
      </w:r>
      <w:r>
        <w:rPr>
          <w:b w:val="0"/>
          <w:i w:val="0"/>
          <w:smallCaps w:val="0"/>
          <w:strike w:val="0"/>
          <w:u w:val="none"/>
        </w:rPr>
        <w:t xml:space="preserve"> </w:t>
      </w:r>
      <w:r>
        <w:rPr>
          <w:b w:val="0"/>
          <w:i w:val="0"/>
          <w:smallCaps w:val="0"/>
          <w:strike w:val="0"/>
          <w:u w:val="none"/>
        </w:rPr>
        <w:t>influence, and the situation grows more tense with each passing day. Should China eventually emerge as a global power, or should nations in other regions enjoy a similar rise as Kenny suggests, this situation will play itself out elsewhere in the years and decades ahead. All of this highlights some of the advantages of a unipolar system. Namely, although the U.S. has asserted military force quite frequently in the post-Cold War era, it has only fought weak powers and thus its wars have been fairly limited in terms of the number of casualties involved. At the same time,</w:t>
      </w:r>
      <w:r>
        <w:rPr>
          <w:b w:val="0"/>
          <w:i w:val="0"/>
          <w:smallCaps w:val="0"/>
          <w:strike w:val="0"/>
          <w:u w:val="none"/>
        </w:rPr>
        <w:t xml:space="preserve"> </w:t>
      </w:r>
      <w:r>
        <w:rPr>
          <w:b w:val="0"/>
          <w:i w:val="0"/>
          <w:smallCaps w:val="0"/>
          <w:strike w:val="0"/>
          <w:u w:val="single"/>
        </w:rPr>
        <w:t>America’s</w:t>
      </w:r>
      <w:r>
        <w:rPr>
          <w:b w:val="0"/>
          <w:i w:val="0"/>
          <w:smallCaps w:val="0"/>
          <w:strike w:val="0"/>
          <w:u w:val="none"/>
        </w:rPr>
        <w:t xml:space="preserve"> </w:t>
      </w:r>
      <w:r>
        <w:rPr>
          <w:b w:val="0"/>
          <w:i w:val="0"/>
          <w:smallCaps w:val="0"/>
          <w:strike w:val="0"/>
          <w:u w:val="single"/>
        </w:rPr>
        <w:t>preponderance of</w:t>
      </w:r>
      <w:r>
        <w:rPr>
          <w:b w:val="0"/>
          <w:i w:val="0"/>
          <w:smallCaps w:val="0"/>
          <w:strike w:val="0"/>
          <w:u w:val="none"/>
        </w:rPr>
        <w:t xml:space="preserve"> </w:t>
      </w:r>
      <w:r>
        <w:rPr>
          <w:b w:val="0"/>
          <w:i w:val="0"/>
          <w:smallCaps w:val="0"/>
          <w:strike w:val="0"/>
          <w:u w:val="single"/>
        </w:rPr>
        <w:t>power has preven</w:t>
      </w:r>
      <w:r>
        <w:rPr>
          <w:b w:val="0"/>
          <w:i w:val="0"/>
          <w:smallCaps w:val="0"/>
          <w:strike w:val="0"/>
          <w:highlight w:val="cyan"/>
          <w:u w:val="single"/>
        </w:rPr>
        <w:t>ted a</w:t>
      </w:r>
      <w:r>
        <w:rPr>
          <w:b w:val="0"/>
          <w:i w:val="0"/>
          <w:smallCaps w:val="0"/>
          <w:strike w:val="0"/>
          <w:highlight w:val="cyan"/>
          <w:u w:val="none"/>
        </w:rPr>
        <w:t xml:space="preserve"> </w:t>
      </w:r>
      <w:r>
        <w:rPr>
          <w:b/>
          <w:i w:val="0"/>
          <w:smallCaps w:val="0"/>
          <w:strike w:val="0"/>
          <w:highlight w:val="cyan"/>
          <w:u w:val="single"/>
        </w:rPr>
        <w:t>great</w:t>
      </w:r>
      <w:r>
        <w:rPr>
          <w:b/>
          <w:i w:val="0"/>
          <w:smallCaps w:val="0"/>
          <w:strike w:val="0"/>
          <w:u w:val="single"/>
        </w:rPr>
        <w:t xml:space="preserve"> power war</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and even restrained major </w:t>
      </w:r>
      <w:r>
        <w:rPr>
          <w:b/>
          <w:i w:val="0"/>
          <w:smallCaps w:val="0"/>
          <w:strike w:val="0"/>
          <w:u w:val="single"/>
        </w:rPr>
        <w:t>regional powers from coming to blows.</w:t>
      </w:r>
      <w:r>
        <w:rPr>
          <w:b w:val="0"/>
          <w:i w:val="0"/>
          <w:smallCaps w:val="0"/>
          <w:strike w:val="0"/>
          <w:u w:val="none"/>
        </w:rPr>
        <w:t xml:space="preserve"> </w:t>
      </w:r>
      <w:r>
        <w:rPr>
          <w:b w:val="0"/>
          <w:i w:val="0"/>
          <w:smallCaps w:val="0"/>
          <w:strike w:val="0"/>
          <w:u w:val="none"/>
        </w:rPr>
        <w:t>For instance,</w:t>
      </w:r>
      <w:r>
        <w:rPr>
          <w:b w:val="0"/>
          <w:i w:val="0"/>
          <w:smallCaps w:val="0"/>
          <w:strike w:val="0"/>
          <w:u w:val="none"/>
        </w:rPr>
        <w:t xml:space="preserve"> </w:t>
      </w:r>
      <w:r>
        <w:rPr>
          <w:b w:val="0"/>
          <w:i w:val="0"/>
          <w:smallCaps w:val="0"/>
          <w:strike w:val="0"/>
          <w:u w:val="single"/>
        </w:rPr>
        <w:t>the past 25 years haven’t seen any conflicts on par with the Israeli-Arab or Iran-Iraq wars of the Cold War.</w:t>
      </w:r>
      <w:r>
        <w:rPr>
          <w:b w:val="0"/>
          <w:i w:val="0"/>
          <w:smallCaps w:val="0"/>
          <w:strike w:val="0"/>
          <w:u w:val="none"/>
        </w:rPr>
        <w:t xml:space="preserve"> </w:t>
      </w:r>
      <w:r>
        <w:rPr>
          <w:b w:val="0"/>
          <w:i w:val="0"/>
          <w:smallCaps w:val="0"/>
          <w:strike w:val="0"/>
          <w:u w:val="single"/>
        </w:rPr>
        <w:t>As the unipolar era comes to a close,</w:t>
      </w:r>
      <w:r>
        <w:rPr>
          <w:b w:val="0"/>
          <w:i w:val="0"/>
          <w:smallCaps w:val="0"/>
          <w:strike w:val="0"/>
          <w:u w:val="none"/>
        </w:rPr>
        <w:t xml:space="preserve"> </w:t>
      </w:r>
      <w:r>
        <w:rPr>
          <w:b/>
          <w:i w:val="0"/>
          <w:smallCaps w:val="0"/>
          <w:strike w:val="0"/>
          <w:u w:val="single"/>
        </w:rPr>
        <w:t>the possibility of great power conflict</w:t>
      </w:r>
      <w:r>
        <w:rPr>
          <w:b w:val="0"/>
          <w:i w:val="0"/>
          <w:smallCaps w:val="0"/>
          <w:strike w:val="0"/>
          <w:u w:val="none"/>
        </w:rPr>
        <w:t xml:space="preserve"> </w:t>
      </w:r>
      <w:r>
        <w:rPr>
          <w:b w:val="0"/>
          <w:i w:val="0"/>
          <w:smallCaps w:val="0"/>
          <w:strike w:val="0"/>
          <w:u w:val="single"/>
        </w:rPr>
        <w:t>and especially major regional wars</w:t>
      </w:r>
      <w:r>
        <w:rPr>
          <w:b w:val="0"/>
          <w:i w:val="0"/>
          <w:smallCaps w:val="0"/>
          <w:strike w:val="0"/>
          <w:u w:val="none"/>
        </w:rPr>
        <w:t xml:space="preserve"> </w:t>
      </w:r>
      <w:r>
        <w:rPr>
          <w:b/>
          <w:i w:val="0"/>
          <w:smallCaps w:val="0"/>
          <w:strike w:val="0"/>
          <w:u w:val="single"/>
        </w:rPr>
        <w:t>rises dramatically</w:t>
      </w:r>
      <w:r>
        <w:rPr>
          <w:b w:val="0"/>
          <w:i w:val="0"/>
          <w:smallCaps w:val="0"/>
          <w:strike w:val="0"/>
          <w:u w:val="single"/>
        </w:rPr>
        <w:t>. The world will also have to contend with conventionally inferior powers</w:t>
      </w:r>
      <w:r>
        <w:rPr>
          <w:b w:val="0"/>
          <w:i w:val="0"/>
          <w:smallCaps w:val="0"/>
          <w:strike w:val="0"/>
          <w:u w:val="none"/>
        </w:rPr>
        <w:t xml:space="preserve"> </w:t>
      </w:r>
      <w:r>
        <w:rPr>
          <w:b w:val="0"/>
          <w:i w:val="0"/>
          <w:smallCaps w:val="0"/>
          <w:strike w:val="0"/>
          <w:u w:val="none"/>
        </w:rPr>
        <w:t>like Japan</w:t>
      </w:r>
      <w:r>
        <w:rPr>
          <w:b w:val="0"/>
          <w:i w:val="0"/>
          <w:smallCaps w:val="0"/>
          <w:strike w:val="0"/>
          <w:u w:val="none"/>
        </w:rPr>
        <w:t xml:space="preserve"> </w:t>
      </w:r>
      <w:r>
        <w:rPr>
          <w:b w:val="0"/>
          <w:i w:val="0"/>
          <w:smallCaps w:val="0"/>
          <w:strike w:val="0"/>
          <w:u w:val="single"/>
        </w:rPr>
        <w:t>acquiring nuclear weapons to protect their interests</w:t>
      </w:r>
      <w:r>
        <w:rPr>
          <w:b w:val="0"/>
          <w:i w:val="0"/>
          <w:smallCaps w:val="0"/>
          <w:strike w:val="0"/>
          <w:u w:val="none"/>
        </w:rPr>
        <w:t xml:space="preserve"> </w:t>
      </w:r>
      <w:r>
        <w:rPr>
          <w:b w:val="0"/>
          <w:i w:val="0"/>
          <w:smallCaps w:val="0"/>
          <w:strike w:val="0"/>
          <w:u w:val="none"/>
        </w:rPr>
        <w:t>against their newly empowered rivals. But</w:t>
      </w:r>
      <w:r>
        <w:rPr>
          <w:b w:val="0"/>
          <w:i w:val="0"/>
          <w:smallCaps w:val="0"/>
          <w:strike w:val="0"/>
          <w:u w:val="none"/>
        </w:rPr>
        <w:t xml:space="preserve"> </w:t>
      </w:r>
      <w:r>
        <w:rPr>
          <w:b w:val="0"/>
          <w:i w:val="0"/>
          <w:smallCaps w:val="0"/>
          <w:strike w:val="0"/>
          <w:u w:val="single"/>
        </w:rPr>
        <w:t>even if the transitions</w:t>
      </w:r>
      <w:r>
        <w:rPr>
          <w:b w:val="0"/>
          <w:i w:val="0"/>
          <w:smallCaps w:val="0"/>
          <w:strike w:val="0"/>
          <w:u w:val="none"/>
        </w:rPr>
        <w:t xml:space="preserve"> </w:t>
      </w:r>
      <w:r>
        <w:rPr>
          <w:b w:val="0"/>
          <w:i w:val="0"/>
          <w:smallCaps w:val="0"/>
          <w:strike w:val="0"/>
          <w:u w:val="none"/>
        </w:rPr>
        <w:t>caused by China’s and potentially other nations’ rises</w:t>
      </w:r>
      <w:r>
        <w:rPr>
          <w:b w:val="0"/>
          <w:i w:val="0"/>
          <w:smallCaps w:val="0"/>
          <w:strike w:val="0"/>
          <w:u w:val="none"/>
        </w:rPr>
        <w:t xml:space="preserve"> </w:t>
      </w:r>
      <w:r>
        <w:rPr>
          <w:b w:val="0"/>
          <w:i w:val="0"/>
          <w:smallCaps w:val="0"/>
          <w:strike w:val="0"/>
          <w:u w:val="single"/>
        </w:rPr>
        <w:t>are managed successfully, there are still likely to be significant negative effects on I</w:t>
      </w:r>
      <w:r>
        <w:rPr>
          <w:b w:val="0"/>
          <w:i w:val="0"/>
          <w:smallCaps w:val="0"/>
          <w:strike w:val="0"/>
          <w:u w:val="none"/>
        </w:rPr>
        <w:t>nternational</w:t>
      </w:r>
      <w:r>
        <w:rPr>
          <w:b w:val="0"/>
          <w:i w:val="0"/>
          <w:smallCaps w:val="0"/>
          <w:strike w:val="0"/>
          <w:u w:val="none"/>
        </w:rPr>
        <w:t xml:space="preserve"> </w:t>
      </w:r>
      <w:r>
        <w:rPr>
          <w:b w:val="0"/>
          <w:i w:val="0"/>
          <w:smallCaps w:val="0"/>
          <w:strike w:val="0"/>
          <w:u w:val="single"/>
        </w:rPr>
        <w:t>R</w:t>
      </w:r>
      <w:r>
        <w:rPr>
          <w:b w:val="0"/>
          <w:i w:val="0"/>
          <w:smallCaps w:val="0"/>
          <w:strike w:val="0"/>
          <w:u w:val="none"/>
        </w:rPr>
        <w:t>elations. In today’s “globalized” world,</w:t>
      </w:r>
      <w:r>
        <w:rPr>
          <w:b w:val="0"/>
          <w:i w:val="0"/>
          <w:smallCaps w:val="0"/>
          <w:strike w:val="0"/>
          <w:u w:val="none"/>
        </w:rPr>
        <w:t xml:space="preserve"> </w:t>
      </w:r>
      <w:r>
        <w:rPr>
          <w:b w:val="0"/>
          <w:i w:val="0"/>
          <w:smallCaps w:val="0"/>
          <w:strike w:val="0"/>
          <w:u w:val="single"/>
        </w:rPr>
        <w:t>it is commonly asserted that many of the defining</w:t>
      </w:r>
      <w:r>
        <w:rPr>
          <w:b w:val="0"/>
          <w:i w:val="0"/>
          <w:smallCaps w:val="0"/>
          <w:strike w:val="0"/>
          <w:u w:val="none"/>
        </w:rPr>
        <w:t xml:space="preserve"> </w:t>
      </w:r>
      <w:r>
        <w:rPr>
          <w:b w:val="0"/>
          <w:i w:val="0"/>
          <w:smallCaps w:val="0"/>
          <w:strike w:val="0"/>
          <w:u w:val="single"/>
        </w:rPr>
        <w:t>challenges</w:t>
      </w:r>
      <w:r>
        <w:rPr>
          <w:b w:val="0"/>
          <w:i w:val="0"/>
          <w:smallCaps w:val="0"/>
          <w:strike w:val="0"/>
          <w:u w:val="none"/>
        </w:rPr>
        <w:t xml:space="preserve"> </w:t>
      </w:r>
      <w:r>
        <w:rPr>
          <w:b w:val="0"/>
          <w:i w:val="0"/>
          <w:smallCaps w:val="0"/>
          <w:strike w:val="0"/>
          <w:u w:val="single"/>
        </w:rPr>
        <w:t>of our era</w:t>
      </w:r>
      <w:r>
        <w:rPr>
          <w:b w:val="0"/>
          <w:i w:val="0"/>
          <w:smallCaps w:val="0"/>
          <w:strike w:val="0"/>
          <w:u w:val="none"/>
        </w:rPr>
        <w:t xml:space="preserve"> </w:t>
      </w:r>
      <w:r>
        <w:rPr>
          <w:b w:val="0"/>
          <w:i w:val="0"/>
          <w:smallCaps w:val="0"/>
          <w:strike w:val="0"/>
          <w:u w:val="single"/>
        </w:rPr>
        <w:t>can only be solved throug</w:t>
      </w:r>
      <w:r>
        <w:rPr>
          <w:b w:val="0"/>
          <w:i w:val="0"/>
          <w:smallCaps w:val="0"/>
          <w:strike w:val="0"/>
          <w:highlight w:val="cyan"/>
          <w:u w:val="single"/>
        </w:rPr>
        <w:t>h</w:t>
      </w:r>
      <w:r>
        <w:rPr>
          <w:b w:val="0"/>
          <w:i w:val="0"/>
          <w:smallCaps w:val="0"/>
          <w:strike w:val="0"/>
          <w:highlight w:val="cyan"/>
          <w:u w:val="none"/>
        </w:rPr>
        <w:t xml:space="preserve"> </w:t>
      </w:r>
      <w:r>
        <w:rPr>
          <w:b/>
          <w:i w:val="0"/>
          <w:smallCaps w:val="0"/>
          <w:strike w:val="0"/>
          <w:highlight w:val="cyan"/>
          <w:u w:val="single"/>
        </w:rPr>
        <w:t>multilateral</w:t>
      </w:r>
      <w:r>
        <w:rPr>
          <w:b/>
          <w:i w:val="0"/>
          <w:smallCaps w:val="0"/>
          <w:strike w:val="0"/>
          <w:u w:val="single"/>
        </w:rPr>
        <w:t xml:space="preserve"> cooperation.</w:t>
      </w:r>
      <w:r>
        <w:rPr>
          <w:b w:val="0"/>
          <w:i w:val="0"/>
          <w:smallCaps w:val="0"/>
          <w:strike w:val="0"/>
          <w:u w:val="none"/>
        </w:rPr>
        <w:t xml:space="preserve"> </w:t>
      </w:r>
      <w:r>
        <w:rPr>
          <w:b w:val="0"/>
          <w:i w:val="0"/>
          <w:smallCaps w:val="0"/>
          <w:strike w:val="0"/>
          <w:u w:val="single"/>
        </w:rPr>
        <w:t>Examples</w:t>
      </w:r>
      <w:r>
        <w:rPr>
          <w:b w:val="0"/>
          <w:i w:val="0"/>
          <w:smallCaps w:val="0"/>
          <w:strike w:val="0"/>
          <w:u w:val="none"/>
        </w:rPr>
        <w:t xml:space="preserve"> </w:t>
      </w:r>
      <w:r>
        <w:rPr>
          <w:b w:val="0"/>
          <w:i w:val="0"/>
          <w:smallCaps w:val="0"/>
          <w:strike w:val="0"/>
          <w:u w:val="none"/>
        </w:rPr>
        <w:t>of this include[s]</w:t>
      </w:r>
      <w:r>
        <w:rPr>
          <w:b w:val="0"/>
          <w:i w:val="0"/>
          <w:smallCaps w:val="0"/>
          <w:strike w:val="0"/>
          <w:u w:val="none"/>
        </w:rPr>
        <w:t xml:space="preserve"> </w:t>
      </w:r>
      <w:r>
        <w:rPr>
          <w:b/>
          <w:i w:val="0"/>
          <w:smallCaps w:val="0"/>
          <w:strike w:val="0"/>
          <w:highlight w:val="cyan"/>
          <w:u w:val="single"/>
        </w:rPr>
        <w:t>climate</w:t>
      </w:r>
      <w:r>
        <w:rPr>
          <w:b/>
          <w:i w:val="0"/>
          <w:smallCaps w:val="0"/>
          <w:strike w:val="0"/>
          <w:u w:val="single"/>
        </w:rPr>
        <w:t xml:space="preserve"> change</w:t>
      </w:r>
      <w:r>
        <w:rPr>
          <w:b w:val="0"/>
          <w:i w:val="0"/>
          <w:smallCaps w:val="0"/>
          <w:strike w:val="0"/>
          <w:u w:val="none"/>
        </w:rPr>
        <w:t>, health</w:t>
      </w:r>
      <w:r>
        <w:rPr>
          <w:b w:val="0"/>
          <w:i w:val="0"/>
          <w:smallCaps w:val="0"/>
          <w:strike w:val="0"/>
          <w:u w:val="none"/>
        </w:rPr>
        <w:t xml:space="preserve"> </w:t>
      </w:r>
      <w:r>
        <w:rPr>
          <w:b/>
          <w:i w:val="0"/>
          <w:smallCaps w:val="0"/>
          <w:strike w:val="0"/>
          <w:u w:val="single"/>
        </w:rPr>
        <w:t>pandemics</w:t>
      </w:r>
      <w:r>
        <w:rPr>
          <w:b w:val="0"/>
          <w:i w:val="0"/>
          <w:smallCaps w:val="0"/>
          <w:strike w:val="0"/>
          <w:u w:val="none"/>
        </w:rPr>
        <w:t>,</w:t>
      </w:r>
      <w:r>
        <w:rPr>
          <w:b w:val="0"/>
          <w:i w:val="0"/>
          <w:smallCaps w:val="0"/>
          <w:strike w:val="0"/>
          <w:u w:val="none"/>
        </w:rPr>
        <w:t xml:space="preserve"> </w:t>
      </w:r>
      <w:r>
        <w:rPr>
          <w:b w:val="0"/>
          <w:i w:val="0"/>
          <w:smallCaps w:val="0"/>
          <w:strike w:val="0"/>
          <w:u w:val="single"/>
        </w:rPr>
        <w:t>organized crime and</w:t>
      </w:r>
      <w:r>
        <w:rPr>
          <w:b w:val="0"/>
          <w:i w:val="0"/>
          <w:smallCaps w:val="0"/>
          <w:strike w:val="0"/>
          <w:u w:val="none"/>
        </w:rPr>
        <w:t xml:space="preserve"> </w:t>
      </w:r>
      <w:r>
        <w:rPr>
          <w:b/>
          <w:i w:val="0"/>
          <w:smallCaps w:val="0"/>
          <w:strike w:val="0"/>
          <w:u w:val="single"/>
        </w:rPr>
        <w:t>terrorism, glob</w:t>
      </w:r>
      <w:r>
        <w:rPr>
          <w:b/>
          <w:i w:val="0"/>
          <w:smallCaps w:val="0"/>
          <w:strike w:val="0"/>
          <w:highlight w:val="cyan"/>
          <w:u w:val="single"/>
        </w:rPr>
        <w:t>al</w:t>
      </w:r>
      <w:r>
        <w:rPr>
          <w:b w:val="0"/>
          <w:i w:val="0"/>
          <w:smallCaps w:val="0"/>
          <w:strike w:val="0"/>
          <w:highlight w:val="cyan"/>
          <w:u w:val="none"/>
        </w:rPr>
        <w:t xml:space="preserve"> </w:t>
      </w:r>
      <w:r>
        <w:rPr>
          <w:b/>
          <w:i w:val="0"/>
          <w:smallCaps w:val="0"/>
          <w:strike w:val="0"/>
          <w:highlight w:val="cyan"/>
          <w:u w:val="single"/>
        </w:rPr>
        <w:t>financial</w:t>
      </w:r>
      <w:r>
        <w:rPr>
          <w:b/>
          <w:i w:val="0"/>
          <w:smallCaps w:val="0"/>
          <w:strike w:val="0"/>
          <w:u w:val="single"/>
        </w:rPr>
        <w:t xml:space="preserve"> crise</w:t>
      </w:r>
      <w:r>
        <w:rPr>
          <w:b/>
          <w:i w:val="0"/>
          <w:smallCaps w:val="0"/>
          <w:strike w:val="0"/>
          <w:highlight w:val="cyan"/>
          <w:u w:val="single"/>
        </w:rPr>
        <w:t>s</w:t>
      </w:r>
      <w:r>
        <w:rPr>
          <w:b w:val="0"/>
          <w:i w:val="0"/>
          <w:smallCaps w:val="0"/>
          <w:strike w:val="0"/>
          <w:highlight w:val="cyan"/>
          <w:u w:val="single"/>
        </w:rPr>
        <w:t>,</w:t>
      </w:r>
      <w:r>
        <w:rPr>
          <w:b w:val="0"/>
          <w:i w:val="0"/>
          <w:smallCaps w:val="0"/>
          <w:strike w:val="0"/>
          <w:highlight w:val="cyan"/>
          <w:u w:val="none"/>
        </w:rPr>
        <w:t xml:space="preserve"> </w:t>
      </w:r>
      <w:r>
        <w:rPr>
          <w:b/>
          <w:i w:val="0"/>
          <w:smallCaps w:val="0"/>
          <w:strike w:val="0"/>
          <w:highlight w:val="cyan"/>
          <w:u w:val="single"/>
        </w:rPr>
        <w:t>and</w:t>
      </w:r>
      <w:r>
        <w:rPr>
          <w:b/>
          <w:i w:val="0"/>
          <w:smallCaps w:val="0"/>
          <w:strike w:val="0"/>
          <w:u w:val="single"/>
        </w:rPr>
        <w:t xml:space="preserve"> the prolif</w:t>
      </w:r>
      <w:r>
        <w:rPr>
          <w:b w:val="0"/>
          <w:i w:val="0"/>
          <w:smallCaps w:val="0"/>
          <w:strike w:val="0"/>
          <w:u w:val="single"/>
        </w:rPr>
        <w:t>eration</w:t>
      </w:r>
      <w:r>
        <w:rPr>
          <w:b w:val="0"/>
          <w:i w:val="0"/>
          <w:smallCaps w:val="0"/>
          <w:strike w:val="0"/>
          <w:u w:val="none"/>
        </w:rPr>
        <w:t xml:space="preserve"> </w:t>
      </w:r>
      <w:r>
        <w:rPr>
          <w:b/>
          <w:i w:val="0"/>
          <w:smallCaps w:val="0"/>
          <w:strike w:val="0"/>
          <w:u w:val="single"/>
        </w:rPr>
        <w:t>of w</w:t>
      </w:r>
      <w:r>
        <w:rPr>
          <w:b w:val="0"/>
          <w:i w:val="0"/>
          <w:smallCaps w:val="0"/>
          <w:strike w:val="0"/>
          <w:u w:val="single"/>
        </w:rPr>
        <w:t xml:space="preserve">eapons of </w:t>
      </w:r>
      <w:r>
        <w:rPr>
          <w:b/>
          <w:i w:val="0"/>
          <w:smallCaps w:val="0"/>
          <w:strike w:val="0"/>
          <w:u w:val="single"/>
        </w:rPr>
        <w:t>m</w:t>
      </w:r>
      <w:r>
        <w:rPr>
          <w:b w:val="0"/>
          <w:i w:val="0"/>
          <w:smallCaps w:val="0"/>
          <w:strike w:val="0"/>
          <w:u w:val="single"/>
        </w:rPr>
        <w:t>ass</w:t>
      </w:r>
      <w:r>
        <w:rPr>
          <w:b w:val="0"/>
          <w:i w:val="0"/>
          <w:smallCaps w:val="0"/>
          <w:strike w:val="0"/>
          <w:u w:val="none"/>
        </w:rPr>
        <w:t xml:space="preserve"> </w:t>
      </w:r>
      <w:r>
        <w:rPr>
          <w:b/>
          <w:i w:val="0"/>
          <w:smallCaps w:val="0"/>
          <w:strike w:val="0"/>
          <w:u w:val="single"/>
        </w:rPr>
        <w:t>d</w:t>
      </w:r>
      <w:r>
        <w:rPr>
          <w:b w:val="0"/>
          <w:i w:val="0"/>
          <w:smallCaps w:val="0"/>
          <w:strike w:val="0"/>
          <w:u w:val="single"/>
        </w:rPr>
        <w:t>estruction</w:t>
      </w:r>
      <w:r>
        <w:rPr>
          <w:b w:val="0"/>
          <w:i w:val="0"/>
          <w:smallCaps w:val="0"/>
          <w:strike w:val="0"/>
          <w:u w:val="none"/>
        </w:rPr>
        <w:t>, among many others.</w:t>
      </w:r>
      <w:r>
        <w:rPr>
          <w:b w:val="0"/>
          <w:i w:val="0"/>
          <w:smallCaps w:val="0"/>
          <w:strike w:val="0"/>
          <w:u w:val="none"/>
        </w:rPr>
        <w:t xml:space="preserve"> </w:t>
      </w:r>
      <w:r>
        <w:rPr>
          <w:b/>
          <w:i w:val="0"/>
          <w:smallCaps w:val="0"/>
          <w:strike w:val="0"/>
          <w:highlight w:val="cyan"/>
          <w:u w:val="single"/>
        </w:rPr>
        <w:t>A</w:t>
      </w:r>
      <w:r>
        <w:rPr>
          <w:b w:val="0"/>
          <w:i w:val="0"/>
          <w:smallCaps w:val="0"/>
          <w:strike w:val="0"/>
          <w:highlight w:val="cyan"/>
          <w:u w:val="none"/>
        </w:rPr>
        <w:t xml:space="preserve"> </w:t>
      </w:r>
      <w:r>
        <w:rPr>
          <w:b/>
          <w:i w:val="0"/>
          <w:smallCaps w:val="0"/>
          <w:strike w:val="0"/>
          <w:highlight w:val="cyan"/>
          <w:u w:val="single"/>
        </w:rPr>
        <w:t>u</w:t>
      </w:r>
      <w:r>
        <w:rPr>
          <w:b/>
          <w:i w:val="0"/>
          <w:smallCaps w:val="0"/>
          <w:strike w:val="0"/>
          <w:u w:val="single"/>
        </w:rPr>
        <w:t>nipolar system</w:t>
      </w:r>
      <w:r>
        <w:rPr>
          <w:b w:val="0"/>
          <w:i w:val="0"/>
          <w:smallCaps w:val="0"/>
          <w:strike w:val="0"/>
          <w:u w:val="none"/>
        </w:rPr>
        <w:t>, for all its limitations,</w:t>
      </w:r>
      <w:r>
        <w:rPr>
          <w:b w:val="0"/>
          <w:i w:val="0"/>
          <w:smallCaps w:val="0"/>
          <w:strike w:val="0"/>
          <w:u w:val="none"/>
        </w:rPr>
        <w:t xml:space="preserve"> </w:t>
      </w:r>
      <w:r>
        <w:rPr>
          <w:b/>
          <w:i w:val="0"/>
          <w:smallCaps w:val="0"/>
          <w:strike w:val="0"/>
          <w:u w:val="single"/>
        </w:rPr>
        <w:t>is uniquely suited for organizing effective global action</w:t>
      </w:r>
      <w:r>
        <w:rPr>
          <w:b w:val="0"/>
          <w:i w:val="0"/>
          <w:smallCaps w:val="0"/>
          <w:strike w:val="0"/>
          <w:u w:val="none"/>
        </w:rPr>
        <w:t xml:space="preserve"> </w:t>
      </w:r>
      <w:r>
        <w:rPr>
          <w:b w:val="0"/>
          <w:i w:val="0"/>
          <w:smallCaps w:val="0"/>
          <w:strike w:val="0"/>
          <w:u w:val="none"/>
        </w:rPr>
        <w:t>on these transnational issues</w:t>
      </w:r>
      <w:r>
        <w:rPr>
          <w:b w:val="0"/>
          <w:i w:val="0"/>
          <w:smallCaps w:val="0"/>
          <w:strike w:val="0"/>
          <w:u w:val="single"/>
        </w:rPr>
        <w:t>. This is because there is</w:t>
      </w:r>
      <w:r>
        <w:rPr>
          <w:b w:val="0"/>
          <w:i w:val="0"/>
          <w:smallCaps w:val="0"/>
          <w:strike w:val="0"/>
          <w:u w:val="none"/>
        </w:rPr>
        <w:t xml:space="preserve"> </w:t>
      </w:r>
      <w:r>
        <w:rPr>
          <w:b w:val="0"/>
          <w:i w:val="0"/>
          <w:smallCaps w:val="0"/>
          <w:strike w:val="0"/>
          <w:u w:val="single"/>
        </w:rPr>
        <w:t>a clear global leader</w:t>
      </w:r>
      <w:r>
        <w:rPr>
          <w:b w:val="0"/>
          <w:i w:val="0"/>
          <w:smallCaps w:val="0"/>
          <w:strike w:val="0"/>
          <w:u w:val="none"/>
        </w:rPr>
        <w:t xml:space="preserve"> </w:t>
      </w:r>
      <w:r>
        <w:rPr>
          <w:b w:val="0"/>
          <w:i w:val="0"/>
          <w:smallCaps w:val="0"/>
          <w:strike w:val="0"/>
          <w:u w:val="single"/>
        </w:rPr>
        <w:t>who</w:t>
      </w:r>
      <w:r>
        <w:rPr>
          <w:b w:val="0"/>
          <w:i w:val="0"/>
          <w:smallCaps w:val="0"/>
          <w:strike w:val="0"/>
          <w:u w:val="none"/>
        </w:rPr>
        <w:t xml:space="preserve"> </w:t>
      </w:r>
      <w:r>
        <w:rPr>
          <w:b w:val="0"/>
          <w:i w:val="0"/>
          <w:smallCaps w:val="0"/>
          <w:strike w:val="0"/>
          <w:u w:val="single"/>
        </w:rPr>
        <w:t>can</w:t>
      </w:r>
      <w:r>
        <w:rPr>
          <w:b w:val="0"/>
          <w:i w:val="0"/>
          <w:smallCaps w:val="0"/>
          <w:strike w:val="0"/>
          <w:u w:val="none"/>
        </w:rPr>
        <w:t xml:space="preserve"> </w:t>
      </w:r>
      <w:r>
        <w:rPr>
          <w:b w:val="0"/>
          <w:i w:val="0"/>
          <w:smallCaps w:val="0"/>
          <w:strike w:val="0"/>
          <w:u w:val="single"/>
        </w:rPr>
        <w:t>take the initiative and</w:t>
      </w:r>
      <w:r>
        <w:rPr>
          <w:b w:val="0"/>
          <w:i w:val="0"/>
          <w:smallCaps w:val="0"/>
          <w:strike w:val="0"/>
          <w:u w:val="none"/>
        </w:rPr>
        <w:t>, to some degree,</w:t>
      </w:r>
      <w:r>
        <w:rPr>
          <w:b w:val="0"/>
          <w:i w:val="0"/>
          <w:smallCaps w:val="0"/>
          <w:strike w:val="0"/>
          <w:u w:val="none"/>
        </w:rPr>
        <w:t xml:space="preserve"> </w:t>
      </w:r>
      <w:r>
        <w:rPr>
          <w:b w:val="0"/>
          <w:i w:val="0"/>
          <w:smallCaps w:val="0"/>
          <w:strike w:val="0"/>
          <w:u w:val="single"/>
        </w:rPr>
        <w:t>compel others to fall in line</w:t>
      </w:r>
      <w:r>
        <w:rPr>
          <w:b w:val="0"/>
          <w:i w:val="0"/>
          <w:smallCaps w:val="0"/>
          <w:strike w:val="0"/>
          <w:u w:val="single"/>
        </w:rPr>
        <w:t>.</w:t>
      </w:r>
      <w:r>
        <w:rPr>
          <w:b w:val="0"/>
          <w:i w:val="0"/>
          <w:smallCaps w:val="0"/>
          <w:strike w:val="0"/>
          <w:u w:val="none"/>
        </w:rPr>
        <w:t xml:space="preserve"> </w:t>
      </w:r>
      <w:r>
        <w:rPr>
          <w:b w:val="0"/>
          <w:i w:val="0"/>
          <w:smallCaps w:val="0"/>
          <w:strike w:val="0"/>
          <w:u w:val="none"/>
        </w:rPr>
        <w:t>In addition,</w:t>
      </w:r>
      <w:r>
        <w:rPr>
          <w:b w:val="0"/>
          <w:i w:val="0"/>
          <w:smallCaps w:val="0"/>
          <w:strike w:val="0"/>
          <w:u w:val="none"/>
        </w:rPr>
        <w:t xml:space="preserve"> </w:t>
      </w:r>
      <w:r>
        <w:rPr>
          <w:b w:val="0"/>
          <w:i w:val="0"/>
          <w:smallCaps w:val="0"/>
          <w:strike w:val="0"/>
          <w:u w:val="single"/>
        </w:rPr>
        <w:t>the unipole’s preponderance of power lessens the intensity of competition among the global players involved</w:t>
      </w:r>
      <w:r>
        <w:rPr>
          <w:b w:val="0"/>
          <w:i w:val="0"/>
          <w:smallCaps w:val="0"/>
          <w:strike w:val="0"/>
          <w:u w:val="none"/>
        </w:rPr>
        <w:t>. Thus,</w:t>
      </w:r>
      <w:r>
        <w:rPr>
          <w:b w:val="0"/>
          <w:i w:val="0"/>
          <w:smallCaps w:val="0"/>
          <w:strike w:val="0"/>
          <w:u w:val="none"/>
        </w:rPr>
        <w:t xml:space="preserve"> </w:t>
      </w:r>
      <w:r>
        <w:rPr>
          <w:b w:val="0"/>
          <w:i w:val="0"/>
          <w:smallCaps w:val="0"/>
          <w:strike w:val="0"/>
          <w:u w:val="single"/>
        </w:rPr>
        <w:t>while there are no shortages of complaints about the limitations of global governance</w:t>
      </w:r>
      <w:r>
        <w:rPr>
          <w:b w:val="0"/>
          <w:i w:val="0"/>
          <w:smallCaps w:val="0"/>
          <w:strike w:val="0"/>
          <w:u w:val="none"/>
        </w:rPr>
        <w:t xml:space="preserve"> </w:t>
      </w:r>
      <w:r>
        <w:rPr>
          <w:b w:val="0"/>
          <w:i w:val="0"/>
          <w:smallCaps w:val="0"/>
          <w:strike w:val="0"/>
          <w:u w:val="none"/>
        </w:rPr>
        <w:t>today,</w:t>
      </w:r>
      <w:r>
        <w:rPr>
          <w:b w:val="0"/>
          <w:i w:val="0"/>
          <w:smallCaps w:val="0"/>
          <w:strike w:val="0"/>
          <w:u w:val="none"/>
        </w:rPr>
        <w:t xml:space="preserve"> </w:t>
      </w:r>
      <w:r>
        <w:rPr>
          <w:b w:val="0"/>
          <w:i w:val="0"/>
          <w:smallCaps w:val="0"/>
          <w:strike w:val="0"/>
          <w:u w:val="single"/>
        </w:rPr>
        <w:t>there is no question that global governance has been many times more effective in the last 25 years than it was</w:t>
      </w:r>
      <w:r>
        <w:rPr>
          <w:b w:val="0"/>
          <w:i w:val="0"/>
          <w:smallCaps w:val="0"/>
          <w:strike w:val="0"/>
          <w:u w:val="none"/>
        </w:rPr>
        <w:t xml:space="preserve"> </w:t>
      </w:r>
      <w:r>
        <w:rPr>
          <w:b w:val="0"/>
          <w:i w:val="0"/>
          <w:smallCaps w:val="0"/>
          <w:strike w:val="0"/>
          <w:u w:val="none"/>
        </w:rPr>
        <w:t>during the Cold War.</w:t>
      </w:r>
      <w:r>
        <w:rPr>
          <w:b w:val="0"/>
          <w:i w:val="0"/>
          <w:smallCaps w:val="0"/>
          <w:strike w:val="0"/>
          <w:u w:val="none"/>
        </w:rPr>
        <w:t xml:space="preserve"> </w:t>
      </w:r>
      <w:r>
        <w:rPr>
          <w:b/>
          <w:i w:val="0"/>
          <w:smallCaps w:val="0"/>
          <w:strike w:val="0"/>
          <w:u w:val="single"/>
        </w:rPr>
        <w:t>The rise of China</w:t>
      </w:r>
      <w:r>
        <w:rPr>
          <w:b w:val="0"/>
          <w:i w:val="0"/>
          <w:smallCaps w:val="0"/>
          <w:strike w:val="0"/>
          <w:u w:val="none"/>
        </w:rPr>
        <w:t xml:space="preserve"> </w:t>
      </w:r>
      <w:r>
        <w:rPr>
          <w:b w:val="0"/>
          <w:i w:val="0"/>
          <w:smallCaps w:val="0"/>
          <w:strike w:val="0"/>
          <w:u w:val="single"/>
        </w:rPr>
        <w:t>and potentially other powers</w:t>
      </w:r>
      <w:r>
        <w:rPr>
          <w:b w:val="0"/>
          <w:i w:val="0"/>
          <w:smallCaps w:val="0"/>
          <w:strike w:val="0"/>
          <w:u w:val="none"/>
        </w:rPr>
        <w:t xml:space="preserve"> </w:t>
      </w:r>
      <w:r>
        <w:rPr>
          <w:b w:val="0"/>
          <w:i w:val="0"/>
          <w:smallCaps w:val="0"/>
          <w:strike w:val="0"/>
          <w:u w:val="none"/>
        </w:rPr>
        <w:t>will create a new bipolar or multipolar order. This, in turn,</w:t>
      </w:r>
      <w:r>
        <w:rPr>
          <w:b w:val="0"/>
          <w:i w:val="0"/>
          <w:smallCaps w:val="0"/>
          <w:strike w:val="0"/>
          <w:u w:val="none"/>
        </w:rPr>
        <w:t xml:space="preserve"> </w:t>
      </w:r>
      <w:r>
        <w:rPr>
          <w:b/>
          <w:i w:val="0"/>
          <w:smallCaps w:val="0"/>
          <w:strike w:val="0"/>
          <w:u w:val="single"/>
        </w:rPr>
        <w:t>will make solving these</w:t>
      </w:r>
      <w:r>
        <w:rPr>
          <w:b w:val="0"/>
          <w:i w:val="0"/>
          <w:smallCaps w:val="0"/>
          <w:strike w:val="0"/>
          <w:u w:val="none"/>
        </w:rPr>
        <w:t xml:space="preserve"> </w:t>
      </w:r>
      <w:r>
        <w:rPr>
          <w:b w:val="0"/>
          <w:i w:val="0"/>
          <w:smallCaps w:val="0"/>
          <w:strike w:val="0"/>
          <w:u w:val="single"/>
        </w:rPr>
        <w:t>transnational</w:t>
      </w:r>
      <w:r>
        <w:rPr>
          <w:b w:val="0"/>
          <w:i w:val="0"/>
          <w:smallCaps w:val="0"/>
          <w:strike w:val="0"/>
          <w:u w:val="none"/>
        </w:rPr>
        <w:t xml:space="preserve"> </w:t>
      </w:r>
      <w:r>
        <w:rPr>
          <w:b w:val="0"/>
          <w:i w:val="0"/>
          <w:smallCaps w:val="0"/>
          <w:strike w:val="0"/>
          <w:u w:val="single"/>
        </w:rPr>
        <w:t>issues</w:t>
      </w:r>
      <w:r>
        <w:rPr>
          <w:b w:val="0"/>
          <w:i w:val="0"/>
          <w:smallCaps w:val="0"/>
          <w:strike w:val="0"/>
          <w:u w:val="none"/>
        </w:rPr>
        <w:t xml:space="preserve"> </w:t>
      </w:r>
      <w:r>
        <w:rPr>
          <w:b w:val="0"/>
          <w:i w:val="0"/>
          <w:smallCaps w:val="0"/>
          <w:strike w:val="0"/>
          <w:u w:val="none"/>
        </w:rPr>
        <w:t>much</w:t>
      </w:r>
      <w:r>
        <w:rPr>
          <w:b w:val="0"/>
          <w:i w:val="0"/>
          <w:smallCaps w:val="0"/>
          <w:strike w:val="0"/>
          <w:u w:val="none"/>
        </w:rPr>
        <w:t xml:space="preserve"> </w:t>
      </w:r>
      <w:r>
        <w:rPr>
          <w:b/>
          <w:i w:val="0"/>
          <w:smallCaps w:val="0"/>
          <w:strike w:val="0"/>
          <w:u w:val="single"/>
        </w:rPr>
        <w:t>more difficult</w:t>
      </w:r>
      <w:r>
        <w:rPr>
          <w:b w:val="0"/>
          <w:i w:val="0"/>
          <w:smallCaps w:val="0"/>
          <w:strike w:val="0"/>
          <w:u w:val="none"/>
        </w:rPr>
        <w:t>. Despite the optimistic rhetoric that emanates from official U.S.-China meetings, the reality is that Sino-American competition is likely to overshadow an increasing number of global issues in the years ahead. If other countries like India, Turkey, and Brazil also become significant global powers, this will only further dampen the prospects for effective global governance.</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