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Too many challenges</w:t>
      </w:r>
      <w:r>
        <w:rPr>
          <w:b/>
          <w:i w:val="0"/>
          <w:smallCaps w:val="0"/>
          <w:strike w:val="0"/>
          <w:sz w:val="26"/>
          <w:u w:val="none"/>
        </w:rPr>
        <w:t xml:space="preserve"> with public blockchain</w:t>
      </w:r>
    </w:p>
    <w:p>
      <w:pPr>
        <w:spacing w:after="80"/>
      </w:pPr>
      <w:r>
        <w:rPr>
          <w:b w:val="0"/>
          <w:i w:val="0"/>
          <w:smallCaps w:val="0"/>
          <w:strike w:val="0"/>
          <w:u w:val="none"/>
        </w:rPr>
        <w:t xml:space="preserve">Toshendra Kumar </w:t>
      </w:r>
      <w:r>
        <w:rPr>
          <w:b/>
          <w:i w:val="0"/>
          <w:smallCaps w:val="0"/>
          <w:strike w:val="0"/>
          <w:sz w:val="26"/>
          <w:u w:val="none"/>
        </w:rPr>
        <w:t>Sharma ’18</w:t>
      </w:r>
      <w:r>
        <w:rPr>
          <w:b w:val="0"/>
          <w:i w:val="0"/>
          <w:smallCaps w:val="0"/>
          <w:strike w:val="0"/>
          <w:u w:val="none"/>
        </w:rPr>
        <w:t xml:space="preserve">, Blockchain Researcher, Developer &amp; Consultant, Top 5 Challenges with Public Blockchain on </w:t>
      </w:r>
      <w:r>
        <w:rPr>
          <w:b w:val="0"/>
          <w:i/>
          <w:smallCaps w:val="0"/>
          <w:strike w:val="0"/>
          <w:u w:val="none"/>
        </w:rPr>
        <w:t>Blockchain Council</w:t>
      </w:r>
      <w:r>
        <w:rPr>
          <w:b w:val="0"/>
          <w:i w:val="0"/>
          <w:smallCaps w:val="0"/>
          <w:strike w:val="0"/>
          <w:u w:val="none"/>
        </w:rPr>
        <w:t xml:space="preserve">, </w:t>
      </w:r>
      <w:r>
        <w:rPr>
          <w:b w:val="0"/>
          <w:i w:val="0"/>
          <w:smallCaps w:val="0"/>
          <w:strike w:val="0"/>
          <w:u w:val="none"/>
        </w:rPr>
        <w:t>https://www.blockchain-council.org/blockchain/top-5-challenges-with-pubilc-blockchain/</w:t>
      </w:r>
      <w:r>
        <w:rPr>
          <w:b w:val="0"/>
          <w:i w:val="0"/>
          <w:smallCaps w:val="0"/>
          <w:strike w:val="0"/>
          <w:u w:val="none"/>
        </w:rPr>
        <w:t xml:space="preserve"> [as]</w:t>
      </w:r>
    </w:p>
    <w:p>
      <w:pPr>
        <w:spacing w:after="60"/>
      </w:pPr>
      <w:r>
        <w:rPr>
          <w:b w:val="0"/>
          <w:i w:val="0"/>
          <w:smallCaps w:val="0"/>
          <w:strike w:val="0"/>
          <w:u w:val="single"/>
        </w:rPr>
        <w:t xml:space="preserve">We </w:t>
      </w:r>
      <w:r>
        <w:rPr>
          <w:b w:val="0"/>
          <w:i w:val="0"/>
          <w:smallCaps w:val="0"/>
          <w:strike w:val="0"/>
          <w:highlight w:val="cyan"/>
          <w:u w:val="single"/>
        </w:rPr>
        <w:t>have heard a lot about Blockchain</w:t>
      </w:r>
      <w:r>
        <w:rPr>
          <w:b w:val="0"/>
          <w:i w:val="0"/>
          <w:smallCaps w:val="0"/>
          <w:strike w:val="0"/>
          <w:sz w:val="16"/>
          <w:u w:val="none"/>
        </w:rPr>
        <w:t xml:space="preserve"> and its usage, how it can positively influence the world, but at the same, </w:t>
      </w:r>
      <w:r>
        <w:rPr>
          <w:b w:val="0"/>
          <w:i w:val="0"/>
          <w:smallCaps w:val="0"/>
          <w:strike w:val="0"/>
          <w:u w:val="single"/>
        </w:rPr>
        <w:t xml:space="preserve">we cannot ignore the fact that it is at a very nascent stage and </w:t>
      </w:r>
      <w:r>
        <w:rPr>
          <w:b w:val="0"/>
          <w:i w:val="0"/>
          <w:smallCaps w:val="0"/>
          <w:strike w:val="0"/>
          <w:highlight w:val="cyan"/>
          <w:u w:val="single"/>
        </w:rPr>
        <w:t>to make it perfect there is a need for</w:t>
      </w:r>
      <w:r>
        <w:rPr>
          <w:b w:val="0"/>
          <w:i w:val="0"/>
          <w:smallCaps w:val="0"/>
          <w:strike w:val="0"/>
          <w:u w:val="single"/>
        </w:rPr>
        <w:t xml:space="preserve"> many </w:t>
      </w:r>
      <w:r>
        <w:rPr>
          <w:b w:val="0"/>
          <w:i w:val="0"/>
          <w:smallCaps w:val="0"/>
          <w:strike w:val="0"/>
          <w:highlight w:val="cyan"/>
          <w:u w:val="single"/>
        </w:rPr>
        <w:t>improvisations</w:t>
      </w:r>
      <w:r>
        <w:rPr>
          <w:b w:val="0"/>
          <w:i w:val="0"/>
          <w:smallCaps w:val="0"/>
          <w:strike w:val="0"/>
          <w:u w:val="single"/>
        </w:rPr>
        <w:t>.</w:t>
      </w:r>
    </w:p>
    <w:p>
      <w:pPr>
        <w:spacing w:after="60"/>
      </w:pPr>
      <w:r>
        <w:rPr>
          <w:b w:val="0"/>
          <w:i w:val="0"/>
          <w:smallCaps w:val="0"/>
          <w:strike w:val="0"/>
          <w:sz w:val="16"/>
          <w:u w:val="none"/>
        </w:rPr>
        <w:t xml:space="preserve">Despite a large number of supporters supporting this technology, we </w:t>
      </w:r>
      <w:r>
        <w:rPr>
          <w:b w:val="0"/>
          <w:i w:val="0"/>
          <w:smallCaps w:val="0"/>
          <w:strike w:val="0"/>
          <w:u w:val="single"/>
        </w:rPr>
        <w:t>still have the drawbacks that need to be addressed.</w:t>
      </w:r>
      <w:r>
        <w:rPr>
          <w:b w:val="0"/>
          <w:i w:val="0"/>
          <w:smallCaps w:val="0"/>
          <w:strike w:val="0"/>
          <w:sz w:val="16"/>
          <w:u w:val="none"/>
        </w:rPr>
        <w:t xml:space="preserve"> There are some areas of concern on which the developers need to work </w:t>
      </w:r>
      <w:r>
        <w:rPr>
          <w:b w:val="0"/>
          <w:i w:val="0"/>
          <w:smallCaps w:val="0"/>
          <w:strike w:val="0"/>
          <w:u w:val="single"/>
        </w:rPr>
        <w:t xml:space="preserve">so that they can </w:t>
      </w:r>
      <w:r>
        <w:rPr>
          <w:b w:val="0"/>
          <w:i w:val="0"/>
          <w:smallCaps w:val="0"/>
          <w:strike w:val="0"/>
          <w:sz w:val="16"/>
          <w:u w:val="none"/>
        </w:rPr>
        <w:t xml:space="preserve">create a full-proof technology which can handle a large volume of data and at the same time it also </w:t>
      </w:r>
      <w:r>
        <w:rPr>
          <w:b w:val="0"/>
          <w:i w:val="0"/>
          <w:smallCaps w:val="0"/>
          <w:strike w:val="0"/>
          <w:u w:val="single"/>
        </w:rPr>
        <w:t>ensures safety and security.</w:t>
      </w:r>
    </w:p>
    <w:p>
      <w:pPr>
        <w:spacing w:after="60"/>
      </w:pPr>
      <w:r>
        <w:rPr>
          <w:b w:val="0"/>
          <w:i w:val="0"/>
          <w:smallCaps w:val="0"/>
          <w:strike w:val="0"/>
          <w:sz w:val="16"/>
          <w:u w:val="none"/>
        </w:rPr>
        <w:t>Many people believe that Blockchain is a bubble that will soon deflate, but for most, it is a promising technology. In this blog, I will be highlighting what the top 5 challenges that Blockchain technology is facing in its path of growth are.</w:t>
      </w:r>
    </w:p>
    <w:p>
      <w:pPr>
        <w:spacing w:after="60"/>
      </w:pPr>
      <w:r>
        <w:rPr>
          <w:b/>
          <w:i w:val="0"/>
          <w:smallCaps w:val="0"/>
          <w:strike w:val="0"/>
          <w:u w:val="single"/>
        </w:rPr>
        <w:t xml:space="preserve">Top 5 </w:t>
      </w:r>
      <w:r>
        <w:rPr>
          <w:b/>
          <w:i w:val="0"/>
          <w:smallCaps w:val="0"/>
          <w:strike w:val="0"/>
          <w:highlight w:val="cyan"/>
          <w:u w:val="single"/>
        </w:rPr>
        <w:t>Challenges with Public Blockchain</w:t>
      </w:r>
      <w:r>
        <w:rPr>
          <w:b/>
          <w:i w:val="0"/>
          <w:smallCaps w:val="0"/>
          <w:strike w:val="0"/>
          <w:sz w:val="16"/>
          <w:u w:val="none"/>
        </w:rPr>
        <w:t>:</w:t>
      </w:r>
    </w:p>
    <w:p>
      <w:pPr>
        <w:spacing w:after="60"/>
      </w:pPr>
      <w:r>
        <w:rPr>
          <w:b/>
          <w:i w:val="0"/>
          <w:smallCaps w:val="0"/>
          <w:strike w:val="0"/>
          <w:highlight w:val="cyan"/>
          <w:u w:val="single"/>
        </w:rPr>
        <w:t>Privacy Limitations</w:t>
      </w:r>
      <w:r>
        <w:rPr>
          <w:b w:val="0"/>
          <w:i w:val="0"/>
          <w:smallCaps w:val="0"/>
          <w:strike w:val="0"/>
          <w:sz w:val="16"/>
          <w:u w:val="none"/>
        </w:rPr>
        <w:t xml:space="preserve">- Pseudonymity is one of the critical features of Blockchain Technology, and when it talks about anonymity, then it means that we know that the transactions or trading is happening from someplace, but there’s no real-world identity attached to the same. </w:t>
      </w:r>
      <w:r>
        <w:rPr>
          <w:b w:val="0"/>
          <w:i w:val="0"/>
          <w:smallCaps w:val="0"/>
          <w:strike w:val="0"/>
          <w:u w:val="single"/>
        </w:rPr>
        <w:t>It raises the concern, what if there is a fraud, and how will we track the person, whom to catch in case of fraud or hacking.</w:t>
      </w:r>
    </w:p>
    <w:p>
      <w:pPr>
        <w:spacing w:after="60"/>
      </w:pPr>
      <w:r>
        <w:rPr>
          <w:b w:val="0"/>
          <w:i w:val="0"/>
          <w:smallCaps w:val="0"/>
          <w:strike w:val="0"/>
          <w:highlight w:val="cyan"/>
          <w:u w:val="single"/>
        </w:rPr>
        <w:t>In</w:t>
      </w:r>
      <w:r>
        <w:rPr>
          <w:b w:val="0"/>
          <w:i w:val="0"/>
          <w:smallCaps w:val="0"/>
          <w:strike w:val="0"/>
          <w:u w:val="single"/>
        </w:rPr>
        <w:t xml:space="preserve"> case of the </w:t>
      </w:r>
      <w:r>
        <w:rPr>
          <w:b w:val="0"/>
          <w:i w:val="0"/>
          <w:smallCaps w:val="0"/>
          <w:strike w:val="0"/>
          <w:highlight w:val="cyan"/>
          <w:u w:val="single"/>
        </w:rPr>
        <w:t>public Blockchain</w:t>
      </w:r>
      <w:r>
        <w:rPr>
          <w:b w:val="0"/>
          <w:i w:val="0"/>
          <w:smallCaps w:val="0"/>
          <w:strike w:val="0"/>
          <w:sz w:val="16"/>
          <w:u w:val="none"/>
        </w:rPr>
        <w:t xml:space="preserve">, the </w:t>
      </w:r>
      <w:r>
        <w:rPr>
          <w:b w:val="0"/>
          <w:i w:val="0"/>
          <w:smallCaps w:val="0"/>
          <w:strike w:val="0"/>
          <w:u w:val="single"/>
        </w:rPr>
        <w:t>details</w:t>
      </w:r>
      <w:r>
        <w:rPr>
          <w:b w:val="0"/>
          <w:i w:val="0"/>
          <w:smallCaps w:val="0"/>
          <w:strike w:val="0"/>
          <w:sz w:val="16"/>
          <w:u w:val="none"/>
        </w:rPr>
        <w:t xml:space="preserve"> of smart contracts </w:t>
      </w:r>
      <w:r>
        <w:rPr>
          <w:b w:val="0"/>
          <w:i w:val="0"/>
          <w:smallCaps w:val="0"/>
          <w:strike w:val="0"/>
          <w:u w:val="single"/>
        </w:rPr>
        <w:t xml:space="preserve">entered by the </w:t>
      </w:r>
      <w:r>
        <w:rPr>
          <w:b w:val="0"/>
          <w:i w:val="0"/>
          <w:smallCaps w:val="0"/>
          <w:strike w:val="0"/>
          <w:highlight w:val="cyan"/>
          <w:u w:val="single"/>
        </w:rPr>
        <w:t>users</w:t>
      </w:r>
      <w:r>
        <w:rPr>
          <w:b w:val="0"/>
          <w:i w:val="0"/>
          <w:smallCaps w:val="0"/>
          <w:strike w:val="0"/>
          <w:sz w:val="16"/>
          <w:u w:val="none"/>
        </w:rPr>
        <w:t xml:space="preserve"> in the Ethereum network </w:t>
      </w:r>
      <w:r>
        <w:rPr>
          <w:b w:val="0"/>
          <w:i w:val="0"/>
          <w:smallCaps w:val="0"/>
          <w:strike w:val="0"/>
          <w:u w:val="single"/>
        </w:rPr>
        <w:t>become open to the public</w:t>
      </w:r>
      <w:r>
        <w:rPr>
          <w:b w:val="0"/>
          <w:i w:val="0"/>
          <w:smallCaps w:val="0"/>
          <w:strike w:val="0"/>
          <w:sz w:val="16"/>
          <w:u w:val="none"/>
        </w:rPr>
        <w:t xml:space="preserve">. Under such circumstances, uploading data like health records, personal information, medical documents and identity verification, financial reports </w:t>
      </w:r>
      <w:r>
        <w:rPr>
          <w:b w:val="0"/>
          <w:i w:val="0"/>
          <w:smallCaps w:val="0"/>
          <w:strike w:val="0"/>
          <w:highlight w:val="cyan"/>
          <w:u w:val="single"/>
        </w:rPr>
        <w:t>become vulnerable to hackers</w:t>
      </w:r>
      <w:r>
        <w:rPr>
          <w:b w:val="0"/>
          <w:i w:val="0"/>
          <w:smallCaps w:val="0"/>
          <w:strike w:val="0"/>
          <w:sz w:val="16"/>
          <w:u w:val="none"/>
        </w:rPr>
        <w:t xml:space="preserve"> attack.</w:t>
      </w:r>
    </w:p>
    <w:p>
      <w:pPr>
        <w:spacing w:after="60"/>
      </w:pPr>
      <w:r>
        <w:rPr>
          <w:b/>
          <w:i w:val="0"/>
          <w:smallCaps w:val="0"/>
          <w:strike w:val="0"/>
          <w:highlight w:val="cyan"/>
          <w:u w:val="single"/>
        </w:rPr>
        <w:t>Lack of Regulations And Governance</w:t>
      </w:r>
      <w:r>
        <w:rPr>
          <w:b/>
          <w:i w:val="0"/>
          <w:smallCaps w:val="0"/>
          <w:strike w:val="0"/>
          <w:sz w:val="16"/>
          <w:u w:val="none"/>
        </w:rPr>
        <w:t xml:space="preserve"> </w:t>
      </w:r>
      <w:r>
        <w:rPr>
          <w:b w:val="0"/>
          <w:i w:val="0"/>
          <w:smallCaps w:val="0"/>
          <w:strike w:val="0"/>
          <w:sz w:val="16"/>
          <w:u w:val="none"/>
        </w:rPr>
        <w:t>– The critical feature of Blockchain Technology is that it lacks regulation. It allows peer-to-peer transaction which means there is no intermediary. Moreover, there it also requires governance from authorised bodies. You cannot hold anyone responsible for maintaining the network standard thus making the entire system dicey and sceptical.</w:t>
      </w:r>
    </w:p>
    <w:p>
      <w:pPr>
        <w:spacing w:after="60"/>
      </w:pPr>
      <w:r>
        <w:rPr>
          <w:b/>
          <w:i w:val="0"/>
          <w:smallCaps w:val="0"/>
          <w:strike w:val="0"/>
          <w:highlight w:val="cyan"/>
          <w:u w:val="single"/>
        </w:rPr>
        <w:t>Cost to set up</w:t>
      </w:r>
      <w:r>
        <w:rPr>
          <w:b w:val="0"/>
          <w:i w:val="0"/>
          <w:smallCaps w:val="0"/>
          <w:strike w:val="0"/>
          <w:sz w:val="16"/>
          <w:u w:val="none"/>
        </w:rPr>
        <w:t>- The cost to setup-the developers might be preaching a lot about Blockchain Technology, but we cannot ignore the fact that to set up the entire system of Blockchain Technology is expensive especially if you wish to set up the whole operation in-house. Moreover, you may also need to buy specialised hardware for use this software. Apart from the software and hardware cost find a person to work on this system efficiently is yet another area of cost in terms of time. Since the technology is entirely new and there are frequent changes in the same, the organisations need to spend a lot of money in training, setting up the infrastructure and other areas of cost, thus making it a costly affair.</w:t>
      </w:r>
    </w:p>
    <w:p>
      <w:pPr>
        <w:spacing w:after="60"/>
      </w:pPr>
      <w:r>
        <w:rPr>
          <w:b/>
          <w:i w:val="0"/>
          <w:smallCaps w:val="0"/>
          <w:strike w:val="0"/>
          <w:highlight w:val="cyan"/>
          <w:u w:val="single"/>
        </w:rPr>
        <w:t>Huge consumption of energy</w:t>
      </w:r>
      <w:r>
        <w:rPr>
          <w:b w:val="0"/>
          <w:i w:val="0"/>
          <w:smallCaps w:val="0"/>
          <w:strike w:val="0"/>
          <w:sz w:val="16"/>
          <w:u w:val="none"/>
        </w:rPr>
        <w:t xml:space="preserve">- One of the important areas of concerns while using Blockchain Technology for cryptocurrency exchange is the energy it consumes. Whether it is Bitcoin or Ethereum network, to validate the transactions they follow Proof-Of-Work mechanism which consumes a lot of energy while solving complex mathematical problems. As per the whitepaper published in June 2017, the energy consumers in Bitcoin network can be used by 700 average American houses. </w:t>
      </w:r>
      <w:r>
        <w:rPr>
          <w:b w:val="0"/>
          <w:i w:val="0"/>
          <w:smallCaps w:val="0"/>
          <w:strike w:val="0"/>
          <w:u w:val="single"/>
        </w:rPr>
        <w:t>With such a large consumption of energy, it becomes mandatory to come up with an alternative consensus mechanism that could consume less power.</w:t>
      </w:r>
    </w:p>
    <w:p>
      <w:pPr>
        <w:spacing w:after="60"/>
      </w:pPr>
      <w:r>
        <w:rPr>
          <w:b/>
          <w:i w:val="0"/>
          <w:smallCaps w:val="0"/>
          <w:strike w:val="0"/>
          <w:highlight w:val="cyan"/>
          <w:u w:val="single"/>
        </w:rPr>
        <w:t>Public Perception</w:t>
      </w:r>
      <w:r>
        <w:rPr>
          <w:b w:val="0"/>
          <w:i w:val="0"/>
          <w:smallCaps w:val="0"/>
          <w:strike w:val="0"/>
          <w:sz w:val="16"/>
          <w:u w:val="none"/>
        </w:rPr>
        <w:t xml:space="preserve">- The biggest drawback in the way of the success of Blockchain is the perception it holds in the eyes of people. Firstly, people don’t see it be a part of mainstream functioning. Secondly, </w:t>
      </w:r>
      <w:r>
        <w:rPr>
          <w:b w:val="0"/>
          <w:i w:val="0"/>
          <w:smallCaps w:val="0"/>
          <w:strike w:val="0"/>
          <w:highlight w:val="cyan"/>
          <w:u w:val="single"/>
        </w:rPr>
        <w:t>most</w:t>
      </w:r>
      <w:r>
        <w:rPr>
          <w:b w:val="0"/>
          <w:i w:val="0"/>
          <w:smallCaps w:val="0"/>
          <w:strike w:val="0"/>
          <w:sz w:val="16"/>
          <w:u w:val="none"/>
        </w:rPr>
        <w:t xml:space="preserve"> of the </w:t>
      </w:r>
      <w:r>
        <w:rPr>
          <w:b w:val="0"/>
          <w:i w:val="0"/>
          <w:smallCaps w:val="0"/>
          <w:strike w:val="0"/>
          <w:highlight w:val="cyan"/>
          <w:u w:val="single"/>
        </w:rPr>
        <w:t>people believe</w:t>
      </w:r>
      <w:r>
        <w:rPr>
          <w:b w:val="0"/>
          <w:i w:val="0"/>
          <w:smallCaps w:val="0"/>
          <w:strike w:val="0"/>
          <w:u w:val="single"/>
        </w:rPr>
        <w:t xml:space="preserve"> that this </w:t>
      </w:r>
      <w:r>
        <w:rPr>
          <w:b w:val="0"/>
          <w:i w:val="0"/>
          <w:smallCaps w:val="0"/>
          <w:strike w:val="0"/>
          <w:highlight w:val="cyan"/>
          <w:u w:val="single"/>
        </w:rPr>
        <w:t>tech</w:t>
      </w:r>
      <w:r>
        <w:rPr>
          <w:b w:val="0"/>
          <w:i w:val="0"/>
          <w:smallCaps w:val="0"/>
          <w:strike w:val="0"/>
          <w:u w:val="single"/>
        </w:rPr>
        <w:t xml:space="preserve">nology </w:t>
      </w:r>
      <w:r>
        <w:rPr>
          <w:b w:val="0"/>
          <w:i w:val="0"/>
          <w:smallCaps w:val="0"/>
          <w:strike w:val="0"/>
          <w:highlight w:val="cyan"/>
          <w:u w:val="single"/>
        </w:rPr>
        <w:t>will not last long</w:t>
      </w:r>
      <w:r>
        <w:rPr>
          <w:b w:val="0"/>
          <w:i w:val="0"/>
          <w:smallCaps w:val="0"/>
          <w:strike w:val="0"/>
          <w:sz w:val="16"/>
          <w:u w:val="none"/>
        </w:rPr>
        <w:t>. The feature like the lack of governance, easy access to become a member of public Blockchain and lack of regulation further deteriorates the image of Blockchain in the eyes of people. All these factors contribute as challenges for the growth of this Technology.</w:t>
      </w:r>
    </w:p>
    <w:p>
      <w:pPr>
        <w:spacing w:after="60"/>
      </w:pPr>
      <w:r>
        <w:rPr>
          <w:b w:val="0"/>
          <w:i w:val="0"/>
          <w:smallCaps w:val="0"/>
          <w:strike w:val="0"/>
          <w:u w:val="single"/>
        </w:rPr>
        <w:t>For Blockchain to emerge as a winner</w:t>
      </w:r>
      <w:r>
        <w:rPr>
          <w:b w:val="0"/>
          <w:i w:val="0"/>
          <w:smallCaps w:val="0"/>
          <w:strike w:val="0"/>
          <w:sz w:val="16"/>
          <w:u w:val="none"/>
        </w:rPr>
        <w:t xml:space="preserve"> and a part of the mainstream, </w:t>
      </w:r>
      <w:r>
        <w:rPr>
          <w:b w:val="0"/>
          <w:i w:val="0"/>
          <w:smallCaps w:val="0"/>
          <w:strike w:val="0"/>
          <w:u w:val="single"/>
        </w:rPr>
        <w:t xml:space="preserve">it is important that the </w:t>
      </w:r>
      <w:r>
        <w:rPr>
          <w:b w:val="0"/>
          <w:i w:val="0"/>
          <w:smallCaps w:val="0"/>
          <w:strike w:val="0"/>
          <w:highlight w:val="cyan"/>
          <w:u w:val="single"/>
        </w:rPr>
        <w:t>developers need to</w:t>
      </w:r>
      <w:r>
        <w:rPr>
          <w:b w:val="0"/>
          <w:i w:val="0"/>
          <w:smallCaps w:val="0"/>
          <w:strike w:val="0"/>
          <w:sz w:val="16"/>
          <w:u w:val="none"/>
        </w:rPr>
        <w:t xml:space="preserve"> break the ice and </w:t>
      </w:r>
      <w:r>
        <w:rPr>
          <w:b w:val="0"/>
          <w:i w:val="0"/>
          <w:smallCaps w:val="0"/>
          <w:strike w:val="0"/>
          <w:highlight w:val="cyan"/>
          <w:u w:val="single"/>
        </w:rPr>
        <w:t>come up with a system which is safer and secure</w:t>
      </w:r>
      <w:r>
        <w:rPr>
          <w:b w:val="0"/>
          <w:i w:val="0"/>
          <w:smallCaps w:val="0"/>
          <w:strike w:val="0"/>
          <w:u w:val="singl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