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Satellite failures are inevitable – weather and extreme space events prove</w:t>
      </w:r>
    </w:p>
    <w:p>
      <w:pPr>
        <w:spacing w:after="80"/>
      </w:pPr>
      <w:r>
        <w:rPr>
          <w:b w:val="0"/>
          <w:i w:val="0"/>
          <w:smallCaps w:val="0"/>
          <w:strike w:val="0"/>
          <w:u w:val="none"/>
        </w:rPr>
        <w:t xml:space="preserve">Dan </w:t>
      </w:r>
      <w:r>
        <w:rPr>
          <w:b/>
          <w:i w:val="0"/>
          <w:smallCaps w:val="0"/>
          <w:strike w:val="0"/>
          <w:sz w:val="26"/>
          <w:u w:val="none"/>
        </w:rPr>
        <w:t>Swinhole</w:t>
      </w:r>
      <w:r>
        <w:rPr>
          <w:b w:val="0"/>
          <w:i w:val="0"/>
          <w:smallCaps w:val="0"/>
          <w:strike w:val="0"/>
          <w:u w:val="none"/>
        </w:rPr>
        <w:t xml:space="preserve"> </w:t>
      </w:r>
      <w:r>
        <w:rPr>
          <w:b w:val="0"/>
          <w:i w:val="0"/>
          <w:smallCaps w:val="0"/>
          <w:strike w:val="0"/>
          <w:u w:val="none"/>
        </w:rPr>
        <w:t>5-7-20</w:t>
      </w:r>
      <w:r>
        <w:rPr>
          <w:b/>
          <w:i w:val="0"/>
          <w:smallCaps w:val="0"/>
          <w:strike w:val="0"/>
          <w:sz w:val="26"/>
          <w:u w:val="none"/>
        </w:rPr>
        <w:t>21</w:t>
      </w:r>
      <w:r>
        <w:rPr>
          <w:b w:val="0"/>
          <w:i w:val="0"/>
          <w:smallCaps w:val="0"/>
          <w:strike w:val="0"/>
          <w:u w:val="none"/>
        </w:rPr>
        <w:t>, Senior Editor @ Datacenter Dynamics, "Just how resilient are satellites?," Data Center Dynamics, https://www.datacenterdynamics.com/en/analysis/just-how-resilient-are-satellites/</w:t>
      </w:r>
    </w:p>
    <w:p>
      <w:pPr>
        <w:spacing w:after="60"/>
      </w:pPr>
      <w:r>
        <w:rPr>
          <w:b w:val="0"/>
          <w:i w:val="0"/>
          <w:smallCaps w:val="0"/>
          <w:strike w:val="0"/>
          <w:u w:val="none"/>
        </w:rPr>
        <w:t xml:space="preserve">Assuming a </w:t>
      </w:r>
      <w:r>
        <w:rPr>
          <w:b w:val="0"/>
          <w:i w:val="0"/>
          <w:smallCaps w:val="0"/>
          <w:strike w:val="0"/>
          <w:highlight w:val="cyan"/>
          <w:u w:val="single"/>
        </w:rPr>
        <w:t>satellite</w:t>
      </w:r>
      <w:r>
        <w:rPr>
          <w:b w:val="0"/>
          <w:i w:val="0"/>
          <w:smallCaps w:val="0"/>
          <w:strike w:val="0"/>
          <w:u w:val="none"/>
        </w:rPr>
        <w:t xml:space="preserve"> </w:t>
      </w:r>
      <w:r>
        <w:rPr>
          <w:b w:val="0"/>
          <w:i w:val="0"/>
          <w:smallCaps w:val="0"/>
          <w:strike w:val="0"/>
          <w:u w:val="single"/>
        </w:rPr>
        <w:t>survives the launch and calls home without any troubles, it</w:t>
      </w:r>
      <w:r>
        <w:rPr>
          <w:b w:val="0"/>
          <w:i w:val="0"/>
          <w:smallCaps w:val="0"/>
          <w:strike w:val="0"/>
          <w:u w:val="none"/>
        </w:rPr>
        <w:t xml:space="preserve"> </w:t>
      </w:r>
      <w:r>
        <w:rPr>
          <w:b w:val="0"/>
          <w:i w:val="0"/>
          <w:smallCaps w:val="0"/>
          <w:strike w:val="0"/>
          <w:highlight w:val="cyan"/>
          <w:u w:val="single"/>
        </w:rPr>
        <w:t>faces</w:t>
      </w:r>
      <w:r>
        <w:rPr>
          <w:b w:val="0"/>
          <w:i w:val="0"/>
          <w:smallCaps w:val="0"/>
          <w:strike w:val="0"/>
          <w:highlight w:val="cyan"/>
          <w:u w:val="none"/>
        </w:rPr>
        <w:t xml:space="preserve"> </w:t>
      </w:r>
      <w:r>
        <w:rPr>
          <w:b w:val="0"/>
          <w:i w:val="0"/>
          <w:smallCaps w:val="0"/>
          <w:strike w:val="0"/>
          <w:highlight w:val="cyan"/>
          <w:u w:val="single"/>
        </w:rPr>
        <w:t>a</w:t>
      </w:r>
      <w:r>
        <w:rPr>
          <w:b w:val="0"/>
          <w:i w:val="0"/>
          <w:smallCaps w:val="0"/>
          <w:strike w:val="0"/>
          <w:highlight w:val="cyan"/>
          <w:u w:val="none"/>
        </w:rPr>
        <w:t xml:space="preserve"> </w:t>
      </w:r>
      <w:r>
        <w:rPr>
          <w:b w:val="0"/>
          <w:i w:val="0"/>
          <w:smallCaps w:val="0"/>
          <w:strike w:val="0"/>
          <w:highlight w:val="cyan"/>
          <w:u w:val="single"/>
        </w:rPr>
        <w:t>constant</w:t>
      </w:r>
      <w:r>
        <w:rPr>
          <w:b w:val="0"/>
          <w:i w:val="0"/>
          <w:smallCaps w:val="0"/>
          <w:strike w:val="0"/>
          <w:highlight w:val="cyan"/>
          <w:u w:val="none"/>
        </w:rPr>
        <w:t xml:space="preserve"> </w:t>
      </w:r>
      <w:r>
        <w:rPr>
          <w:b/>
          <w:i w:val="0"/>
          <w:smallCaps w:val="0"/>
          <w:strike w:val="0"/>
          <w:sz w:val="22"/>
          <w:highlight w:val="cyan"/>
          <w:u w:val="single"/>
        </w:rPr>
        <w:t>battle for survival</w:t>
      </w:r>
      <w:r>
        <w:rPr>
          <w:b w:val="0"/>
          <w:i w:val="0"/>
          <w:smallCaps w:val="0"/>
          <w:strike w:val="0"/>
          <w:u w:val="none"/>
        </w:rPr>
        <w:t xml:space="preserve"> </w:t>
      </w:r>
      <w:r>
        <w:rPr>
          <w:b w:val="0"/>
          <w:i w:val="0"/>
          <w:smallCaps w:val="0"/>
          <w:strike w:val="0"/>
          <w:u w:val="single"/>
        </w:rPr>
        <w:t>out in the harshness of space</w:t>
      </w:r>
      <w:r>
        <w:rPr>
          <w:b w:val="0"/>
          <w:i w:val="0"/>
          <w:smallCaps w:val="0"/>
          <w:strike w:val="0"/>
          <w:u w:val="none"/>
        </w:rPr>
        <w:t xml:space="preserve">. Even Earth satellites in low orbits can see </w:t>
      </w:r>
      <w:r>
        <w:rPr>
          <w:b w:val="0"/>
          <w:i w:val="0"/>
          <w:smallCaps w:val="0"/>
          <w:strike w:val="0"/>
          <w:highlight w:val="cyan"/>
          <w:u w:val="single"/>
        </w:rPr>
        <w:t>temperature swings</w:t>
      </w:r>
      <w:r>
        <w:rPr>
          <w:b w:val="0"/>
          <w:i w:val="0"/>
          <w:smallCaps w:val="0"/>
          <w:strike w:val="0"/>
          <w:u w:val="single"/>
        </w:rPr>
        <w:t xml:space="preserve"> of</w:t>
      </w:r>
      <w:r>
        <w:rPr>
          <w:b w:val="0"/>
          <w:i w:val="0"/>
          <w:smallCaps w:val="0"/>
          <w:strike w:val="0"/>
          <w:u w:val="none"/>
        </w:rPr>
        <w:t xml:space="preserve"> </w:t>
      </w:r>
      <w:r>
        <w:rPr>
          <w:b w:val="0"/>
          <w:i w:val="0"/>
          <w:smallCaps w:val="0"/>
          <w:strike w:val="0"/>
          <w:u w:val="single"/>
        </w:rPr>
        <w:t>minus 50°C</w:t>
      </w:r>
      <w:r>
        <w:rPr>
          <w:b w:val="0"/>
          <w:i w:val="0"/>
          <w:smallCaps w:val="0"/>
          <w:strike w:val="0"/>
          <w:u w:val="none"/>
        </w:rPr>
        <w:t xml:space="preserve"> </w:t>
      </w:r>
      <w:r>
        <w:rPr>
          <w:b w:val="0"/>
          <w:i w:val="0"/>
          <w:smallCaps w:val="0"/>
          <w:strike w:val="0"/>
          <w:u w:val="single"/>
        </w:rPr>
        <w:t>(-58°F)</w:t>
      </w:r>
      <w:r>
        <w:rPr>
          <w:b w:val="0"/>
          <w:i w:val="0"/>
          <w:smallCaps w:val="0"/>
          <w:strike w:val="0"/>
          <w:u w:val="none"/>
        </w:rPr>
        <w:t xml:space="preserve"> </w:t>
      </w:r>
      <w:r>
        <w:rPr>
          <w:b w:val="0"/>
          <w:i w:val="0"/>
          <w:smallCaps w:val="0"/>
          <w:strike w:val="0"/>
          <w:u w:val="single"/>
        </w:rPr>
        <w:t>to plus 50°C</w:t>
      </w:r>
      <w:r>
        <w:rPr>
          <w:b w:val="0"/>
          <w:i w:val="0"/>
          <w:smallCaps w:val="0"/>
          <w:strike w:val="0"/>
          <w:u w:val="none"/>
        </w:rPr>
        <w:t xml:space="preserve"> </w:t>
      </w:r>
      <w:r>
        <w:rPr>
          <w:b w:val="0"/>
          <w:i w:val="0"/>
          <w:smallCaps w:val="0"/>
          <w:strike w:val="0"/>
          <w:u w:val="single"/>
        </w:rPr>
        <w:t>(122°F)</w:t>
      </w:r>
      <w:r>
        <w:rPr>
          <w:b w:val="0"/>
          <w:i w:val="0"/>
          <w:smallCaps w:val="0"/>
          <w:strike w:val="0"/>
          <w:u w:val="none"/>
        </w:rPr>
        <w:t xml:space="preserve"> </w:t>
      </w:r>
      <w:r>
        <w:rPr>
          <w:b w:val="0"/>
          <w:i w:val="0"/>
          <w:smallCaps w:val="0"/>
          <w:strike w:val="0"/>
          <w:highlight w:val="cyan"/>
          <w:u w:val="single"/>
        </w:rPr>
        <w:t>every 90 minutes</w:t>
      </w:r>
      <w:r>
        <w:rPr>
          <w:b w:val="0"/>
          <w:i w:val="0"/>
          <w:smallCaps w:val="0"/>
          <w:strike w:val="0"/>
          <w:u w:val="single"/>
        </w:rPr>
        <w:t>, which can have a</w:t>
      </w:r>
      <w:r>
        <w:rPr>
          <w:b w:val="0"/>
          <w:i w:val="0"/>
          <w:smallCaps w:val="0"/>
          <w:strike w:val="0"/>
          <w:u w:val="none"/>
        </w:rPr>
        <w:t xml:space="preserve"> </w:t>
      </w:r>
      <w:r>
        <w:rPr>
          <w:b/>
          <w:i w:val="0"/>
          <w:smallCaps w:val="0"/>
          <w:strike w:val="0"/>
          <w:sz w:val="22"/>
          <w:highlight w:val="cyan"/>
          <w:u w:val="single"/>
        </w:rPr>
        <w:t>big effect</w:t>
      </w:r>
      <w:r>
        <w:rPr>
          <w:b w:val="0"/>
          <w:i w:val="0"/>
          <w:smallCaps w:val="0"/>
          <w:strike w:val="0"/>
          <w:highlight w:val="cyan"/>
          <w:u w:val="none"/>
        </w:rPr>
        <w:t xml:space="preserve"> on the equipment</w:t>
      </w:r>
      <w:r>
        <w:rPr>
          <w:b w:val="0"/>
          <w:i w:val="0"/>
          <w:smallCaps w:val="0"/>
          <w:strike w:val="0"/>
          <w:u w:val="none"/>
        </w:rPr>
        <w:t xml:space="preserve"> onboard, as can the lack of air. “Materials that you thought were quite solid can actually have some liquid or gaseous components which can leave into the vacuum of space, changing the properties of the material and causing it to shrink or become brittle,” says Andy Vick, head of disruptive technology at RAL Space. </w:t>
      </w:r>
      <w:r>
        <w:rPr>
          <w:b w:val="0"/>
          <w:i w:val="0"/>
          <w:smallCaps w:val="0"/>
          <w:strike w:val="0"/>
          <w:highlight w:val="cyan"/>
          <w:u w:val="single"/>
        </w:rPr>
        <w:t>Space</w:t>
      </w:r>
      <w:r>
        <w:rPr>
          <w:b w:val="0"/>
          <w:i w:val="0"/>
          <w:smallCaps w:val="0"/>
          <w:strike w:val="0"/>
          <w:highlight w:val="cyan"/>
          <w:u w:val="none"/>
        </w:rPr>
        <w:t xml:space="preserve"> </w:t>
      </w:r>
      <w:r>
        <w:rPr>
          <w:b w:val="0"/>
          <w:i w:val="0"/>
          <w:smallCaps w:val="0"/>
          <w:strike w:val="0"/>
          <w:highlight w:val="cyan"/>
          <w:u w:val="single"/>
        </w:rPr>
        <w:t>weather</w:t>
      </w:r>
      <w:r>
        <w:rPr>
          <w:b w:val="0"/>
          <w:i w:val="0"/>
          <w:smallCaps w:val="0"/>
          <w:strike w:val="0"/>
          <w:u w:val="none"/>
        </w:rPr>
        <w:t xml:space="preserve"> </w:t>
      </w:r>
      <w:r>
        <w:rPr>
          <w:b w:val="0"/>
          <w:i w:val="0"/>
          <w:smallCaps w:val="0"/>
          <w:strike w:val="0"/>
          <w:u w:val="single"/>
        </w:rPr>
        <w:t>is another</w:t>
      </w:r>
      <w:r>
        <w:rPr>
          <w:b w:val="0"/>
          <w:i w:val="0"/>
          <w:smallCaps w:val="0"/>
          <w:strike w:val="0"/>
          <w:u w:val="none"/>
        </w:rPr>
        <w:t xml:space="preserve"> </w:t>
      </w:r>
      <w:r>
        <w:rPr>
          <w:b w:val="0"/>
          <w:i w:val="0"/>
          <w:smallCaps w:val="0"/>
          <w:strike w:val="0"/>
          <w:highlight w:val="cyan"/>
          <w:u w:val="single"/>
        </w:rPr>
        <w:t>major</w:t>
      </w:r>
      <w:r>
        <w:rPr>
          <w:b w:val="0"/>
          <w:i w:val="0"/>
          <w:smallCaps w:val="0"/>
          <w:strike w:val="0"/>
          <w:highlight w:val="cyan"/>
          <w:u w:val="none"/>
        </w:rPr>
        <w:t xml:space="preserve"> </w:t>
      </w:r>
      <w:r>
        <w:rPr>
          <w:b/>
          <w:i w:val="0"/>
          <w:smallCaps w:val="0"/>
          <w:strike w:val="0"/>
          <w:sz w:val="22"/>
          <w:highlight w:val="cyan"/>
          <w:u w:val="single"/>
        </w:rPr>
        <w:t>contributor</w:t>
      </w:r>
      <w:r>
        <w:rPr>
          <w:b w:val="0"/>
          <w:i w:val="0"/>
          <w:smallCaps w:val="0"/>
          <w:strike w:val="0"/>
          <w:highlight w:val="cyan"/>
          <w:u w:val="none"/>
        </w:rPr>
        <w:t xml:space="preserve"> </w:t>
      </w:r>
      <w:r>
        <w:rPr>
          <w:b w:val="0"/>
          <w:i w:val="0"/>
          <w:smallCaps w:val="0"/>
          <w:strike w:val="0"/>
          <w:highlight w:val="cyan"/>
          <w:u w:val="single"/>
        </w:rPr>
        <w:t>to</w:t>
      </w:r>
      <w:r>
        <w:rPr>
          <w:b w:val="0"/>
          <w:i w:val="0"/>
          <w:smallCaps w:val="0"/>
          <w:strike w:val="0"/>
          <w:u w:val="none"/>
        </w:rPr>
        <w:t xml:space="preserve"> </w:t>
      </w:r>
      <w:r>
        <w:rPr>
          <w:b/>
          <w:i w:val="0"/>
          <w:smallCaps w:val="0"/>
          <w:strike w:val="0"/>
          <w:sz w:val="22"/>
          <w:u w:val="single"/>
        </w:rPr>
        <w:t xml:space="preserve">satellite </w:t>
      </w:r>
      <w:r>
        <w:rPr>
          <w:b/>
          <w:i w:val="0"/>
          <w:smallCaps w:val="0"/>
          <w:strike w:val="0"/>
          <w:sz w:val="22"/>
          <w:highlight w:val="cyan"/>
          <w:u w:val="single"/>
        </w:rPr>
        <w:t>failures</w:t>
      </w:r>
      <w:r>
        <w:rPr>
          <w:b w:val="0"/>
          <w:i w:val="0"/>
          <w:smallCaps w:val="0"/>
          <w:strike w:val="0"/>
          <w:u w:val="none"/>
        </w:rPr>
        <w:t xml:space="preserve">. Many of these </w:t>
      </w:r>
      <w:r>
        <w:rPr>
          <w:b w:val="0"/>
          <w:i w:val="0"/>
          <w:smallCaps w:val="0"/>
          <w:strike w:val="0"/>
          <w:u w:val="single"/>
        </w:rPr>
        <w:t>bus-sized, multi-ton satellites are out in GEO, thousands of miles from Earth where there is little atmospheric protection from extreme conditions and</w:t>
      </w:r>
      <w:r>
        <w:rPr>
          <w:b w:val="0"/>
          <w:i w:val="0"/>
          <w:smallCaps w:val="0"/>
          <w:strike w:val="0"/>
          <w:u w:val="none"/>
        </w:rPr>
        <w:t xml:space="preserve"> </w:t>
      </w:r>
      <w:r>
        <w:rPr>
          <w:b/>
          <w:i w:val="0"/>
          <w:smallCaps w:val="0"/>
          <w:strike w:val="0"/>
          <w:sz w:val="22"/>
          <w:highlight w:val="cyan"/>
          <w:u w:val="single"/>
        </w:rPr>
        <w:t>large amounts of radiation</w:t>
      </w:r>
      <w:r>
        <w:rPr>
          <w:b w:val="0"/>
          <w:i w:val="0"/>
          <w:smallCaps w:val="0"/>
          <w:strike w:val="0"/>
          <w:u w:val="none"/>
        </w:rPr>
        <w:t xml:space="preserve">. And the </w:t>
      </w:r>
      <w:r>
        <w:rPr>
          <w:b w:val="0"/>
          <w:i w:val="0"/>
          <w:smallCaps w:val="0"/>
          <w:strike w:val="0"/>
          <w:u w:val="single"/>
        </w:rPr>
        <w:t>void can be</w:t>
      </w:r>
      <w:r>
        <w:rPr>
          <w:b w:val="0"/>
          <w:i w:val="0"/>
          <w:smallCaps w:val="0"/>
          <w:strike w:val="0"/>
          <w:u w:val="none"/>
        </w:rPr>
        <w:t xml:space="preserve"> </w:t>
      </w:r>
      <w:r>
        <w:rPr>
          <w:b/>
          <w:i w:val="0"/>
          <w:smallCaps w:val="0"/>
          <w:strike w:val="0"/>
          <w:sz w:val="22"/>
          <w:u w:val="single"/>
        </w:rPr>
        <w:t>surprisingly active</w:t>
      </w:r>
      <w:r>
        <w:rPr>
          <w:b w:val="0"/>
          <w:i w:val="0"/>
          <w:smallCaps w:val="0"/>
          <w:strike w:val="0"/>
          <w:u w:val="none"/>
        </w:rPr>
        <w:t xml:space="preserve"> </w:t>
      </w:r>
      <w:r>
        <w:rPr>
          <w:b w:val="0"/>
          <w:i w:val="0"/>
          <w:smallCaps w:val="0"/>
          <w:strike w:val="0"/>
          <w:u w:val="single"/>
        </w:rPr>
        <w:t>and unpredictable when it comes to</w:t>
      </w:r>
      <w:r>
        <w:rPr>
          <w:b w:val="0"/>
          <w:i w:val="0"/>
          <w:smallCaps w:val="0"/>
          <w:strike w:val="0"/>
          <w:u w:val="none"/>
        </w:rPr>
        <w:t xml:space="preserve"> </w:t>
      </w:r>
      <w:r>
        <w:rPr>
          <w:b/>
          <w:i w:val="0"/>
          <w:smallCaps w:val="0"/>
          <w:strike w:val="0"/>
          <w:sz w:val="22"/>
          <w:u w:val="single"/>
        </w:rPr>
        <w:t>weather. X-rays, ultraviolet rays, radiation</w:t>
      </w:r>
      <w:r>
        <w:rPr>
          <w:b w:val="0"/>
          <w:i w:val="0"/>
          <w:smallCaps w:val="0"/>
          <w:strike w:val="0"/>
          <w:u w:val="single"/>
        </w:rPr>
        <w:t>, and</w:t>
      </w:r>
      <w:r>
        <w:rPr>
          <w:b w:val="0"/>
          <w:i w:val="0"/>
          <w:smallCaps w:val="0"/>
          <w:strike w:val="0"/>
          <w:u w:val="none"/>
        </w:rPr>
        <w:t xml:space="preserve"> </w:t>
      </w:r>
      <w:r>
        <w:rPr>
          <w:b/>
          <w:i w:val="0"/>
          <w:smallCaps w:val="0"/>
          <w:strike w:val="0"/>
          <w:sz w:val="22"/>
          <w:u w:val="single"/>
        </w:rPr>
        <w:t>geomagnetic storms</w:t>
      </w:r>
      <w:r>
        <w:rPr>
          <w:b w:val="0"/>
          <w:i w:val="0"/>
          <w:smallCaps w:val="0"/>
          <w:strike w:val="0"/>
          <w:u w:val="none"/>
        </w:rPr>
        <w:t xml:space="preserve"> </w:t>
      </w:r>
      <w:r>
        <w:rPr>
          <w:b w:val="0"/>
          <w:i w:val="0"/>
          <w:smallCaps w:val="0"/>
          <w:strike w:val="0"/>
          <w:u w:val="single"/>
        </w:rPr>
        <w:t>can all</w:t>
      </w:r>
      <w:r>
        <w:rPr>
          <w:b w:val="0"/>
          <w:i w:val="0"/>
          <w:smallCaps w:val="0"/>
          <w:strike w:val="0"/>
          <w:u w:val="none"/>
        </w:rPr>
        <w:t xml:space="preserve"> </w:t>
      </w:r>
      <w:r>
        <w:rPr>
          <w:b/>
          <w:i w:val="0"/>
          <w:smallCaps w:val="0"/>
          <w:strike w:val="0"/>
          <w:sz w:val="22"/>
          <w:u w:val="single"/>
        </w:rPr>
        <w:t>wreak havoc on-board</w:t>
      </w:r>
      <w:r>
        <w:rPr>
          <w:b w:val="0"/>
          <w:i w:val="0"/>
          <w:smallCaps w:val="0"/>
          <w:strike w:val="0"/>
          <w:u w:val="none"/>
        </w:rPr>
        <w:t xml:space="preserve">; </w:t>
      </w:r>
      <w:r>
        <w:rPr>
          <w:b w:val="0"/>
          <w:i w:val="0"/>
          <w:smallCaps w:val="0"/>
          <w:strike w:val="0"/>
          <w:u w:val="single"/>
        </w:rPr>
        <w:t>components</w:t>
      </w:r>
      <w:r>
        <w:rPr>
          <w:b w:val="0"/>
          <w:i w:val="0"/>
          <w:smallCaps w:val="0"/>
          <w:strike w:val="0"/>
          <w:u w:val="none"/>
        </w:rPr>
        <w:t xml:space="preserve"> </w:t>
      </w:r>
      <w:r>
        <w:rPr>
          <w:b w:val="0"/>
          <w:i w:val="0"/>
          <w:smallCaps w:val="0"/>
          <w:strike w:val="0"/>
          <w:u w:val="single"/>
        </w:rPr>
        <w:t>can be</w:t>
      </w:r>
      <w:r>
        <w:rPr>
          <w:b w:val="0"/>
          <w:i w:val="0"/>
          <w:smallCaps w:val="0"/>
          <w:strike w:val="0"/>
          <w:u w:val="none"/>
        </w:rPr>
        <w:t xml:space="preserve"> </w:t>
      </w:r>
      <w:r>
        <w:rPr>
          <w:b w:val="0"/>
          <w:i w:val="0"/>
          <w:smallCaps w:val="0"/>
          <w:strike w:val="0"/>
          <w:u w:val="single"/>
        </w:rPr>
        <w:t>damaged by the high current that discharges into the satellite</w:t>
      </w:r>
      <w:r>
        <w:rPr>
          <w:b w:val="0"/>
          <w:i w:val="0"/>
          <w:smallCaps w:val="0"/>
          <w:strike w:val="0"/>
          <w:u w:val="none"/>
        </w:rPr>
        <w:t xml:space="preserve"> </w:t>
      </w:r>
      <w:r>
        <w:rPr>
          <w:b w:val="0"/>
          <w:i w:val="0"/>
          <w:smallCaps w:val="0"/>
          <w:strike w:val="0"/>
          <w:u w:val="single"/>
        </w:rPr>
        <w:t>or damaged</w:t>
      </w:r>
      <w:r>
        <w:rPr>
          <w:b w:val="0"/>
          <w:i w:val="0"/>
          <w:smallCaps w:val="0"/>
          <w:strike w:val="0"/>
          <w:u w:val="none"/>
        </w:rPr>
        <w:t xml:space="preserve"> </w:t>
      </w:r>
      <w:r>
        <w:rPr>
          <w:b w:val="0"/>
          <w:i w:val="0"/>
          <w:smallCaps w:val="0"/>
          <w:strike w:val="0"/>
          <w:u w:val="single"/>
        </w:rPr>
        <w:t>by</w:t>
      </w:r>
      <w:r>
        <w:rPr>
          <w:b w:val="0"/>
          <w:i w:val="0"/>
          <w:smallCaps w:val="0"/>
          <w:strike w:val="0"/>
          <w:u w:val="none"/>
        </w:rPr>
        <w:t xml:space="preserve"> </w:t>
      </w:r>
      <w:r>
        <w:rPr>
          <w:b w:val="0"/>
          <w:i w:val="0"/>
          <w:smallCaps w:val="0"/>
          <w:strike w:val="0"/>
          <w:u w:val="single"/>
        </w:rPr>
        <w:t>high-energy particles</w:t>
      </w:r>
      <w:r>
        <w:rPr>
          <w:b w:val="0"/>
          <w:i w:val="0"/>
          <w:smallCaps w:val="0"/>
          <w:strike w:val="0"/>
          <w:u w:val="none"/>
        </w:rPr>
        <w:t xml:space="preserve"> </w:t>
      </w:r>
      <w:r>
        <w:rPr>
          <w:b w:val="0"/>
          <w:i w:val="0"/>
          <w:smallCaps w:val="0"/>
          <w:strike w:val="0"/>
          <w:u w:val="single"/>
        </w:rPr>
        <w:t>that</w:t>
      </w:r>
      <w:r>
        <w:rPr>
          <w:b w:val="0"/>
          <w:i w:val="0"/>
          <w:smallCaps w:val="0"/>
          <w:strike w:val="0"/>
          <w:u w:val="none"/>
        </w:rPr>
        <w:t xml:space="preserve"> </w:t>
      </w:r>
      <w:r>
        <w:rPr>
          <w:b/>
          <w:i w:val="0"/>
          <w:smallCaps w:val="0"/>
          <w:strike w:val="0"/>
          <w:sz w:val="22"/>
          <w:u w:val="single"/>
        </w:rPr>
        <w:t>penetrate the satellite</w:t>
      </w:r>
      <w:r>
        <w:rPr>
          <w:b w:val="0"/>
          <w:i w:val="0"/>
          <w:smallCaps w:val="0"/>
          <w:strike w:val="0"/>
          <w:u w:val="none"/>
        </w:rPr>
        <w:t xml:space="preserve">. </w:t>
      </w:r>
      <w:r>
        <w:rPr>
          <w:b w:val="0"/>
          <w:i w:val="0"/>
          <w:smallCaps w:val="0"/>
          <w:strike w:val="0"/>
          <w:u w:val="single"/>
        </w:rPr>
        <w:t>Space dust</w:t>
      </w:r>
      <w:r>
        <w:rPr>
          <w:b w:val="0"/>
          <w:i w:val="0"/>
          <w:smallCaps w:val="0"/>
          <w:strike w:val="0"/>
          <w:u w:val="none"/>
        </w:rPr>
        <w:t xml:space="preserve"> </w:t>
      </w:r>
      <w:r>
        <w:rPr>
          <w:b w:val="0"/>
          <w:i w:val="0"/>
          <w:smallCaps w:val="0"/>
          <w:strike w:val="0"/>
          <w:u w:val="single"/>
        </w:rPr>
        <w:t xml:space="preserve">– literally tiny particles of rock dust – </w:t>
      </w:r>
      <w:r>
        <w:rPr>
          <w:b w:val="0"/>
          <w:i w:val="0"/>
          <w:smallCaps w:val="0"/>
          <w:strike w:val="0"/>
          <w:sz w:val="22"/>
          <w:u w:val="single"/>
        </w:rPr>
        <w:t>can hit the sats and become</w:t>
      </w:r>
      <w:r>
        <w:rPr>
          <w:b/>
          <w:i w:val="0"/>
          <w:smallCaps w:val="0"/>
          <w:strike w:val="0"/>
          <w:u w:val="single"/>
        </w:rPr>
        <w:t xml:space="preserve"> </w:t>
      </w:r>
      <w:r>
        <w:rPr>
          <w:b w:val="0"/>
          <w:i w:val="0"/>
          <w:smallCaps w:val="0"/>
          <w:strike w:val="0"/>
          <w:sz w:val="22"/>
          <w:u w:val="single"/>
        </w:rPr>
        <w:t>plasma and damage equipment</w:t>
      </w:r>
      <w:r>
        <w:rPr>
          <w:b w:val="0"/>
          <w:i w:val="0"/>
          <w:smallCaps w:val="0"/>
          <w:strike w:val="0"/>
          <w:u w:val="none"/>
        </w:rPr>
        <w:t xml:space="preserve">. </w:t>
      </w:r>
      <w:r>
        <w:rPr>
          <w:b w:val="0"/>
          <w:i w:val="0"/>
          <w:smallCaps w:val="0"/>
          <w:strike w:val="0"/>
          <w:u w:val="single"/>
        </w:rPr>
        <w:t>Sun Outages, where the satellite passes in front of the Sun, don't harm the satellite. However, the sun's</w:t>
      </w:r>
      <w:r>
        <w:rPr>
          <w:b w:val="0"/>
          <w:i w:val="0"/>
          <w:smallCaps w:val="0"/>
          <w:strike w:val="0"/>
          <w:u w:val="none"/>
        </w:rPr>
        <w:t xml:space="preserve"> </w:t>
      </w:r>
      <w:r>
        <w:rPr>
          <w:b/>
          <w:i w:val="0"/>
          <w:smallCaps w:val="0"/>
          <w:strike w:val="0"/>
          <w:sz w:val="22"/>
          <w:u w:val="single"/>
        </w:rPr>
        <w:t>interference swamps the signa</w:t>
      </w:r>
      <w:r>
        <w:rPr>
          <w:b/>
          <w:i w:val="0"/>
          <w:smallCaps w:val="0"/>
          <w:strike w:val="0"/>
          <w:u w:val="single"/>
        </w:rPr>
        <w:t>l</w:t>
      </w:r>
      <w:r>
        <w:rPr>
          <w:b w:val="0"/>
          <w:i w:val="0"/>
          <w:smallCaps w:val="0"/>
          <w:strike w:val="0"/>
          <w:u w:val="none"/>
        </w:rPr>
        <w:t xml:space="preserve"> </w:t>
      </w:r>
      <w:r>
        <w:rPr>
          <w:b w:val="0"/>
          <w:i w:val="0"/>
          <w:smallCaps w:val="0"/>
          <w:strike w:val="0"/>
          <w:u w:val="single"/>
        </w:rPr>
        <w:t>from the satellite, causing a</w:t>
      </w:r>
      <w:r>
        <w:rPr>
          <w:b w:val="0"/>
          <w:i w:val="0"/>
          <w:smallCaps w:val="0"/>
          <w:strike w:val="0"/>
          <w:u w:val="none"/>
        </w:rPr>
        <w:t xml:space="preserve"> </w:t>
      </w:r>
      <w:r>
        <w:rPr>
          <w:b/>
          <w:i w:val="0"/>
          <w:smallCaps w:val="0"/>
          <w:strike w:val="0"/>
          <w:sz w:val="22"/>
          <w:u w:val="single"/>
        </w:rPr>
        <w:t>loss of data</w:t>
      </w:r>
      <w:r>
        <w:rPr>
          <w:b w:val="0"/>
          <w:i w:val="0"/>
          <w:smallCaps w:val="0"/>
          <w:strike w:val="0"/>
          <w:u w:val="none"/>
        </w:rPr>
        <w:t xml:space="preserve">. These outages affect the signals from geostationary satellites, and can last for around ten minutes a day during the Equinox - but they are predictable. The University of Reading recently recorded the first ‘space hurricane’ which it described as a ‘1,000km-wide swirling mass of plasma raining electrons several hundred kilometers above the North Pole.’ </w:t>
      </w:r>
      <w:r>
        <w:rPr>
          <w:b w:val="0"/>
          <w:i w:val="0"/>
          <w:smallCaps w:val="0"/>
          <w:strike w:val="0"/>
          <w:u w:val="single"/>
        </w:rPr>
        <w:t>The</w:t>
      </w:r>
      <w:r>
        <w:rPr>
          <w:b w:val="0"/>
          <w:i w:val="0"/>
          <w:smallCaps w:val="0"/>
          <w:strike w:val="0"/>
          <w:u w:val="none"/>
        </w:rPr>
        <w:t xml:space="preserve"> </w:t>
      </w:r>
      <w:r>
        <w:rPr>
          <w:b w:val="0"/>
          <w:i w:val="0"/>
          <w:smallCaps w:val="0"/>
          <w:strike w:val="0"/>
          <w:u w:val="single"/>
        </w:rPr>
        <w:t>most</w:t>
      </w:r>
      <w:r>
        <w:rPr>
          <w:b w:val="0"/>
          <w:i w:val="0"/>
          <w:smallCaps w:val="0"/>
          <w:strike w:val="0"/>
          <w:u w:val="none"/>
        </w:rPr>
        <w:t xml:space="preserve"> </w:t>
      </w:r>
      <w:r>
        <w:rPr>
          <w:b/>
          <w:i w:val="0"/>
          <w:smallCaps w:val="0"/>
          <w:strike w:val="0"/>
          <w:sz w:val="22"/>
          <w:u w:val="single"/>
        </w:rPr>
        <w:t>notorious space weather</w:t>
      </w:r>
      <w:r>
        <w:rPr>
          <w:b w:val="0"/>
          <w:i w:val="0"/>
          <w:smallCaps w:val="0"/>
          <w:strike w:val="0"/>
          <w:u w:val="none"/>
        </w:rPr>
        <w:t xml:space="preserve"> </w:t>
      </w:r>
      <w:r>
        <w:rPr>
          <w:b w:val="0"/>
          <w:i w:val="0"/>
          <w:smallCaps w:val="0"/>
          <w:strike w:val="0"/>
          <w:u w:val="single"/>
        </w:rPr>
        <w:t>event was the</w:t>
      </w:r>
      <w:r>
        <w:rPr>
          <w:b w:val="0"/>
          <w:i w:val="0"/>
          <w:smallCaps w:val="0"/>
          <w:strike w:val="0"/>
          <w:u w:val="none"/>
        </w:rPr>
        <w:t xml:space="preserve"> </w:t>
      </w:r>
      <w:r>
        <w:rPr>
          <w:b w:val="0"/>
          <w:i w:val="0"/>
          <w:smallCaps w:val="0"/>
          <w:strike w:val="0"/>
          <w:u w:val="single"/>
        </w:rPr>
        <w:t>Carrington Event,</w:t>
      </w:r>
      <w:r>
        <w:rPr>
          <w:b w:val="0"/>
          <w:i w:val="0"/>
          <w:smallCaps w:val="0"/>
          <w:strike w:val="0"/>
          <w:u w:val="none"/>
        </w:rPr>
        <w:t xml:space="preserve"> </w:t>
      </w:r>
      <w:r>
        <w:rPr>
          <w:b w:val="0"/>
          <w:i w:val="0"/>
          <w:smallCaps w:val="0"/>
          <w:strike w:val="0"/>
          <w:u w:val="single"/>
        </w:rPr>
        <w:t>a</w:t>
      </w:r>
      <w:r>
        <w:rPr>
          <w:b w:val="0"/>
          <w:i w:val="0"/>
          <w:smallCaps w:val="0"/>
          <w:strike w:val="0"/>
          <w:u w:val="none"/>
        </w:rPr>
        <w:t xml:space="preserve"> </w:t>
      </w:r>
      <w:r>
        <w:rPr>
          <w:b w:val="0"/>
          <w:i w:val="0"/>
          <w:smallCaps w:val="0"/>
          <w:strike w:val="0"/>
          <w:sz w:val="22"/>
          <w:u w:val="single"/>
        </w:rPr>
        <w:t>solar flare in 1859</w:t>
      </w:r>
      <w:r>
        <w:rPr>
          <w:b w:val="0"/>
          <w:i w:val="0"/>
          <w:smallCaps w:val="0"/>
          <w:strike w:val="0"/>
          <w:u w:val="none"/>
        </w:rPr>
        <w:t xml:space="preserve"> </w:t>
      </w:r>
      <w:r>
        <w:rPr>
          <w:b w:val="0"/>
          <w:i w:val="0"/>
          <w:smallCaps w:val="0"/>
          <w:strike w:val="0"/>
          <w:u w:val="single"/>
        </w:rPr>
        <w:t>that</w:t>
      </w:r>
      <w:r>
        <w:rPr>
          <w:b w:val="0"/>
          <w:i w:val="0"/>
          <w:smallCaps w:val="0"/>
          <w:strike w:val="0"/>
          <w:u w:val="none"/>
        </w:rPr>
        <w:t xml:space="preserve"> </w:t>
      </w:r>
      <w:r>
        <w:rPr>
          <w:b w:val="0"/>
          <w:i w:val="0"/>
          <w:smallCaps w:val="0"/>
          <w:strike w:val="0"/>
          <w:u w:val="single"/>
        </w:rPr>
        <w:t>caused auroras</w:t>
      </w:r>
      <w:r>
        <w:rPr>
          <w:b w:val="0"/>
          <w:i w:val="0"/>
          <w:smallCaps w:val="0"/>
          <w:strike w:val="0"/>
          <w:u w:val="none"/>
        </w:rPr>
        <w:t xml:space="preserve"> </w:t>
      </w:r>
      <w:r>
        <w:rPr>
          <w:b w:val="0"/>
          <w:i w:val="0"/>
          <w:smallCaps w:val="0"/>
          <w:strike w:val="0"/>
          <w:u w:val="single"/>
        </w:rPr>
        <w:t>as far south as the Caribbean, woke people in the night thinking it was morning, and</w:t>
      </w:r>
      <w:r>
        <w:rPr>
          <w:b w:val="0"/>
          <w:i w:val="0"/>
          <w:smallCaps w:val="0"/>
          <w:strike w:val="0"/>
          <w:u w:val="none"/>
        </w:rPr>
        <w:t xml:space="preserve"> </w:t>
      </w:r>
      <w:r>
        <w:rPr>
          <w:b w:val="0"/>
          <w:i w:val="0"/>
          <w:smallCaps w:val="0"/>
          <w:strike w:val="0"/>
          <w:sz w:val="22"/>
          <w:u w:val="single"/>
        </w:rPr>
        <w:t>caused telegraph lines to fail.</w:t>
      </w:r>
      <w:r>
        <w:rPr>
          <w:b w:val="0"/>
          <w:i w:val="0"/>
          <w:smallCaps w:val="0"/>
          <w:strike w:val="0"/>
          <w:u w:val="none"/>
        </w:rPr>
        <w:t xml:space="preserve"> Smaller events in </w:t>
      </w:r>
      <w:r>
        <w:rPr>
          <w:b w:val="0"/>
          <w:i w:val="0"/>
          <w:smallCaps w:val="0"/>
          <w:strike w:val="0"/>
          <w:u w:val="single"/>
        </w:rPr>
        <w:t>1989</w:t>
      </w:r>
      <w:r>
        <w:rPr>
          <w:b w:val="0"/>
          <w:i w:val="0"/>
          <w:smallCaps w:val="0"/>
          <w:strike w:val="0"/>
          <w:u w:val="none"/>
        </w:rPr>
        <w:t xml:space="preserve"> </w:t>
      </w:r>
      <w:r>
        <w:rPr>
          <w:b w:val="0"/>
          <w:i w:val="0"/>
          <w:smallCaps w:val="0"/>
          <w:strike w:val="0"/>
          <w:u w:val="single"/>
        </w:rPr>
        <w:t>caused blackouts and</w:t>
      </w:r>
      <w:r>
        <w:rPr>
          <w:b w:val="0"/>
          <w:i w:val="0"/>
          <w:smallCaps w:val="0"/>
          <w:strike w:val="0"/>
          <w:u w:val="none"/>
        </w:rPr>
        <w:t xml:space="preserve"> </w:t>
      </w:r>
      <w:r>
        <w:rPr>
          <w:b w:val="0"/>
          <w:i w:val="0"/>
          <w:smallCaps w:val="0"/>
          <w:strike w:val="0"/>
          <w:u w:val="single"/>
        </w:rPr>
        <w:t>communication failures.</w:t>
      </w:r>
      <w:r>
        <w:rPr>
          <w:b w:val="0"/>
          <w:i w:val="0"/>
          <w:smallCaps w:val="0"/>
          <w:strike w:val="0"/>
          <w:u w:val="none"/>
        </w:rPr>
        <w:t xml:space="preserve"> A </w:t>
      </w:r>
      <w:r>
        <w:rPr>
          <w:b w:val="0"/>
          <w:i w:val="0"/>
          <w:smallCaps w:val="0"/>
          <w:strike w:val="0"/>
          <w:u w:val="single"/>
        </w:rPr>
        <w:t>Carrington-level event today</w:t>
      </w:r>
      <w:r>
        <w:rPr>
          <w:b w:val="0"/>
          <w:i w:val="0"/>
          <w:smallCaps w:val="0"/>
          <w:strike w:val="0"/>
          <w:u w:val="none"/>
        </w:rPr>
        <w:t xml:space="preserve"> </w:t>
      </w:r>
      <w:r>
        <w:rPr>
          <w:b w:val="0"/>
          <w:i w:val="0"/>
          <w:smallCaps w:val="0"/>
          <w:strike w:val="0"/>
          <w:u w:val="single"/>
        </w:rPr>
        <w:t>would</w:t>
      </w:r>
      <w:r>
        <w:rPr>
          <w:b w:val="0"/>
          <w:i w:val="0"/>
          <w:smallCaps w:val="0"/>
          <w:strike w:val="0"/>
          <w:u w:val="none"/>
        </w:rPr>
        <w:t xml:space="preserve"> </w:t>
      </w:r>
      <w:r>
        <w:rPr>
          <w:b w:val="0"/>
          <w:i w:val="0"/>
          <w:smallCaps w:val="0"/>
          <w:strike w:val="0"/>
          <w:u w:val="single"/>
        </w:rPr>
        <w:t>cause</w:t>
      </w:r>
      <w:r>
        <w:rPr>
          <w:b w:val="0"/>
          <w:i w:val="0"/>
          <w:smallCaps w:val="0"/>
          <w:strike w:val="0"/>
          <w:u w:val="none"/>
        </w:rPr>
        <w:t xml:space="preserve"> </w:t>
      </w:r>
      <w:r>
        <w:rPr>
          <w:b/>
          <w:i w:val="0"/>
          <w:smallCaps w:val="0"/>
          <w:strike w:val="0"/>
          <w:sz w:val="22"/>
          <w:u w:val="single"/>
        </w:rPr>
        <w:t>worldwide electronics failures</w:t>
      </w:r>
      <w:r>
        <w:rPr>
          <w:b w:val="0"/>
          <w:i w:val="0"/>
          <w:smallCaps w:val="0"/>
          <w:strike w:val="0"/>
          <w:u w:val="single"/>
        </w:rPr>
        <w:t>, and</w:t>
      </w:r>
      <w:r>
        <w:rPr>
          <w:b w:val="0"/>
          <w:i w:val="0"/>
          <w:smallCaps w:val="0"/>
          <w:strike w:val="0"/>
          <w:u w:val="none"/>
        </w:rPr>
        <w:t xml:space="preserve"> </w:t>
      </w:r>
      <w:r>
        <w:rPr>
          <w:b w:val="0"/>
          <w:i w:val="0"/>
          <w:smallCaps w:val="0"/>
          <w:strike w:val="0"/>
          <w:u w:val="single"/>
        </w:rPr>
        <w:t>could</w:t>
      </w:r>
      <w:r>
        <w:rPr>
          <w:b w:val="0"/>
          <w:i w:val="0"/>
          <w:smallCaps w:val="0"/>
          <w:strike w:val="0"/>
          <w:u w:val="none"/>
        </w:rPr>
        <w:t xml:space="preserve"> </w:t>
      </w:r>
      <w:r>
        <w:rPr>
          <w:b w:val="0"/>
          <w:i w:val="0"/>
          <w:smallCaps w:val="0"/>
          <w:strike w:val="0"/>
          <w:sz w:val="22"/>
          <w:u w:val="single"/>
        </w:rPr>
        <w:t>wipe out all the satellite networks</w:t>
      </w:r>
      <w:r>
        <w:rPr>
          <w:b w:val="0"/>
          <w:i w:val="0"/>
          <w:smallCaps w:val="0"/>
          <w:strike w:val="0"/>
          <w:u w:val="none"/>
        </w:rPr>
        <w:t xml:space="preserve"> </w:t>
      </w:r>
      <w:r>
        <w:rPr>
          <w:b w:val="0"/>
          <w:i w:val="0"/>
          <w:smallCaps w:val="0"/>
          <w:strike w:val="0"/>
          <w:u w:val="single"/>
        </w:rPr>
        <w:t>of the world if action wasn’t taken ahead of time.</w:t>
      </w:r>
      <w:r>
        <w:rPr>
          <w:b w:val="0"/>
          <w:i w:val="0"/>
          <w:smallCaps w:val="0"/>
          <w:strike w:val="0"/>
          <w:u w:val="none"/>
        </w:rPr>
        <w:t xml:space="preserve"> In a disaster report, space insurance consortium Atrium warned a </w:t>
      </w:r>
      <w:r>
        <w:rPr>
          <w:b w:val="0"/>
          <w:i w:val="0"/>
          <w:smallCaps w:val="0"/>
          <w:strike w:val="0"/>
          <w:u w:val="single"/>
        </w:rPr>
        <w:t>single anomalously large proton flare or</w:t>
      </w:r>
      <w:r>
        <w:rPr>
          <w:b w:val="0"/>
          <w:i w:val="0"/>
          <w:smallCaps w:val="0"/>
          <w:strike w:val="0"/>
          <w:u w:val="none"/>
        </w:rPr>
        <w:t xml:space="preserve"> </w:t>
      </w:r>
      <w:r>
        <w:rPr>
          <w:b w:val="0"/>
          <w:i w:val="0"/>
          <w:smallCaps w:val="0"/>
          <w:strike w:val="0"/>
          <w:u w:val="single"/>
        </w:rPr>
        <w:t>a number of</w:t>
      </w:r>
      <w:r>
        <w:rPr>
          <w:b w:val="0"/>
          <w:i w:val="0"/>
          <w:smallCaps w:val="0"/>
          <w:strike w:val="0"/>
          <w:u w:val="none"/>
        </w:rPr>
        <w:t xml:space="preserve"> </w:t>
      </w:r>
      <w:r>
        <w:rPr>
          <w:b w:val="0"/>
          <w:i w:val="0"/>
          <w:smallCaps w:val="0"/>
          <w:strike w:val="0"/>
          <w:u w:val="single"/>
        </w:rPr>
        <w:t>flares in quick succession from our sun could result in a loss of power to all satellites in geosynchronous orbit and cost billions of dollars to fix</w:t>
      </w:r>
      <w:r>
        <w:rPr>
          <w:b w:val="0"/>
          <w:i w:val="0"/>
          <w:smallCaps w:val="0"/>
          <w:strike w:val="0"/>
          <w:u w:val="none"/>
        </w:rPr>
        <w:t xml:space="preserve">. Dr. Holger Krag, head of the Space Safety Programme Office for the European Space Agency, tells </w:t>
      </w:r>
      <w:r>
        <w:rPr>
          <w:b w:val="0"/>
          <w:i w:val="0"/>
          <w:smallCaps w:val="0"/>
          <w:strike w:val="0"/>
          <w:u w:val="single"/>
        </w:rPr>
        <w:t>DCD there is</w:t>
      </w:r>
      <w:r>
        <w:rPr>
          <w:b w:val="0"/>
          <w:i w:val="0"/>
          <w:smallCaps w:val="0"/>
          <w:strike w:val="0"/>
          <w:u w:val="none"/>
        </w:rPr>
        <w:t xml:space="preserve"> </w:t>
      </w:r>
      <w:r>
        <w:rPr>
          <w:b/>
          <w:i w:val="0"/>
          <w:smallCaps w:val="0"/>
          <w:strike w:val="0"/>
          <w:sz w:val="22"/>
          <w:highlight w:val="cyan"/>
          <w:u w:val="single"/>
        </w:rPr>
        <w:t>little that can be done</w:t>
      </w:r>
      <w:r>
        <w:rPr>
          <w:b w:val="0"/>
          <w:i w:val="0"/>
          <w:smallCaps w:val="0"/>
          <w:strike w:val="0"/>
          <w:highlight w:val="cyan"/>
          <w:u w:val="single"/>
        </w:rPr>
        <w:t xml:space="preserve"> to</w:t>
      </w:r>
      <w:r>
        <w:rPr>
          <w:b w:val="0"/>
          <w:i w:val="0"/>
          <w:smallCaps w:val="0"/>
          <w:strike w:val="0"/>
          <w:highlight w:val="cyan"/>
          <w:u w:val="none"/>
        </w:rPr>
        <w:t xml:space="preserve"> </w:t>
      </w:r>
      <w:r>
        <w:rPr>
          <w:b/>
          <w:i w:val="0"/>
          <w:smallCaps w:val="0"/>
          <w:strike w:val="0"/>
          <w:sz w:val="22"/>
          <w:highlight w:val="cyan"/>
          <w:u w:val="single"/>
        </w:rPr>
        <w:t>protect satellites</w:t>
      </w:r>
      <w:r>
        <w:rPr>
          <w:b w:val="0"/>
          <w:i w:val="0"/>
          <w:smallCaps w:val="0"/>
          <w:strike w:val="0"/>
          <w:u w:val="none"/>
        </w:rPr>
        <w:t xml:space="preserve"> </w:t>
      </w:r>
      <w:r>
        <w:rPr>
          <w:b w:val="0"/>
          <w:i w:val="0"/>
          <w:smallCaps w:val="0"/>
          <w:strike w:val="0"/>
          <w:u w:val="single"/>
        </w:rPr>
        <w:t>from</w:t>
      </w:r>
      <w:r>
        <w:rPr>
          <w:b w:val="0"/>
          <w:i w:val="0"/>
          <w:smallCaps w:val="0"/>
          <w:strike w:val="0"/>
          <w:u w:val="none"/>
        </w:rPr>
        <w:t xml:space="preserve"> </w:t>
      </w:r>
      <w:r>
        <w:rPr>
          <w:b w:val="0"/>
          <w:i w:val="0"/>
          <w:smallCaps w:val="0"/>
          <w:strike w:val="0"/>
          <w:u w:val="single"/>
        </w:rPr>
        <w:t>the impact of a</w:t>
      </w:r>
      <w:r>
        <w:rPr>
          <w:b w:val="0"/>
          <w:i w:val="0"/>
          <w:smallCaps w:val="0"/>
          <w:strike w:val="0"/>
          <w:u w:val="none"/>
        </w:rPr>
        <w:t xml:space="preserve"> </w:t>
      </w:r>
      <w:r>
        <w:rPr>
          <w:b w:val="0"/>
          <w:i w:val="0"/>
          <w:smallCaps w:val="0"/>
          <w:strike w:val="0"/>
          <w:u w:val="single"/>
        </w:rPr>
        <w:t>solar flare</w:t>
      </w:r>
      <w:r>
        <w:rPr>
          <w:b w:val="0"/>
          <w:i w:val="0"/>
          <w:smallCaps w:val="0"/>
          <w:strike w:val="0"/>
          <w:u w:val="none"/>
        </w:rPr>
        <w:t xml:space="preserve"> beyond turning off key electrical systems ahead of time. But the </w:t>
      </w:r>
      <w:r>
        <w:rPr>
          <w:b/>
          <w:i w:val="0"/>
          <w:smallCaps w:val="0"/>
          <w:strike w:val="0"/>
          <w:sz w:val="22"/>
          <w:highlight w:val="cyan"/>
          <w:u w:val="single"/>
        </w:rPr>
        <w:t>unpredictable nature</w:t>
      </w:r>
      <w:r>
        <w:rPr>
          <w:b w:val="0"/>
          <w:i w:val="0"/>
          <w:smallCaps w:val="0"/>
          <w:strike w:val="0"/>
          <w:highlight w:val="cyan"/>
          <w:u w:val="none"/>
        </w:rPr>
        <w:t xml:space="preserve"> </w:t>
      </w:r>
      <w:r>
        <w:rPr>
          <w:b w:val="0"/>
          <w:i w:val="0"/>
          <w:smallCaps w:val="0"/>
          <w:strike w:val="0"/>
          <w:highlight w:val="cyan"/>
          <w:u w:val="single"/>
        </w:rPr>
        <w:t>of the sun can</w:t>
      </w:r>
      <w:r>
        <w:rPr>
          <w:b w:val="0"/>
          <w:i w:val="0"/>
          <w:smallCaps w:val="0"/>
          <w:strike w:val="0"/>
          <w:highlight w:val="cyan"/>
          <w:u w:val="none"/>
        </w:rPr>
        <w:t xml:space="preserve"> </w:t>
      </w:r>
      <w:r>
        <w:rPr>
          <w:b w:val="0"/>
          <w:i w:val="0"/>
          <w:smallCaps w:val="0"/>
          <w:strike w:val="0"/>
          <w:highlight w:val="cyan"/>
          <w:u w:val="single"/>
        </w:rPr>
        <w:t>make this a difficult task</w:t>
      </w:r>
      <w:r>
        <w:rPr>
          <w:b w:val="0"/>
          <w:i w:val="0"/>
          <w:smallCaps w:val="0"/>
          <w:strike w:val="0"/>
          <w:u w:val="none"/>
        </w:rPr>
        <w:t>. To better predict coronal ejections from the sun and provide more notice about potential space weather events, the ESA has planned a mission called Lagrange, where spacecraft will be positioned at "Lagrange points", where the gravity of the Earth and Sun balance providing stable locations to observe the sun’s activity a few days ahead of the Earth’s position. “From [the L5] position, it can see the surface of the sun that would turn towards Earth three days later. We can see an advanced view of the activity area on the sun as it’s rotating around its axis towards the Earth,” says Dr. Krag. “At the same time, you can have a side view on the line between Earth and Sun so it can see coronal mass ejection traveling from the Sun to the Earth and it can measure the velocity of the ejections."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