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cannot solve Counterfeits.</w:t>
      </w:r>
    </w:p>
    <w:p>
      <w:pPr>
        <w:spacing w:after="80"/>
      </w:pPr>
      <w:r>
        <w:rPr>
          <w:b/>
          <w:i w:val="0"/>
          <w:smallCaps w:val="0"/>
          <w:strike w:val="0"/>
          <w:sz w:val="26"/>
          <w:u w:val="none"/>
        </w:rPr>
        <w:t>ALP ’23</w:t>
      </w:r>
      <w:r>
        <w:rPr>
          <w:b w:val="0"/>
          <w:i w:val="0"/>
          <w:smallCaps w:val="0"/>
          <w:strike w:val="0"/>
          <w:u w:val="none"/>
        </w:rPr>
        <w:t xml:space="preserve"> [AlpVision; Feburary 23; World’s leader in invisible digital technologies for counterfeit protection; AlpVision, "DOES BLOCKCHAIN PROVIDE AUTHENTICITY OF PHYSICAL PRODUCTS?," alpvision.com/blockchain-provide-authenticity-of-physical-products/</w:t>
      </w:r>
      <w:r>
        <w:rPr>
          <w:b w:val="0"/>
          <w:i w:val="0"/>
          <w:smallCaps w:val="0"/>
          <w:strike w:val="0"/>
          <w:u w:val="none"/>
        </w:rPr>
        <w:t>]</w:t>
      </w:r>
    </w:p>
    <w:p>
      <w:pPr>
        <w:spacing w:after="60"/>
      </w:pPr>
      <w:r>
        <w:rPr>
          <w:b w:val="0"/>
          <w:i w:val="0"/>
          <w:smallCaps w:val="0"/>
          <w:strike w:val="0"/>
          <w:u w:val="none"/>
        </w:rPr>
        <w:t xml:space="preserve">Bitcoin’s rapid expansion over the past decade has propelled blockchain technology to new heights. Today, the tech is still maturing, and companies continue to experiment with other use cases. So, does blockchain provide authenticity of physical products too? </w:t>
      </w:r>
    </w:p>
    <w:p>
      <w:pPr>
        <w:spacing w:after="60"/>
      </w:pPr>
      <w:r>
        <w:rPr>
          <w:b w:val="0"/>
          <w:i w:val="0"/>
          <w:smallCaps w:val="0"/>
          <w:strike w:val="0"/>
          <w:u w:val="none"/>
        </w:rPr>
        <w:t xml:space="preserve">The short answer is </w:t>
      </w:r>
      <w:r>
        <w:rPr>
          <w:b/>
          <w:i w:val="0"/>
          <w:smallCaps w:val="0"/>
          <w:strike w:val="0"/>
          <w:sz w:val="22"/>
          <w:u w:val="single"/>
        </w:rPr>
        <w:t>no</w:t>
      </w:r>
      <w:r>
        <w:rPr>
          <w:b w:val="0"/>
          <w:i w:val="0"/>
          <w:smallCaps w:val="0"/>
          <w:strike w:val="0"/>
          <w:u w:val="none"/>
        </w:rPr>
        <w:t xml:space="preserve">. </w:t>
      </w:r>
      <w:r>
        <w:rPr>
          <w:b/>
          <w:i w:val="0"/>
          <w:smallCaps w:val="0"/>
          <w:strike w:val="0"/>
          <w:sz w:val="22"/>
          <w:u w:val="single"/>
        </w:rPr>
        <w:t>Blockchain</w:t>
      </w:r>
      <w:r>
        <w:rPr>
          <w:b w:val="0"/>
          <w:i w:val="0"/>
          <w:smallCaps w:val="0"/>
          <w:strike w:val="0"/>
          <w:sz w:val="22"/>
          <w:u w:val="single"/>
        </w:rPr>
        <w:t xml:space="preserve"> software alone </w:t>
      </w:r>
      <w:r>
        <w:rPr>
          <w:b/>
          <w:i w:val="0"/>
          <w:smallCaps w:val="0"/>
          <w:strike w:val="0"/>
          <w:sz w:val="22"/>
          <w:u w:val="single"/>
        </w:rPr>
        <w:t>does not suffice</w:t>
      </w:r>
      <w:r>
        <w:rPr>
          <w:b w:val="0"/>
          <w:i w:val="0"/>
          <w:smallCaps w:val="0"/>
          <w:strike w:val="0"/>
          <w:sz w:val="22"/>
          <w:u w:val="single"/>
        </w:rPr>
        <w:t xml:space="preserve"> as a holistic </w:t>
      </w:r>
      <w:r>
        <w:rPr>
          <w:b/>
          <w:i w:val="0"/>
          <w:smallCaps w:val="0"/>
          <w:strike w:val="0"/>
          <w:sz w:val="22"/>
          <w:u w:val="single"/>
        </w:rPr>
        <w:t>anti-counterfeit system</w:t>
      </w:r>
      <w:r>
        <w:rPr>
          <w:b w:val="0"/>
          <w:i w:val="0"/>
          <w:smallCaps w:val="0"/>
          <w:strike w:val="0"/>
          <w:u w:val="none"/>
        </w:rPr>
        <w:t>. Cryptocurrency’s widespread adoption is certainly historical, yet this particular use case was never intended to secure physical goods. Instead, cryptocurrency mainly provides a means to secure digital transactions, but it’s possible to leverage the underlying innovation – blockchain – to verify digital records for counterfeit protection.</w:t>
      </w:r>
    </w:p>
    <w:p>
      <w:pPr>
        <w:spacing w:after="60"/>
      </w:pPr>
      <w:r>
        <w:rPr>
          <w:b w:val="0"/>
          <w:i w:val="0"/>
          <w:smallCaps w:val="0"/>
          <w:strike w:val="0"/>
          <w:u w:val="none"/>
        </w:rPr>
        <w:t xml:space="preserve">Nevertheless, the </w:t>
      </w:r>
      <w:r>
        <w:rPr>
          <w:b w:val="0"/>
          <w:i w:val="0"/>
          <w:smallCaps w:val="0"/>
          <w:strike w:val="0"/>
          <w:sz w:val="22"/>
          <w:u w:val="single"/>
        </w:rPr>
        <w:t xml:space="preserve">challenge for brand owners is </w:t>
      </w:r>
      <w:r>
        <w:rPr>
          <w:b/>
          <w:i w:val="0"/>
          <w:smallCaps w:val="0"/>
          <w:strike w:val="0"/>
          <w:sz w:val="22"/>
          <w:u w:val="single"/>
        </w:rPr>
        <w:t>how to put blockchain in context</w:t>
      </w:r>
      <w:r>
        <w:rPr>
          <w:b w:val="0"/>
          <w:i w:val="0"/>
          <w:smallCaps w:val="0"/>
          <w:strike w:val="0"/>
          <w:sz w:val="22"/>
          <w:u w:val="single"/>
        </w:rPr>
        <w:t xml:space="preserve"> and </w:t>
      </w:r>
      <w:r>
        <w:rPr>
          <w:b/>
          <w:i w:val="0"/>
          <w:smallCaps w:val="0"/>
          <w:strike w:val="0"/>
          <w:sz w:val="22"/>
          <w:u w:val="single"/>
        </w:rPr>
        <w:t>implement realistic applications</w:t>
      </w:r>
      <w:r>
        <w:rPr>
          <w:b w:val="0"/>
          <w:i w:val="0"/>
          <w:smallCaps w:val="0"/>
          <w:strike w:val="0"/>
          <w:u w:val="none"/>
        </w:rPr>
        <w:t>. Whereas cryptocurrency is further along the technology maturity curve, blockchain for digital verification and transactions remains in the early stages. The good news is that businesses can utilize blockchain-based tech in an ecosystem of anti-counterfeit systems for physical products.</w:t>
      </w:r>
    </w:p>
    <w:p>
      <w:pPr>
        <w:spacing w:after="60"/>
      </w:pPr>
      <w:r>
        <w:rPr>
          <w:b w:val="0"/>
          <w:i w:val="0"/>
          <w:smallCaps w:val="0"/>
          <w:strike w:val="0"/>
          <w:u w:val="none"/>
        </w:rPr>
        <w:t>Linking the physical world to the digital world</w:t>
      </w:r>
    </w:p>
    <w:p>
      <w:pPr>
        <w:spacing w:after="60"/>
      </w:pPr>
      <w:r>
        <w:rPr>
          <w:b w:val="0"/>
          <w:i w:val="0"/>
          <w:smallCaps w:val="0"/>
          <w:strike w:val="0"/>
          <w:sz w:val="22"/>
          <w:u w:val="single"/>
        </w:rPr>
        <w:t xml:space="preserve">The link between </w:t>
      </w:r>
      <w:r>
        <w:rPr>
          <w:b w:val="0"/>
          <w:i w:val="0"/>
          <w:smallCaps w:val="0"/>
          <w:strike w:val="0"/>
          <w:u w:val="none"/>
        </w:rPr>
        <w:t xml:space="preserve">the </w:t>
      </w:r>
      <w:r>
        <w:rPr>
          <w:b w:val="0"/>
          <w:i w:val="0"/>
          <w:smallCaps w:val="0"/>
          <w:strike w:val="0"/>
          <w:sz w:val="22"/>
          <w:u w:val="single"/>
        </w:rPr>
        <w:t>physical</w:t>
      </w:r>
      <w:r>
        <w:rPr>
          <w:b w:val="0"/>
          <w:i w:val="0"/>
          <w:smallCaps w:val="0"/>
          <w:strike w:val="0"/>
          <w:u w:val="none"/>
        </w:rPr>
        <w:t xml:space="preserve"> world </w:t>
      </w:r>
      <w:r>
        <w:rPr>
          <w:b w:val="0"/>
          <w:i w:val="0"/>
          <w:smallCaps w:val="0"/>
          <w:strike w:val="0"/>
          <w:sz w:val="22"/>
          <w:u w:val="single"/>
        </w:rPr>
        <w:t>and</w:t>
      </w:r>
      <w:r>
        <w:rPr>
          <w:b w:val="0"/>
          <w:i w:val="0"/>
          <w:smallCaps w:val="0"/>
          <w:strike w:val="0"/>
          <w:u w:val="none"/>
        </w:rPr>
        <w:t xml:space="preserve"> the </w:t>
      </w:r>
      <w:r>
        <w:rPr>
          <w:b w:val="0"/>
          <w:i w:val="0"/>
          <w:smallCaps w:val="0"/>
          <w:strike w:val="0"/>
          <w:sz w:val="22"/>
          <w:u w:val="single"/>
        </w:rPr>
        <w:t>digital</w:t>
      </w:r>
      <w:r>
        <w:rPr>
          <w:b w:val="0"/>
          <w:i w:val="0"/>
          <w:smallCaps w:val="0"/>
          <w:strike w:val="0"/>
          <w:u w:val="none"/>
        </w:rPr>
        <w:t xml:space="preserve"> world </w:t>
      </w:r>
      <w:r>
        <w:rPr>
          <w:b w:val="0"/>
          <w:i w:val="0"/>
          <w:smallCaps w:val="0"/>
          <w:strike w:val="0"/>
          <w:sz w:val="22"/>
          <w:u w:val="single"/>
        </w:rPr>
        <w:t>grows stronger</w:t>
      </w:r>
      <w:r>
        <w:rPr>
          <w:b w:val="0"/>
          <w:i w:val="0"/>
          <w:smallCaps w:val="0"/>
          <w:strike w:val="0"/>
          <w:u w:val="none"/>
        </w:rPr>
        <w:t xml:space="preserve"> with each technological innovation. </w:t>
      </w:r>
      <w:r>
        <w:rPr>
          <w:b w:val="0"/>
          <w:i w:val="0"/>
          <w:smallCaps w:val="0"/>
          <w:strike w:val="0"/>
          <w:sz w:val="22"/>
          <w:u w:val="single"/>
        </w:rPr>
        <w:t>Blockchain</w:t>
      </w:r>
      <w:r>
        <w:rPr>
          <w:b w:val="0"/>
          <w:i w:val="0"/>
          <w:smallCaps w:val="0"/>
          <w:strike w:val="0"/>
          <w:u w:val="none"/>
        </w:rPr>
        <w:t xml:space="preserve"> represents a sea change regarding digital security; however, its </w:t>
      </w:r>
      <w:r>
        <w:rPr>
          <w:b w:val="0"/>
          <w:i w:val="0"/>
          <w:smallCaps w:val="0"/>
          <w:strike w:val="0"/>
          <w:sz w:val="22"/>
          <w:u w:val="single"/>
        </w:rPr>
        <w:t xml:space="preserve">application in the physical world </w:t>
      </w:r>
      <w:r>
        <w:rPr>
          <w:b/>
          <w:i w:val="0"/>
          <w:smallCaps w:val="0"/>
          <w:strike w:val="0"/>
          <w:sz w:val="22"/>
          <w:u w:val="single"/>
        </w:rPr>
        <w:t>remains challenging</w:t>
      </w:r>
      <w:r>
        <w:rPr>
          <w:b w:val="0"/>
          <w:i w:val="0"/>
          <w:smallCaps w:val="0"/>
          <w:strike w:val="0"/>
          <w:u w:val="none"/>
        </w:rPr>
        <w:t xml:space="preserve"> </w:t>
      </w:r>
      <w:r>
        <w:rPr>
          <w:b w:val="0"/>
          <w:i w:val="0"/>
          <w:smallCaps w:val="0"/>
          <w:strike w:val="0"/>
          <w:sz w:val="22"/>
          <w:u w:val="single"/>
        </w:rPr>
        <w:t>due to the limitations of</w:t>
      </w:r>
      <w:r>
        <w:rPr>
          <w:b w:val="0"/>
          <w:i w:val="0"/>
          <w:smallCaps w:val="0"/>
          <w:strike w:val="0"/>
          <w:u w:val="none"/>
        </w:rPr>
        <w:t xml:space="preserve"> </w:t>
      </w:r>
      <w:r>
        <w:rPr>
          <w:b w:val="0"/>
          <w:i w:val="0"/>
          <w:smallCaps w:val="0"/>
          <w:strike w:val="0"/>
          <w:sz w:val="22"/>
          <w:u w:val="single"/>
        </w:rPr>
        <w:t>the technology</w:t>
      </w:r>
      <w:r>
        <w:rPr>
          <w:b w:val="0"/>
          <w:i w:val="0"/>
          <w:smallCaps w:val="0"/>
          <w:strike w:val="0"/>
          <w:u w:val="none"/>
        </w:rPr>
        <w:t>. If you need a primer on the specifics, this white paper on the practicalities of securing physical assets on the blockchain provides crucial guidance.</w:t>
      </w:r>
    </w:p>
    <w:p>
      <w:pPr>
        <w:spacing w:after="60"/>
      </w:pPr>
      <w:r>
        <w:rPr>
          <w:b w:val="0"/>
          <w:i w:val="0"/>
          <w:smallCaps w:val="0"/>
          <w:strike w:val="0"/>
          <w:u w:val="none"/>
        </w:rPr>
        <w:t xml:space="preserve">The fact remains that </w:t>
      </w:r>
      <w:r>
        <w:rPr>
          <w:b w:val="0"/>
          <w:i w:val="0"/>
          <w:smallCaps w:val="0"/>
          <w:strike w:val="0"/>
          <w:sz w:val="22"/>
          <w:u w:val="single"/>
        </w:rPr>
        <w:t>physical markings</w:t>
      </w:r>
      <w:r>
        <w:rPr>
          <w:b w:val="0"/>
          <w:i w:val="0"/>
          <w:smallCaps w:val="0"/>
          <w:strike w:val="0"/>
          <w:u w:val="none"/>
        </w:rPr>
        <w:t xml:space="preserve"> – </w:t>
      </w:r>
      <w:r>
        <w:rPr>
          <w:b w:val="0"/>
          <w:i w:val="0"/>
          <w:smallCaps w:val="0"/>
          <w:strike w:val="0"/>
          <w:u w:val="none"/>
        </w:rPr>
        <w:t xml:space="preserve">the printing, engraved IDs, and other overt markings – </w:t>
      </w:r>
      <w:r>
        <w:rPr>
          <w:b w:val="0"/>
          <w:i w:val="0"/>
          <w:smallCaps w:val="0"/>
          <w:strike w:val="0"/>
          <w:sz w:val="22"/>
          <w:u w:val="single"/>
        </w:rPr>
        <w:t xml:space="preserve">can be </w:t>
      </w:r>
      <w:r>
        <w:rPr>
          <w:b/>
          <w:i w:val="0"/>
          <w:smallCaps w:val="0"/>
          <w:strike w:val="0"/>
          <w:sz w:val="22"/>
          <w:u w:val="single"/>
        </w:rPr>
        <w:t>copied</w:t>
      </w:r>
      <w:r>
        <w:rPr>
          <w:b w:val="0"/>
          <w:i w:val="0"/>
          <w:smallCaps w:val="0"/>
          <w:strike w:val="0"/>
          <w:sz w:val="22"/>
          <w:u w:val="single"/>
        </w:rPr>
        <w:t xml:space="preserve"> or altered by </w:t>
      </w:r>
      <w:r>
        <w:rPr>
          <w:b/>
          <w:i w:val="0"/>
          <w:smallCaps w:val="0"/>
          <w:strike w:val="0"/>
          <w:sz w:val="22"/>
          <w:u w:val="single"/>
        </w:rPr>
        <w:t>fraudsters</w:t>
      </w:r>
      <w:r>
        <w:rPr>
          <w:b w:val="0"/>
          <w:i w:val="0"/>
          <w:smallCaps w:val="0"/>
          <w:strike w:val="0"/>
          <w:u w:val="none"/>
        </w:rPr>
        <w:t xml:space="preserve">. </w:t>
      </w:r>
      <w:r>
        <w:rPr>
          <w:b w:val="0"/>
          <w:i w:val="0"/>
          <w:smallCaps w:val="0"/>
          <w:strike w:val="0"/>
          <w:sz w:val="22"/>
          <w:u w:val="single"/>
        </w:rPr>
        <w:t xml:space="preserve">Businesses have significantly invested in </w:t>
      </w:r>
      <w:r>
        <w:rPr>
          <w:b/>
          <w:i w:val="0"/>
          <w:smallCaps w:val="0"/>
          <w:strike w:val="0"/>
          <w:sz w:val="22"/>
          <w:u w:val="single"/>
        </w:rPr>
        <w:t>tracking and tracing tech</w:t>
      </w:r>
      <w:r>
        <w:rPr>
          <w:b w:val="0"/>
          <w:i w:val="0"/>
          <w:smallCaps w:val="0"/>
          <w:strike w:val="0"/>
          <w:sz w:val="22"/>
          <w:u w:val="single"/>
        </w:rPr>
        <w:t>nology</w:t>
      </w:r>
      <w:r>
        <w:rPr>
          <w:b w:val="0"/>
          <w:i w:val="0"/>
          <w:smallCaps w:val="0"/>
          <w:strike w:val="0"/>
          <w:u w:val="none"/>
        </w:rPr>
        <w:t xml:space="preserve"> in recent times, yet </w:t>
      </w:r>
      <w:r>
        <w:rPr>
          <w:b w:val="0"/>
          <w:i w:val="0"/>
          <w:smallCaps w:val="0"/>
          <w:strike w:val="0"/>
          <w:sz w:val="22"/>
          <w:u w:val="single"/>
        </w:rPr>
        <w:t>there is no holistic platform that can reference all data associated with a physical item</w:t>
      </w:r>
      <w:r>
        <w:rPr>
          <w:b w:val="0"/>
          <w:i w:val="0"/>
          <w:smallCaps w:val="0"/>
          <w:strike w:val="0"/>
          <w:u w:val="none"/>
        </w:rPr>
        <w:t xml:space="preserve"> to verify its authenticity. Add the </w:t>
      </w:r>
      <w:r>
        <w:rPr>
          <w:b w:val="0"/>
          <w:i w:val="0"/>
          <w:smallCaps w:val="0"/>
          <w:strike w:val="0"/>
          <w:sz w:val="22"/>
          <w:u w:val="single"/>
        </w:rPr>
        <w:t xml:space="preserve">complexities of </w:t>
      </w:r>
      <w:r>
        <w:rPr>
          <w:b/>
          <w:i w:val="0"/>
          <w:smallCaps w:val="0"/>
          <w:strike w:val="0"/>
          <w:sz w:val="22"/>
          <w:u w:val="single"/>
        </w:rPr>
        <w:t>object recognition</w:t>
      </w:r>
      <w:r>
        <w:rPr>
          <w:b w:val="0"/>
          <w:i w:val="0"/>
          <w:smallCaps w:val="0"/>
          <w:strike w:val="0"/>
          <w:u w:val="none"/>
        </w:rPr>
        <w:t xml:space="preserve"> </w:t>
      </w:r>
      <w:r>
        <w:rPr>
          <w:b w:val="0"/>
          <w:i w:val="0"/>
          <w:smallCaps w:val="0"/>
          <w:strike w:val="0"/>
          <w:sz w:val="22"/>
          <w:u w:val="single"/>
        </w:rPr>
        <w:t xml:space="preserve">technology and biometrics to the equation, and the </w:t>
      </w:r>
      <w:r>
        <w:rPr>
          <w:b/>
          <w:i w:val="0"/>
          <w:smallCaps w:val="0"/>
          <w:strike w:val="0"/>
          <w:sz w:val="22"/>
          <w:u w:val="single"/>
        </w:rPr>
        <w:t>challenge</w:t>
      </w:r>
      <w:r>
        <w:rPr>
          <w:b w:val="0"/>
          <w:i w:val="0"/>
          <w:smallCaps w:val="0"/>
          <w:strike w:val="0"/>
          <w:sz w:val="22"/>
          <w:u w:val="single"/>
        </w:rPr>
        <w:t xml:space="preserve"> is clear: </w:t>
      </w:r>
      <w:r>
        <w:rPr>
          <w:b/>
          <w:i w:val="0"/>
          <w:smallCaps w:val="0"/>
          <w:strike w:val="0"/>
          <w:sz w:val="22"/>
          <w:u w:val="single"/>
        </w:rPr>
        <w:t>creating an</w:t>
      </w:r>
      <w:r>
        <w:rPr>
          <w:b w:val="0"/>
          <w:i w:val="0"/>
          <w:smallCaps w:val="0"/>
          <w:strike w:val="0"/>
          <w:u w:val="none"/>
        </w:rPr>
        <w:t xml:space="preserve"> immutable, highly </w:t>
      </w:r>
      <w:r>
        <w:rPr>
          <w:b/>
          <w:i w:val="0"/>
          <w:smallCaps w:val="0"/>
          <w:strike w:val="0"/>
          <w:sz w:val="22"/>
          <w:u w:val="single"/>
        </w:rPr>
        <w:t>secure chain</w:t>
      </w:r>
      <w:r>
        <w:rPr>
          <w:b w:val="0"/>
          <w:i w:val="0"/>
          <w:smallCaps w:val="0"/>
          <w:strike w:val="0"/>
          <w:sz w:val="22"/>
          <w:u w:val="single"/>
        </w:rPr>
        <w:t xml:space="preserve"> of records with blockchain</w:t>
      </w:r>
      <w:r>
        <w:rPr>
          <w:b w:val="0"/>
          <w:i w:val="0"/>
          <w:smallCaps w:val="0"/>
          <w:strike w:val="0"/>
          <w:u w:val="none"/>
        </w:rPr>
        <w:t xml:space="preserve"> software </w:t>
      </w:r>
      <w:r>
        <w:rPr>
          <w:b/>
          <w:i w:val="0"/>
          <w:smallCaps w:val="0"/>
          <w:strike w:val="0"/>
          <w:sz w:val="22"/>
          <w:u w:val="single"/>
        </w:rPr>
        <w:t>to</w:t>
      </w:r>
      <w:r>
        <w:rPr>
          <w:b w:val="0"/>
          <w:i w:val="0"/>
          <w:smallCaps w:val="0"/>
          <w:strike w:val="0"/>
          <w:sz w:val="22"/>
          <w:u w:val="single"/>
        </w:rPr>
        <w:t xml:space="preserve"> link the </w:t>
      </w:r>
      <w:r>
        <w:rPr>
          <w:b/>
          <w:i w:val="0"/>
          <w:smallCaps w:val="0"/>
          <w:strike w:val="0"/>
          <w:sz w:val="22"/>
          <w:u w:val="single"/>
        </w:rPr>
        <w:t>digital world</w:t>
      </w:r>
      <w:r>
        <w:rPr>
          <w:b w:val="0"/>
          <w:i w:val="0"/>
          <w:smallCaps w:val="0"/>
          <w:strike w:val="0"/>
          <w:sz w:val="22"/>
          <w:u w:val="single"/>
        </w:rPr>
        <w:t xml:space="preserve"> to the </w:t>
      </w:r>
      <w:r>
        <w:rPr>
          <w:b/>
          <w:i w:val="0"/>
          <w:smallCaps w:val="0"/>
          <w:strike w:val="0"/>
          <w:sz w:val="22"/>
          <w:u w:val="single"/>
        </w:rPr>
        <w:t>physical world</w:t>
      </w:r>
      <w:r>
        <w:rPr>
          <w:b w:val="0"/>
          <w:i w:val="0"/>
          <w:smallCaps w:val="0"/>
          <w:strike w:val="0"/>
          <w:u w:val="none"/>
        </w:rPr>
        <w:t>.</w:t>
      </w:r>
    </w:p>
    <w:p>
      <w:pPr>
        <w:spacing w:after="60"/>
      </w:pPr>
      <w:r>
        <w:rPr>
          <w:b w:val="0"/>
          <w:i w:val="0"/>
          <w:smallCaps w:val="0"/>
          <w:strike w:val="0"/>
          <w:u w:val="none"/>
        </w:rPr>
        <w:t>What is blockchain?</w:t>
      </w:r>
    </w:p>
    <w:p>
      <w:pPr>
        <w:spacing w:after="60"/>
      </w:pPr>
      <w:r>
        <w:rPr>
          <w:b w:val="0"/>
          <w:i w:val="0"/>
          <w:smallCaps w:val="0"/>
          <w:strike w:val="0"/>
          <w:u w:val="none"/>
        </w:rPr>
        <w:t>The original purpose of blockchain tech was to create a digital currency outside of the traditional financial system, which according to the technology’s creator (person or pseudonym) – Satoshi Nakamoto – relies heavily upon third parties. You can read the landmark 2008 white paper on blockchain’s application for cryptocurrency to delve into the specifics.</w:t>
      </w:r>
    </w:p>
    <w:p>
      <w:pPr>
        <w:spacing w:after="60"/>
      </w:pPr>
      <w:r>
        <w:rPr>
          <w:b w:val="0"/>
          <w:i w:val="0"/>
          <w:smallCaps w:val="0"/>
          <w:strike w:val="0"/>
          <w:u w:val="none"/>
        </w:rPr>
        <w:t>Still, the nuances of this kind of peer-to-peer network are complex, yet the general takeaway is easy to grasp: blockchain can create encrypted, highly secure digital ledgers. It’s a misnomer that cryptocurrency is the same as blockchain. Instead, blockchain represents the underlying network that cryptocurrencies like Bitcoin and Ethereum rely upon; however, the innovation is independent of financial use cases.</w:t>
      </w:r>
    </w:p>
    <w:p>
      <w:pPr>
        <w:spacing w:after="60"/>
      </w:pPr>
      <w:r>
        <w:rPr>
          <w:b w:val="0"/>
          <w:i w:val="0"/>
          <w:smallCaps w:val="0"/>
          <w:strike w:val="0"/>
          <w:u w:val="none"/>
        </w:rPr>
        <w:t>Blockchain works well whenever you need to secure and verify a “chain” of digital records. Regarding Bitcoin, those records are the creation and exchange of cryptographic digital assets, but a manufacturer could also deploy the tech to verify its chain of custody data with records from international suppliers and distributors. Since each block contains data based on the previous block’s unique signature, it’s incredibly difficult to exploit the ledger and alter or insert fraudulent blocks.</w:t>
      </w:r>
    </w:p>
    <w:p>
      <w:pPr>
        <w:spacing w:after="60"/>
      </w:pPr>
      <w:r>
        <w:rPr>
          <w:b w:val="0"/>
          <w:i w:val="0"/>
          <w:smallCaps w:val="0"/>
          <w:strike w:val="0"/>
          <w:u w:val="none"/>
        </w:rPr>
        <w:t>Each data block must coincide with the previous record’s cryptographic signature and provide its own signature for the next block, thus creating a theoretically endless, secure yet decentralized ledger. Indeed, the industries developing creative uses for blockchain include healthcare, pharmaceutical manufacturing, and supply chain logistics. But the reality is that not every company puts blockchain in the same context.</w:t>
      </w:r>
    </w:p>
    <w:p>
      <w:pPr>
        <w:spacing w:after="60"/>
      </w:pPr>
      <w:r>
        <w:rPr>
          <w:b w:val="0"/>
          <w:i w:val="0"/>
          <w:smallCaps w:val="0"/>
          <w:strike w:val="0"/>
          <w:u w:val="none"/>
        </w:rPr>
        <w:t>Deloitte’s 2020 Global Blockchain Survey provides a critical look back at where the tech was going before the pandemic stymied global commerce. Out of the 1,488 executives surveyed in 2020, 88 percent agreed that blockchain would eventually become mainstream. But 54 percent also said that the tech is overhyped, and here’s why.</w:t>
      </w:r>
    </w:p>
    <w:p>
      <w:pPr>
        <w:spacing w:after="60"/>
      </w:pPr>
      <w:r>
        <w:rPr>
          <w:b w:val="0"/>
          <w:i w:val="0"/>
          <w:smallCaps w:val="0"/>
          <w:strike w:val="0"/>
          <w:u w:val="none"/>
        </w:rPr>
        <w:t>Anti-counterfeit: Pros and cons of blockchain</w:t>
      </w:r>
    </w:p>
    <w:p>
      <w:pPr>
        <w:spacing w:after="60"/>
      </w:pPr>
      <w:r>
        <w:rPr>
          <w:b w:val="0"/>
          <w:i w:val="0"/>
          <w:smallCaps w:val="0"/>
          <w:strike w:val="0"/>
          <w:u w:val="none"/>
        </w:rPr>
        <w:t>In short, blockchain itself doesn’t suffice as a reliable anti-counterfeit safeguard, especially when trying to secure physical products. The real benefit of using blockchain is to secure the digital records associated with physical items, yet there are also pros and cons to consider when deciding whether or not to deploy the tech at all.</w:t>
      </w:r>
    </w:p>
    <w:p>
      <w:pPr>
        <w:spacing w:after="60"/>
      </w:pPr>
      <w:r>
        <w:rPr>
          <w:b w:val="0"/>
          <w:i w:val="0"/>
          <w:smallCaps w:val="0"/>
          <w:strike w:val="0"/>
          <w:u w:val="none"/>
        </w:rPr>
        <w:t>Digital security is not physical security</w:t>
      </w:r>
    </w:p>
    <w:p>
      <w:pPr>
        <w:spacing w:after="60"/>
      </w:pPr>
      <w:r>
        <w:rPr>
          <w:b w:val="0"/>
          <w:i w:val="0"/>
          <w:smallCaps w:val="0"/>
          <w:strike w:val="0"/>
          <w:u w:val="none"/>
        </w:rPr>
        <w:t>The simple fact remains that blockchain was never intended to secure physical products. Instead, as evidenced by Nakamoto’s white paper, the intent was precisely the opposite: to create a digital alternative to physical currency. That principle still applies to any use case, so relying on blockchain for physical security belies a fundamental misunderstanding of where the opportunity truly lies.</w:t>
      </w:r>
    </w:p>
    <w:p>
      <w:pPr>
        <w:spacing w:after="60"/>
      </w:pPr>
      <w:r>
        <w:rPr>
          <w:b w:val="0"/>
          <w:i w:val="0"/>
          <w:smallCaps w:val="0"/>
          <w:strike w:val="0"/>
          <w:sz w:val="22"/>
          <w:u w:val="single"/>
        </w:rPr>
        <w:t>Blockchain for physical objects relies on serial numbers</w:t>
      </w:r>
      <w:r>
        <w:rPr>
          <w:b w:val="0"/>
          <w:i w:val="0"/>
          <w:smallCaps w:val="0"/>
          <w:strike w:val="0"/>
          <w:u w:val="none"/>
        </w:rPr>
        <w:t xml:space="preserve"> or other seeds</w:t>
      </w:r>
    </w:p>
    <w:p>
      <w:pPr>
        <w:spacing w:after="60"/>
      </w:pPr>
      <w:r>
        <w:rPr>
          <w:b w:val="0"/>
          <w:i w:val="0"/>
          <w:smallCaps w:val="0"/>
          <w:strike w:val="0"/>
          <w:sz w:val="22"/>
          <w:u w:val="single"/>
        </w:rPr>
        <w:t>Blockchain works best in the digital realm</w:t>
      </w:r>
      <w:r>
        <w:rPr>
          <w:b w:val="0"/>
          <w:i w:val="0"/>
          <w:smallCaps w:val="0"/>
          <w:strike w:val="0"/>
          <w:u w:val="none"/>
        </w:rPr>
        <w:t xml:space="preserve">, yet </w:t>
      </w:r>
      <w:r>
        <w:rPr>
          <w:b w:val="0"/>
          <w:i w:val="0"/>
          <w:smallCaps w:val="0"/>
          <w:strike w:val="0"/>
          <w:sz w:val="22"/>
          <w:u w:val="single"/>
        </w:rPr>
        <w:t xml:space="preserve">some have tried </w:t>
      </w:r>
      <w:r>
        <w:rPr>
          <w:b w:val="0"/>
          <w:i w:val="0"/>
          <w:smallCaps w:val="0"/>
          <w:strike w:val="0"/>
          <w:u w:val="none"/>
        </w:rPr>
        <w:t xml:space="preserve">to </w:t>
      </w:r>
      <w:r>
        <w:rPr>
          <w:b w:val="0"/>
          <w:i w:val="0"/>
          <w:smallCaps w:val="0"/>
          <w:strike w:val="0"/>
          <w:u w:val="none"/>
        </w:rPr>
        <w:t xml:space="preserve">use </w:t>
      </w:r>
      <w:r>
        <w:rPr>
          <w:b w:val="0"/>
          <w:i w:val="0"/>
          <w:smallCaps w:val="0"/>
          <w:strike w:val="0"/>
          <w:sz w:val="22"/>
          <w:u w:val="single"/>
        </w:rPr>
        <w:t>blockchain software</w:t>
      </w:r>
      <w:r>
        <w:rPr>
          <w:b w:val="0"/>
          <w:i w:val="0"/>
          <w:smallCaps w:val="0"/>
          <w:strike w:val="0"/>
          <w:u w:val="none"/>
        </w:rPr>
        <w:t xml:space="preserve"> </w:t>
      </w:r>
      <w:r>
        <w:rPr>
          <w:b w:val="0"/>
          <w:i w:val="0"/>
          <w:smallCaps w:val="0"/>
          <w:strike w:val="0"/>
          <w:sz w:val="22"/>
          <w:u w:val="single"/>
        </w:rPr>
        <w:t>with serial numbers or other seeds</w:t>
      </w:r>
      <w:r>
        <w:rPr>
          <w:b w:val="0"/>
          <w:i w:val="0"/>
          <w:smallCaps w:val="0"/>
          <w:strike w:val="0"/>
          <w:u w:val="none"/>
        </w:rPr>
        <w:t xml:space="preserve">. Indeed, </w:t>
      </w:r>
      <w:r>
        <w:rPr>
          <w:b w:val="0"/>
          <w:i w:val="0"/>
          <w:smallCaps w:val="0"/>
          <w:strike w:val="0"/>
          <w:sz w:val="22"/>
          <w:u w:val="single"/>
        </w:rPr>
        <w:t>associating physical goods with a blockchain of</w:t>
      </w:r>
      <w:r>
        <w:rPr>
          <w:b w:val="0"/>
          <w:i w:val="0"/>
          <w:smallCaps w:val="0"/>
          <w:strike w:val="0"/>
          <w:u w:val="none"/>
        </w:rPr>
        <w:t xml:space="preserve"> </w:t>
      </w:r>
      <w:r>
        <w:rPr>
          <w:b w:val="0"/>
          <w:i w:val="0"/>
          <w:smallCaps w:val="0"/>
          <w:strike w:val="0"/>
          <w:sz w:val="22"/>
          <w:u w:val="single"/>
        </w:rPr>
        <w:t>serial numbers is missing</w:t>
      </w:r>
      <w:r>
        <w:rPr>
          <w:b w:val="0"/>
          <w:i w:val="0"/>
          <w:smallCaps w:val="0"/>
          <w:strike w:val="0"/>
          <w:u w:val="none"/>
        </w:rPr>
        <w:t xml:space="preserve"> the point </w:t>
      </w:r>
      <w:r>
        <w:rPr>
          <w:b w:val="0"/>
          <w:i w:val="0"/>
          <w:smallCaps w:val="0"/>
          <w:strike w:val="0"/>
          <w:sz w:val="22"/>
          <w:u w:val="single"/>
        </w:rPr>
        <w:t xml:space="preserve">since serial numbers can be </w:t>
      </w:r>
      <w:r>
        <w:rPr>
          <w:b/>
          <w:i w:val="0"/>
          <w:smallCaps w:val="0"/>
          <w:strike w:val="0"/>
          <w:sz w:val="22"/>
          <w:u w:val="single"/>
        </w:rPr>
        <w:t>copied</w:t>
      </w:r>
      <w:r>
        <w:rPr>
          <w:b w:val="0"/>
          <w:i w:val="0"/>
          <w:smallCaps w:val="0"/>
          <w:strike w:val="0"/>
          <w:u w:val="none"/>
        </w:rPr>
        <w:t xml:space="preserve"> by counterfeiters, thus </w:t>
      </w:r>
      <w:r>
        <w:rPr>
          <w:b/>
          <w:i w:val="0"/>
          <w:smallCaps w:val="0"/>
          <w:strike w:val="0"/>
          <w:sz w:val="22"/>
          <w:u w:val="single"/>
        </w:rPr>
        <w:t>circumventing</w:t>
      </w:r>
      <w:r>
        <w:rPr>
          <w:b w:val="0"/>
          <w:i w:val="0"/>
          <w:smallCaps w:val="0"/>
          <w:strike w:val="0"/>
          <w:u w:val="none"/>
        </w:rPr>
        <w:t xml:space="preserve"> the digital ledger’s </w:t>
      </w:r>
      <w:r>
        <w:rPr>
          <w:b/>
          <w:i w:val="0"/>
          <w:smallCaps w:val="0"/>
          <w:strike w:val="0"/>
          <w:sz w:val="22"/>
          <w:u w:val="single"/>
        </w:rPr>
        <w:t>security</w:t>
      </w:r>
      <w:r>
        <w:rPr>
          <w:b w:val="0"/>
          <w:i w:val="0"/>
          <w:smallCaps w:val="0"/>
          <w:strike w:val="0"/>
          <w:u w:val="none"/>
        </w:rPr>
        <w:t xml:space="preserve">. </w:t>
      </w:r>
      <w:r>
        <w:rPr>
          <w:b w:val="0"/>
          <w:i w:val="0"/>
          <w:smallCaps w:val="0"/>
          <w:strike w:val="0"/>
          <w:sz w:val="22"/>
          <w:u w:val="single"/>
        </w:rPr>
        <w:t>When it comes to anti-counterfeiting, the idea is to</w:t>
      </w:r>
      <w:r>
        <w:rPr>
          <w:b w:val="0"/>
          <w:i w:val="0"/>
          <w:smallCaps w:val="0"/>
          <w:strike w:val="0"/>
          <w:u w:val="none"/>
        </w:rPr>
        <w:t xml:space="preserve"> </w:t>
      </w:r>
      <w:r>
        <w:rPr>
          <w:b w:val="0"/>
          <w:i w:val="0"/>
          <w:smallCaps w:val="0"/>
          <w:strike w:val="0"/>
          <w:sz w:val="22"/>
          <w:u w:val="single"/>
        </w:rPr>
        <w:t xml:space="preserve">safeguard the </w:t>
      </w:r>
      <w:r>
        <w:rPr>
          <w:b/>
          <w:i w:val="0"/>
          <w:smallCaps w:val="0"/>
          <w:strike w:val="0"/>
          <w:sz w:val="22"/>
          <w:u w:val="single"/>
        </w:rPr>
        <w:t>physical product</w:t>
      </w:r>
      <w:r>
        <w:rPr>
          <w:b w:val="0"/>
          <w:i w:val="0"/>
          <w:smallCaps w:val="0"/>
          <w:strike w:val="0"/>
          <w:sz w:val="22"/>
          <w:u w:val="single"/>
        </w:rPr>
        <w:t>.</w:t>
      </w:r>
    </w:p>
    <w:p>
      <w:pPr>
        <w:spacing w:after="60"/>
      </w:pPr>
      <w:r>
        <w:rPr>
          <w:b/>
          <w:i w:val="0"/>
          <w:smallCaps w:val="0"/>
          <w:strike w:val="0"/>
          <w:sz w:val="22"/>
          <w:u w:val="single"/>
        </w:rPr>
        <w:t>Blockchain is too complex</w:t>
      </w:r>
      <w:r>
        <w:rPr>
          <w:b w:val="0"/>
          <w:i w:val="0"/>
          <w:smallCaps w:val="0"/>
          <w:strike w:val="0"/>
          <w:u w:val="none"/>
        </w:rPr>
        <w:t xml:space="preserve"> to put in place for consumable products</w:t>
      </w:r>
    </w:p>
    <w:p>
      <w:pPr>
        <w:spacing w:after="60"/>
      </w:pPr>
      <w:r>
        <w:rPr>
          <w:b w:val="0"/>
          <w:i w:val="0"/>
          <w:smallCaps w:val="0"/>
          <w:strike w:val="0"/>
          <w:u w:val="none"/>
        </w:rPr>
        <w:t xml:space="preserve">Along those lines, another facet to consider when creating an ecosystem of anti-counterfeit solutions based on blockchain technology is the fact that </w:t>
      </w:r>
      <w:r>
        <w:rPr>
          <w:b w:val="0"/>
          <w:i w:val="0"/>
          <w:smallCaps w:val="0"/>
          <w:strike w:val="0"/>
          <w:sz w:val="22"/>
          <w:u w:val="single"/>
        </w:rPr>
        <w:t>it’s too complex to implement for consumable goods</w:t>
      </w:r>
      <w:r>
        <w:rPr>
          <w:b w:val="0"/>
          <w:i w:val="0"/>
          <w:smallCaps w:val="0"/>
          <w:strike w:val="0"/>
          <w:u w:val="none"/>
        </w:rPr>
        <w:t xml:space="preserve">. As Deloitte’s survey explained, </w:t>
      </w:r>
      <w:r>
        <w:rPr>
          <w:b w:val="0"/>
          <w:i w:val="0"/>
          <w:smallCaps w:val="0"/>
          <w:strike w:val="0"/>
          <w:u w:val="none"/>
        </w:rPr>
        <w:t>business leaders believe that blockchain</w:t>
      </w:r>
      <w:r>
        <w:rPr>
          <w:b w:val="0"/>
          <w:i w:val="0"/>
          <w:smallCaps w:val="0"/>
          <w:strike w:val="0"/>
          <w:u w:val="none"/>
        </w:rPr>
        <w:t xml:space="preserve"> will eventually become widespread, but </w:t>
      </w:r>
      <w:r>
        <w:rPr>
          <w:b w:val="0"/>
          <w:i w:val="0"/>
          <w:smallCaps w:val="0"/>
          <w:strike w:val="0"/>
          <w:sz w:val="22"/>
          <w:u w:val="single"/>
        </w:rPr>
        <w:t xml:space="preserve">the technology has </w:t>
      </w:r>
      <w:r>
        <w:rPr>
          <w:b/>
          <w:i w:val="0"/>
          <w:smallCaps w:val="0"/>
          <w:strike w:val="0"/>
          <w:sz w:val="22"/>
          <w:u w:val="single"/>
        </w:rPr>
        <w:t>yet to mature</w:t>
      </w:r>
      <w:r>
        <w:rPr>
          <w:b w:val="0"/>
          <w:i w:val="0"/>
          <w:smallCaps w:val="0"/>
          <w:strike w:val="0"/>
          <w:u w:val="none"/>
        </w:rPr>
        <w:t>. Using blockchain for consumable products would require a ubiquity that the tech simply does have at the time of this writing.</w:t>
      </w:r>
    </w:p>
    <w:p>
      <w:pPr>
        <w:spacing w:after="60"/>
      </w:pPr>
      <w:r>
        <w:rPr>
          <w:b w:val="0"/>
          <w:i w:val="0"/>
          <w:smallCaps w:val="0"/>
          <w:strike w:val="0"/>
          <w:sz w:val="22"/>
          <w:u w:val="single"/>
        </w:rPr>
        <w:t>Blockchain cannot tell if products are authentic</w:t>
      </w:r>
      <w:r>
        <w:rPr>
          <w:b w:val="0"/>
          <w:i w:val="0"/>
          <w:smallCaps w:val="0"/>
          <w:strike w:val="0"/>
          <w:u w:val="none"/>
        </w:rPr>
        <w:t>, only provenance</w:t>
      </w:r>
    </w:p>
    <w:p>
      <w:pPr>
        <w:spacing w:after="60"/>
      </w:pPr>
      <w:r>
        <w:rPr>
          <w:b w:val="0"/>
          <w:i w:val="0"/>
          <w:smallCaps w:val="0"/>
          <w:strike w:val="0"/>
          <w:u w:val="none"/>
        </w:rPr>
        <w:t xml:space="preserve">Blockchain also doesn’t suffice to safeguard physical items because </w:t>
      </w:r>
      <w:r>
        <w:rPr>
          <w:b w:val="0"/>
          <w:i w:val="0"/>
          <w:smallCaps w:val="0"/>
          <w:strike w:val="0"/>
          <w:sz w:val="22"/>
          <w:u w:val="single"/>
        </w:rPr>
        <w:t>it’s best used to</w:t>
      </w:r>
      <w:r>
        <w:rPr>
          <w:b w:val="0"/>
          <w:i w:val="0"/>
          <w:smallCaps w:val="0"/>
          <w:strike w:val="0"/>
          <w:u w:val="none"/>
        </w:rPr>
        <w:t xml:space="preserve"> </w:t>
      </w:r>
      <w:r>
        <w:rPr>
          <w:b w:val="0"/>
          <w:i w:val="0"/>
          <w:smallCaps w:val="0"/>
          <w:strike w:val="0"/>
          <w:sz w:val="22"/>
          <w:u w:val="single"/>
        </w:rPr>
        <w:t>determine the provenance of digital records</w:t>
      </w:r>
      <w:r>
        <w:rPr>
          <w:b w:val="0"/>
          <w:i w:val="0"/>
          <w:smallCaps w:val="0"/>
          <w:strike w:val="0"/>
          <w:u w:val="none"/>
        </w:rPr>
        <w:t xml:space="preserve">. A distributed digital ledger shared by all parties would ensure that a product has a consistent, verifiable pedigree across the supply chain, including tracking and tracing data. </w:t>
      </w:r>
      <w:r>
        <w:rPr>
          <w:b w:val="0"/>
          <w:i w:val="0"/>
          <w:smallCaps w:val="0"/>
          <w:strike w:val="0"/>
          <w:sz w:val="22"/>
          <w:u w:val="single"/>
        </w:rPr>
        <w:t>One possibility is to utilize the blockchain to verify buy-sell</w:t>
      </w:r>
      <w:r>
        <w:rPr>
          <w:b w:val="0"/>
          <w:i w:val="0"/>
          <w:smallCaps w:val="0"/>
          <w:strike w:val="0"/>
          <w:u w:val="none"/>
        </w:rPr>
        <w:t xml:space="preserve"> transaction </w:t>
      </w:r>
      <w:r>
        <w:rPr>
          <w:b w:val="0"/>
          <w:i w:val="0"/>
          <w:smallCaps w:val="0"/>
          <w:strike w:val="0"/>
          <w:sz w:val="22"/>
          <w:u w:val="single"/>
        </w:rPr>
        <w:t>history, but this protection doesn’t secure the physical product. That</w:t>
      </w:r>
      <w:r>
        <w:rPr>
          <w:b w:val="0"/>
          <w:i w:val="0"/>
          <w:smallCaps w:val="0"/>
          <w:strike w:val="0"/>
          <w:u w:val="none"/>
        </w:rPr>
        <w:t xml:space="preserve"> capability </w:t>
      </w:r>
      <w:r>
        <w:rPr>
          <w:b w:val="0"/>
          <w:i w:val="0"/>
          <w:smallCaps w:val="0"/>
          <w:strike w:val="0"/>
          <w:sz w:val="22"/>
          <w:u w:val="single"/>
        </w:rPr>
        <w:t>requires an anti-counterfeit solution</w:t>
      </w:r>
      <w:r>
        <w:rPr>
          <w:b w:val="0"/>
          <w:i w:val="0"/>
          <w:smallCaps w:val="0"/>
          <w:strike w:val="0"/>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