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their </w:t>
      </w:r>
      <w:r>
        <w:rPr>
          <w:b/>
          <w:i w:val="0"/>
          <w:smallCaps w:val="0"/>
          <w:strike w:val="0"/>
          <w:sz w:val="26"/>
          <w:u w:val="single"/>
        </w:rPr>
        <w:t>key backstop</w:t>
      </w:r>
      <w:r>
        <w:rPr>
          <w:b/>
          <w:i w:val="0"/>
          <w:smallCaps w:val="0"/>
          <w:strike w:val="0"/>
          <w:sz w:val="26"/>
          <w:u w:val="none"/>
        </w:rPr>
        <w:t xml:space="preserve"> against stagnation.</w:t>
      </w:r>
    </w:p>
    <w:p>
      <w:pPr>
        <w:spacing w:after="80"/>
      </w:pPr>
      <w:r>
        <w:rPr>
          <w:b w:val="0"/>
          <w:i w:val="0"/>
          <w:smallCaps w:val="0"/>
          <w:strike w:val="0"/>
          <w:u w:val="none"/>
        </w:rPr>
        <w:t xml:space="preserve">Sam </w:t>
      </w:r>
      <w:r>
        <w:rPr>
          <w:b/>
          <w:i w:val="0"/>
          <w:smallCaps w:val="0"/>
          <w:strike w:val="0"/>
          <w:sz w:val="26"/>
          <w:u w:val="none"/>
        </w:rPr>
        <w:t>Maney 24</w:t>
      </w:r>
      <w:r>
        <w:rPr>
          <w:b w:val="0"/>
          <w:i w:val="0"/>
          <w:smallCaps w:val="0"/>
          <w:strike w:val="0"/>
          <w:u w:val="none"/>
        </w:rPr>
        <w:t xml:space="preserve">, </w:t>
      </w:r>
      <w:r>
        <w:rPr>
          <w:b w:val="0"/>
          <w:i w:val="0"/>
          <w:smallCaps w:val="0"/>
          <w:strike w:val="0"/>
          <w:u w:val="none"/>
        </w:rPr>
        <w:t xml:space="preserve">reporter for the Spartanscoop, </w:t>
      </w:r>
      <w:r>
        <w:rPr>
          <w:b w:val="0"/>
          <w:i w:val="0"/>
          <w:smallCaps w:val="0"/>
          <w:strike w:val="0"/>
          <w:u w:val="none"/>
        </w:rPr>
        <w:t>5</w:t>
      </w:r>
      <w:r>
        <w:rPr>
          <w:b w:val="0"/>
          <w:i w:val="0"/>
          <w:smallCaps w:val="0"/>
          <w:strike w:val="0"/>
          <w:u w:val="none"/>
        </w:rPr>
        <w:t>/</w:t>
      </w:r>
      <w:r>
        <w:rPr>
          <w:b w:val="0"/>
          <w:i w:val="0"/>
          <w:smallCaps w:val="0"/>
          <w:strike w:val="0"/>
          <w:u w:val="none"/>
        </w:rPr>
        <w:t>16</w:t>
      </w:r>
      <w:r>
        <w:rPr>
          <w:b w:val="0"/>
          <w:i w:val="0"/>
          <w:smallCaps w:val="0"/>
          <w:strike w:val="0"/>
          <w:u w:val="none"/>
        </w:rPr>
        <w:t>/</w:t>
      </w:r>
      <w:r>
        <w:rPr>
          <w:b w:val="0"/>
          <w:i w:val="0"/>
          <w:smallCaps w:val="0"/>
          <w:strike w:val="0"/>
          <w:u w:val="none"/>
        </w:rPr>
        <w:t>2024, "CHINA’S MASSIVE IP THEFT: THE GREATEST HEIST IN HISTORY</w:t>
      </w:r>
      <w:r>
        <w:rPr>
          <w:b w:val="0"/>
          <w:i w:val="0"/>
          <w:smallCaps w:val="0"/>
          <w:strike w:val="0"/>
          <w:u w:val="none"/>
        </w:rPr>
        <w:t>”</w:t>
      </w:r>
      <w:r>
        <w:rPr>
          <w:b w:val="0"/>
          <w:i w:val="0"/>
          <w:smallCaps w:val="0"/>
          <w:strike w:val="0"/>
          <w:u w:val="none"/>
        </w:rPr>
        <w:t xml:space="preserve">, </w:t>
      </w:r>
      <w:r>
        <w:rPr>
          <w:b w:val="0"/>
          <w:i w:val="0"/>
          <w:smallCaps w:val="0"/>
          <w:strike w:val="0"/>
          <w:u w:val="none"/>
        </w:rPr>
        <w:t>, oj</w:t>
      </w:r>
    </w:p>
    <w:p>
      <w:pPr>
        <w:spacing w:after="60"/>
      </w:pPr>
      <w:r>
        <w:rPr>
          <w:b w:val="0"/>
          <w:i w:val="0"/>
          <w:smallCaps w:val="0"/>
          <w:strike w:val="0"/>
          <w:sz w:val="16"/>
          <w:u w:val="none"/>
        </w:rPr>
        <w:t xml:space="preserve">Over the past few decades, </w:t>
      </w:r>
      <w:r>
        <w:rPr>
          <w:b w:val="0"/>
          <w:i w:val="0"/>
          <w:smallCaps w:val="0"/>
          <w:strike w:val="0"/>
          <w:u w:val="single"/>
        </w:rPr>
        <w:t xml:space="preserve">China has pulled off the greatest </w:t>
      </w:r>
      <w:r>
        <w:rPr>
          <w:b/>
          <w:i w:val="0"/>
          <w:smallCaps w:val="0"/>
          <w:strike w:val="0"/>
          <w:sz w:val="22"/>
          <w:u w:val="single"/>
        </w:rPr>
        <w:t>heist</w:t>
      </w:r>
      <w:r>
        <w:rPr>
          <w:b w:val="0"/>
          <w:i w:val="0"/>
          <w:smallCaps w:val="0"/>
          <w:strike w:val="0"/>
          <w:u w:val="single"/>
        </w:rPr>
        <w:t xml:space="preserve"> ever.</w:t>
      </w:r>
      <w:r>
        <w:rPr>
          <w:b w:val="0"/>
          <w:i w:val="0"/>
          <w:smallCaps w:val="0"/>
          <w:strike w:val="0"/>
          <w:sz w:val="16"/>
          <w:u w:val="none"/>
        </w:rPr>
        <w:t xml:space="preserve"> </w:t>
      </w:r>
      <w:r>
        <w:rPr>
          <w:b w:val="0"/>
          <w:i w:val="0"/>
          <w:smallCaps w:val="0"/>
          <w:strike w:val="0"/>
          <w:u w:val="single"/>
        </w:rPr>
        <w:t xml:space="preserve">More than </w:t>
      </w:r>
      <w:r>
        <w:rPr>
          <w:b/>
          <w:i w:val="0"/>
          <w:smallCaps w:val="0"/>
          <w:strike w:val="0"/>
          <w:sz w:val="22"/>
          <w:u w:val="single"/>
        </w:rPr>
        <w:t>600 billion</w:t>
      </w:r>
      <w:r>
        <w:rPr>
          <w:b w:val="0"/>
          <w:i w:val="0"/>
          <w:smallCaps w:val="0"/>
          <w:strike w:val="0"/>
          <w:u w:val="single"/>
        </w:rPr>
        <w:t xml:space="preserve"> dollars every year is </w:t>
      </w:r>
      <w:r>
        <w:rPr>
          <w:b/>
          <w:i w:val="0"/>
          <w:smallCaps w:val="0"/>
          <w:strike w:val="0"/>
          <w:sz w:val="22"/>
          <w:u w:val="single"/>
        </w:rPr>
        <w:t>stolen</w:t>
      </w:r>
      <w:r>
        <w:rPr>
          <w:b w:val="0"/>
          <w:i w:val="0"/>
          <w:smallCaps w:val="0"/>
          <w:strike w:val="0"/>
          <w:sz w:val="16"/>
          <w:u w:val="none"/>
        </w:rPr>
        <w:t xml:space="preserve"> from right under the noses of Americans, </w:t>
      </w:r>
      <w:r>
        <w:rPr>
          <w:b w:val="0"/>
          <w:i w:val="0"/>
          <w:smallCaps w:val="0"/>
          <w:strike w:val="0"/>
          <w:u w:val="single"/>
        </w:rPr>
        <w:t xml:space="preserve">but the government is </w:t>
      </w:r>
      <w:r>
        <w:rPr>
          <w:b/>
          <w:i w:val="0"/>
          <w:smallCaps w:val="0"/>
          <w:strike w:val="0"/>
          <w:sz w:val="22"/>
          <w:u w:val="single"/>
        </w:rPr>
        <w:t>unable</w:t>
      </w:r>
      <w:r>
        <w:rPr>
          <w:b w:val="0"/>
          <w:i w:val="0"/>
          <w:smallCaps w:val="0"/>
          <w:strike w:val="0"/>
          <w:u w:val="single"/>
        </w:rPr>
        <w:t xml:space="preserve"> to do anything</w:t>
      </w:r>
      <w:r>
        <w:rPr>
          <w:b w:val="0"/>
          <w:i w:val="0"/>
          <w:smallCaps w:val="0"/>
          <w:strike w:val="0"/>
          <w:sz w:val="16"/>
          <w:u w:val="none"/>
        </w:rPr>
        <w:t xml:space="preserve"> about it. China has been prospering, but Americans have been suffering, having their ingenuity turned against them. The problem is this: U.S. trademarks, copyrights, and patents have no authority over the Chinese government or businesses.</w:t>
      </w:r>
    </w:p>
    <w:p>
      <w:pPr>
        <w:spacing w:after="60"/>
      </w:pPr>
      <w:r>
        <w:rPr>
          <w:b w:val="0"/>
          <w:i w:val="0"/>
          <w:smallCaps w:val="0"/>
          <w:strike w:val="0"/>
          <w:sz w:val="16"/>
          <w:u w:val="none"/>
        </w:rPr>
        <w:t xml:space="preserve">Nothing can stop China from taking any intellectual property (IP) you have. Your writing, music, inventions, or anything you create is protected domestically, but there is no legal action the U.S. government can take against sovereign nations regarding IP. </w:t>
      </w:r>
    </w:p>
    <w:p>
      <w:pPr>
        <w:spacing w:after="60"/>
      </w:pPr>
      <w:r>
        <w:rPr>
          <w:b w:val="0"/>
          <w:i w:val="0"/>
          <w:smallCaps w:val="0"/>
          <w:strike w:val="0"/>
          <w:sz w:val="16"/>
          <w:u w:val="none"/>
        </w:rPr>
        <w:t>Because there are no ramifications for the theft, China is open about taking advantage of Americans. According to the House Foreign Affairs Committee, “</w:t>
      </w:r>
      <w:r>
        <w:rPr>
          <w:b w:val="0"/>
          <w:i w:val="0"/>
          <w:smallCaps w:val="0"/>
          <w:strike w:val="0"/>
          <w:u w:val="single"/>
        </w:rPr>
        <w:t xml:space="preserve">China leverages its entire </w:t>
      </w:r>
      <w:r>
        <w:rPr>
          <w:b/>
          <w:i w:val="0"/>
          <w:smallCaps w:val="0"/>
          <w:strike w:val="0"/>
          <w:sz w:val="22"/>
          <w:u w:val="single"/>
        </w:rPr>
        <w:t>legal and regulatory system</w:t>
      </w:r>
      <w:r>
        <w:rPr>
          <w:b w:val="0"/>
          <w:i w:val="0"/>
          <w:smallCaps w:val="0"/>
          <w:strike w:val="0"/>
          <w:u w:val="single"/>
        </w:rPr>
        <w:t xml:space="preserve"> to</w:t>
      </w:r>
      <w:r>
        <w:rPr>
          <w:b w:val="0"/>
          <w:i w:val="0"/>
          <w:smallCaps w:val="0"/>
          <w:strike w:val="0"/>
          <w:sz w:val="16"/>
          <w:u w:val="none"/>
        </w:rPr>
        <w:t xml:space="preserve"> coerce technology transfer or </w:t>
      </w:r>
      <w:r>
        <w:rPr>
          <w:b/>
          <w:i w:val="0"/>
          <w:smallCaps w:val="0"/>
          <w:strike w:val="0"/>
          <w:sz w:val="22"/>
          <w:u w:val="single"/>
        </w:rPr>
        <w:t>steal IP</w:t>
      </w:r>
      <w:r>
        <w:rPr>
          <w:b w:val="0"/>
          <w:i w:val="0"/>
          <w:smallCaps w:val="0"/>
          <w:strike w:val="0"/>
          <w:sz w:val="16"/>
          <w:u w:val="none"/>
        </w:rPr>
        <w:t xml:space="preserve">” (House.gov). China has laws that restrict foreign participation in every sector of their economy. When a company wants to do business in China, China requires “them to instead form joint ventures with Chinese companies before they can gain market access” (FBI). </w:t>
      </w:r>
    </w:p>
    <w:p>
      <w:pPr>
        <w:spacing w:after="60"/>
      </w:pPr>
      <w:r>
        <w:rPr>
          <w:b w:val="0"/>
          <w:i w:val="0"/>
          <w:smallCaps w:val="0"/>
          <w:strike w:val="0"/>
          <w:u w:val="single"/>
        </w:rPr>
        <w:t xml:space="preserve">China dedicates </w:t>
      </w:r>
      <w:r>
        <w:rPr>
          <w:b/>
          <w:i w:val="0"/>
          <w:smallCaps w:val="0"/>
          <w:strike w:val="0"/>
          <w:sz w:val="22"/>
          <w:u w:val="single"/>
        </w:rPr>
        <w:t>time and resources</w:t>
      </w:r>
      <w:r>
        <w:rPr>
          <w:b w:val="0"/>
          <w:i w:val="0"/>
          <w:smallCaps w:val="0"/>
          <w:strike w:val="0"/>
          <w:u w:val="single"/>
        </w:rPr>
        <w:t xml:space="preserve"> to stealing IP</w:t>
      </w:r>
      <w:r>
        <w:rPr>
          <w:b w:val="0"/>
          <w:i w:val="0"/>
          <w:smallCaps w:val="0"/>
          <w:strike w:val="0"/>
          <w:sz w:val="16"/>
          <w:u w:val="none"/>
        </w:rPr>
        <w:t xml:space="preserve"> from Americans, but what’s in it for them? After stealing IP </w:t>
      </w:r>
      <w:r>
        <w:rPr>
          <w:b w:val="0"/>
          <w:i w:val="0"/>
          <w:smallCaps w:val="0"/>
          <w:strike w:val="0"/>
          <w:u w:val="single"/>
        </w:rPr>
        <w:t xml:space="preserve">they can </w:t>
      </w:r>
      <w:r>
        <w:rPr>
          <w:b w:val="0"/>
          <w:i w:val="0"/>
          <w:smallCaps w:val="0"/>
          <w:strike w:val="0"/>
          <w:u w:val="single"/>
        </w:rPr>
        <w:t xml:space="preserve">then </w:t>
      </w:r>
      <w:r>
        <w:rPr>
          <w:b/>
          <w:i w:val="0"/>
          <w:smallCaps w:val="0"/>
          <w:strike w:val="0"/>
          <w:sz w:val="22"/>
          <w:u w:val="single"/>
        </w:rPr>
        <w:t>sell</w:t>
      </w:r>
      <w:r>
        <w:rPr>
          <w:b w:val="0"/>
          <w:i w:val="0"/>
          <w:smallCaps w:val="0"/>
          <w:strike w:val="0"/>
          <w:u w:val="single"/>
        </w:rPr>
        <w:t xml:space="preserve"> American</w:t>
      </w:r>
      <w:r>
        <w:rPr>
          <w:b w:val="0"/>
          <w:i w:val="0"/>
          <w:smallCaps w:val="0"/>
          <w:strike w:val="0"/>
          <w:u w:val="single"/>
        </w:rPr>
        <w:t xml:space="preserve"> products/inventions/art</w:t>
      </w:r>
      <w:r>
        <w:rPr>
          <w:b w:val="0"/>
          <w:i w:val="0"/>
          <w:smallCaps w:val="0"/>
          <w:strike w:val="0"/>
          <w:sz w:val="16"/>
          <w:u w:val="none"/>
        </w:rPr>
        <w:t xml:space="preserve"> to other countries throughout the world. Right now, </w:t>
      </w:r>
      <w:r>
        <w:rPr>
          <w:b w:val="0"/>
          <w:i w:val="0"/>
          <w:smallCaps w:val="0"/>
          <w:strike w:val="0"/>
          <w:u w:val="single"/>
        </w:rPr>
        <w:t xml:space="preserve">China is trying to avoid the </w:t>
      </w:r>
      <w:r>
        <w:rPr>
          <w:b/>
          <w:i w:val="0"/>
          <w:smallCaps w:val="0"/>
          <w:strike w:val="0"/>
          <w:sz w:val="22"/>
          <w:u w:val="single"/>
        </w:rPr>
        <w:t>repercussions</w:t>
      </w:r>
      <w:r>
        <w:rPr>
          <w:b w:val="0"/>
          <w:i w:val="0"/>
          <w:smallCaps w:val="0"/>
          <w:strike w:val="0"/>
          <w:u w:val="single"/>
        </w:rPr>
        <w:t xml:space="preserve"> of </w:t>
      </w:r>
      <w:r>
        <w:rPr>
          <w:b/>
          <w:i w:val="0"/>
          <w:smallCaps w:val="0"/>
          <w:strike w:val="0"/>
          <w:sz w:val="22"/>
          <w:u w:val="single"/>
        </w:rPr>
        <w:t>heavy investment</w:t>
      </w:r>
      <w:r>
        <w:rPr>
          <w:b w:val="0"/>
          <w:i w:val="0"/>
          <w:smallCaps w:val="0"/>
          <w:strike w:val="0"/>
          <w:u w:val="single"/>
        </w:rPr>
        <w:t xml:space="preserve"> in infrastructure and real estate</w:t>
      </w:r>
      <w:r>
        <w:rPr>
          <w:b w:val="0"/>
          <w:i w:val="0"/>
          <w:smallCaps w:val="0"/>
          <w:strike w:val="0"/>
          <w:sz w:val="16"/>
          <w:u w:val="none"/>
        </w:rPr>
        <w:t xml:space="preserve"> (WSJ). </w:t>
      </w:r>
      <w:r>
        <w:rPr>
          <w:b w:val="0"/>
          <w:i w:val="0"/>
          <w:smallCaps w:val="0"/>
          <w:strike w:val="0"/>
          <w:u w:val="single"/>
        </w:rPr>
        <w:t xml:space="preserve">Their current economic model is </w:t>
      </w:r>
      <w:r>
        <w:rPr>
          <w:b/>
          <w:i w:val="0"/>
          <w:smallCaps w:val="0"/>
          <w:strike w:val="0"/>
          <w:sz w:val="22"/>
          <w:u w:val="single"/>
        </w:rPr>
        <w:t>crumbling</w:t>
      </w:r>
      <w:r>
        <w:rPr>
          <w:b w:val="0"/>
          <w:i w:val="0"/>
          <w:smallCaps w:val="0"/>
          <w:strike w:val="0"/>
          <w:u w:val="single"/>
        </w:rPr>
        <w:t xml:space="preserve"> and they need a </w:t>
      </w:r>
      <w:r>
        <w:rPr>
          <w:b/>
          <w:i w:val="0"/>
          <w:smallCaps w:val="0"/>
          <w:strike w:val="0"/>
          <w:sz w:val="22"/>
          <w:u w:val="single"/>
        </w:rPr>
        <w:t>stimulant</w:t>
      </w:r>
      <w:r>
        <w:rPr>
          <w:b w:val="0"/>
          <w:i w:val="0"/>
          <w:smallCaps w:val="0"/>
          <w:strike w:val="0"/>
          <w:u w:val="single"/>
        </w:rPr>
        <w:t xml:space="preserve"> to revive and rebuild it. </w:t>
      </w:r>
    </w:p>
    <w:p>
      <w:pPr>
        <w:spacing w:after="60"/>
      </w:pPr>
      <w:r>
        <w:rPr>
          <w:b w:val="0"/>
          <w:i w:val="0"/>
          <w:smallCaps w:val="0"/>
          <w:strike w:val="0"/>
          <w:u w:val="single"/>
        </w:rPr>
        <w:t>China</w:t>
      </w:r>
      <w:r>
        <w:rPr>
          <w:b w:val="0"/>
          <w:i w:val="0"/>
          <w:smallCaps w:val="0"/>
          <w:strike w:val="0"/>
          <w:sz w:val="16"/>
          <w:u w:val="none"/>
        </w:rPr>
        <w:t xml:space="preserve"> still </w:t>
      </w:r>
      <w:r>
        <w:rPr>
          <w:b w:val="0"/>
          <w:i w:val="0"/>
          <w:smallCaps w:val="0"/>
          <w:strike w:val="0"/>
          <w:u w:val="single"/>
        </w:rPr>
        <w:t>wants to become a “</w:t>
      </w:r>
      <w:r>
        <w:rPr>
          <w:b/>
          <w:i w:val="0"/>
          <w:smallCaps w:val="0"/>
          <w:strike w:val="0"/>
          <w:sz w:val="22"/>
          <w:u w:val="single"/>
        </w:rPr>
        <w:t>comprehensive national power</w:t>
      </w:r>
      <w:r>
        <w:rPr>
          <w:b w:val="0"/>
          <w:i w:val="0"/>
          <w:smallCaps w:val="0"/>
          <w:strike w:val="0"/>
          <w:u w:val="single"/>
        </w:rPr>
        <w:t>”</w:t>
      </w:r>
      <w:r>
        <w:rPr>
          <w:b w:val="0"/>
          <w:i w:val="0"/>
          <w:smallCaps w:val="0"/>
          <w:strike w:val="0"/>
          <w:sz w:val="16"/>
          <w:u w:val="none"/>
        </w:rPr>
        <w:t xml:space="preserve"> (FBI) </w:t>
      </w:r>
      <w:r>
        <w:rPr>
          <w:b w:val="0"/>
          <w:i w:val="0"/>
          <w:smallCaps w:val="0"/>
          <w:strike w:val="0"/>
          <w:u w:val="single"/>
        </w:rPr>
        <w:t>through its economy</w:t>
      </w:r>
      <w:r>
        <w:rPr>
          <w:b w:val="0"/>
          <w:i w:val="0"/>
          <w:smallCaps w:val="0"/>
          <w:strike w:val="0"/>
          <w:sz w:val="16"/>
          <w:u w:val="none"/>
        </w:rPr>
        <w:t xml:space="preserve">. </w:t>
      </w:r>
      <w:r>
        <w:rPr>
          <w:b w:val="0"/>
          <w:i w:val="0"/>
          <w:smallCaps w:val="0"/>
          <w:strike w:val="0"/>
          <w:u w:val="single"/>
        </w:rPr>
        <w:t xml:space="preserve">What they have discovered is that one of the </w:t>
      </w:r>
      <w:r>
        <w:rPr>
          <w:b/>
          <w:i w:val="0"/>
          <w:smallCaps w:val="0"/>
          <w:strike w:val="0"/>
          <w:sz w:val="22"/>
          <w:u w:val="single"/>
        </w:rPr>
        <w:t>best boosts</w:t>
      </w:r>
      <w:r>
        <w:rPr>
          <w:b w:val="0"/>
          <w:i w:val="0"/>
          <w:smallCaps w:val="0"/>
          <w:strike w:val="0"/>
          <w:u w:val="single"/>
        </w:rPr>
        <w:t xml:space="preserve"> in innovation is </w:t>
      </w:r>
      <w:r>
        <w:rPr>
          <w:b/>
          <w:i w:val="0"/>
          <w:smallCaps w:val="0"/>
          <w:strike w:val="0"/>
          <w:sz w:val="22"/>
          <w:u w:val="single"/>
        </w:rPr>
        <w:t>other countries’</w:t>
      </w:r>
      <w:r>
        <w:rPr>
          <w:b w:val="0"/>
          <w:i w:val="0"/>
          <w:smallCaps w:val="0"/>
          <w:strike w:val="0"/>
          <w:u w:val="single"/>
        </w:rPr>
        <w:t xml:space="preserve"> innovations</w:t>
      </w:r>
      <w:r>
        <w:rPr>
          <w:b w:val="0"/>
          <w:i w:val="0"/>
          <w:smallCaps w:val="0"/>
          <w:strike w:val="0"/>
          <w:sz w:val="16"/>
          <w:u w:val="none"/>
        </w:rPr>
        <w:t xml:space="preserve">. </w:t>
      </w:r>
      <w:r>
        <w:rPr>
          <w:b w:val="0"/>
          <w:i w:val="0"/>
          <w:smallCaps w:val="0"/>
          <w:strike w:val="0"/>
          <w:u w:val="single"/>
        </w:rPr>
        <w:t>For China, “the theft of</w:t>
      </w:r>
      <w:r>
        <w:rPr>
          <w:b w:val="0"/>
          <w:i w:val="0"/>
          <w:smallCaps w:val="0"/>
          <w:strike w:val="0"/>
          <w:sz w:val="16"/>
          <w:u w:val="none"/>
        </w:rPr>
        <w:t xml:space="preserve"> up to </w:t>
      </w:r>
      <w:r>
        <w:rPr>
          <w:b w:val="0"/>
          <w:i w:val="0"/>
          <w:smallCaps w:val="0"/>
          <w:strike w:val="0"/>
          <w:u w:val="single"/>
        </w:rPr>
        <w:t xml:space="preserve">$600 billion per year of U.S. IP is </w:t>
      </w:r>
      <w:r>
        <w:rPr>
          <w:b/>
          <w:i w:val="0"/>
          <w:smallCaps w:val="0"/>
          <w:strike w:val="0"/>
          <w:sz w:val="22"/>
          <w:u w:val="single"/>
        </w:rPr>
        <w:t>central</w:t>
      </w:r>
      <w:r>
        <w:rPr>
          <w:b w:val="0"/>
          <w:i w:val="0"/>
          <w:smallCaps w:val="0"/>
          <w:strike w:val="0"/>
          <w:u w:val="single"/>
        </w:rPr>
        <w:t xml:space="preserve"> to the </w:t>
      </w:r>
      <w:r>
        <w:rPr>
          <w:b/>
          <w:i w:val="0"/>
          <w:smallCaps w:val="0"/>
          <w:strike w:val="0"/>
          <w:sz w:val="22"/>
          <w:u w:val="single"/>
        </w:rPr>
        <w:t>C</w:t>
      </w:r>
      <w:r>
        <w:rPr>
          <w:b w:val="0"/>
          <w:i w:val="0"/>
          <w:smallCaps w:val="0"/>
          <w:strike w:val="0"/>
          <w:u w:val="single"/>
        </w:rPr>
        <w:t xml:space="preserve">hinese </w:t>
      </w:r>
      <w:r>
        <w:rPr>
          <w:b/>
          <w:i w:val="0"/>
          <w:smallCaps w:val="0"/>
          <w:strike w:val="0"/>
          <w:sz w:val="22"/>
          <w:u w:val="single"/>
        </w:rPr>
        <w:t>C</w:t>
      </w:r>
      <w:r>
        <w:rPr>
          <w:b w:val="0"/>
          <w:i w:val="0"/>
          <w:smallCaps w:val="0"/>
          <w:strike w:val="0"/>
          <w:u w:val="single"/>
        </w:rPr>
        <w:t xml:space="preserve">ommunist </w:t>
      </w:r>
      <w:r>
        <w:rPr>
          <w:b/>
          <w:i w:val="0"/>
          <w:smallCaps w:val="0"/>
          <w:strike w:val="0"/>
          <w:sz w:val="22"/>
          <w:u w:val="single"/>
        </w:rPr>
        <w:t>P</w:t>
      </w:r>
      <w:r>
        <w:rPr>
          <w:b w:val="0"/>
          <w:i w:val="0"/>
          <w:smallCaps w:val="0"/>
          <w:strike w:val="0"/>
          <w:u w:val="single"/>
        </w:rPr>
        <w:t>arty’s ‘</w:t>
      </w:r>
      <w:r>
        <w:rPr>
          <w:b/>
          <w:i w:val="0"/>
          <w:smallCaps w:val="0"/>
          <w:strike w:val="0"/>
          <w:sz w:val="22"/>
          <w:u w:val="single"/>
        </w:rPr>
        <w:t>generational fight</w:t>
      </w:r>
      <w:r>
        <w:rPr>
          <w:b w:val="0"/>
          <w:i w:val="0"/>
          <w:smallCaps w:val="0"/>
          <w:strike w:val="0"/>
          <w:u w:val="single"/>
        </w:rPr>
        <w:t xml:space="preserve"> to surpass</w:t>
      </w:r>
      <w:r>
        <w:rPr>
          <w:b w:val="0"/>
          <w:i w:val="0"/>
          <w:smallCaps w:val="0"/>
          <w:strike w:val="0"/>
          <w:sz w:val="16"/>
          <w:u w:val="none"/>
        </w:rPr>
        <w:t xml:space="preserve"> the United States in </w:t>
      </w:r>
      <w:r>
        <w:rPr>
          <w:b w:val="0"/>
          <w:i w:val="0"/>
          <w:smallCaps w:val="0"/>
          <w:strike w:val="0"/>
          <w:u w:val="single"/>
        </w:rPr>
        <w:t>economic</w:t>
      </w:r>
      <w:r>
        <w:rPr>
          <w:b w:val="0"/>
          <w:i w:val="0"/>
          <w:smallCaps w:val="0"/>
          <w:strike w:val="0"/>
          <w:sz w:val="16"/>
          <w:u w:val="none"/>
        </w:rPr>
        <w:t xml:space="preserve"> and technological </w:t>
      </w:r>
      <w:r>
        <w:rPr>
          <w:b w:val="0"/>
          <w:i w:val="0"/>
          <w:smallCaps w:val="0"/>
          <w:strike w:val="0"/>
          <w:u w:val="single"/>
        </w:rPr>
        <w:t>leadership’</w:t>
      </w:r>
      <w:r>
        <w:rPr>
          <w:b w:val="0"/>
          <w:i w:val="0"/>
          <w:smallCaps w:val="0"/>
          <w:strike w:val="0"/>
          <w:sz w:val="16"/>
          <w:u w:val="none"/>
        </w:rPr>
        <w:t xml:space="preserve">” (Columbia Business Law Review). </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