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Continued expansion of the </w:t>
      </w:r>
      <w:r>
        <w:rPr>
          <w:b/>
          <w:i w:val="0"/>
          <w:smallCaps w:val="0"/>
          <w:strike w:val="0"/>
          <w:sz w:val="26"/>
          <w:u w:val="single"/>
        </w:rPr>
        <w:t>technosphere</w:t>
      </w:r>
      <w:r>
        <w:rPr>
          <w:b/>
          <w:i w:val="0"/>
          <w:smallCaps w:val="0"/>
          <w:strike w:val="0"/>
          <w:sz w:val="26"/>
          <w:u w:val="none"/>
        </w:rPr>
        <w:t xml:space="preserve"> guarantees </w:t>
      </w:r>
      <w:r>
        <w:rPr>
          <w:b/>
          <w:i w:val="0"/>
          <w:smallCaps w:val="0"/>
          <w:strike w:val="0"/>
          <w:sz w:val="26"/>
          <w:u w:val="single"/>
        </w:rPr>
        <w:t>planetary destruction</w:t>
      </w:r>
      <w:r>
        <w:rPr>
          <w:b/>
          <w:i w:val="0"/>
          <w:smallCaps w:val="0"/>
          <w:strike w:val="0"/>
          <w:sz w:val="26"/>
          <w:u w:val="none"/>
        </w:rPr>
        <w:t xml:space="preserve"> and </w:t>
      </w:r>
      <w:r>
        <w:rPr>
          <w:b/>
          <w:i w:val="0"/>
          <w:smallCaps w:val="0"/>
          <w:strike w:val="0"/>
          <w:sz w:val="26"/>
          <w:u w:val="single"/>
        </w:rPr>
        <w:t>extinction</w:t>
      </w:r>
      <w:r>
        <w:rPr>
          <w:b/>
          <w:i w:val="0"/>
          <w:smallCaps w:val="0"/>
          <w:strike w:val="0"/>
          <w:sz w:val="26"/>
          <w:u w:val="none"/>
        </w:rPr>
        <w:t xml:space="preserve">---any defense of the current system </w:t>
      </w:r>
      <w:r>
        <w:rPr>
          <w:b/>
          <w:i w:val="0"/>
          <w:smallCaps w:val="0"/>
          <w:strike w:val="0"/>
          <w:sz w:val="26"/>
          <w:u w:val="single"/>
        </w:rPr>
        <w:t>cannot account</w:t>
      </w:r>
      <w:r>
        <w:rPr>
          <w:b/>
          <w:i w:val="0"/>
          <w:smallCaps w:val="0"/>
          <w:strike w:val="0"/>
          <w:sz w:val="26"/>
          <w:u w:val="none"/>
        </w:rPr>
        <w:t xml:space="preserve"> for the </w:t>
      </w:r>
      <w:r>
        <w:rPr>
          <w:b/>
          <w:i w:val="0"/>
          <w:smallCaps w:val="0"/>
          <w:strike w:val="0"/>
          <w:sz w:val="26"/>
          <w:u w:val="single"/>
        </w:rPr>
        <w:t>computational takeover</w:t>
      </w:r>
      <w:r>
        <w:rPr>
          <w:b/>
          <w:i w:val="0"/>
          <w:smallCaps w:val="0"/>
          <w:strike w:val="0"/>
          <w:sz w:val="26"/>
          <w:u w:val="none"/>
        </w:rPr>
        <w:t xml:space="preserve"> of </w:t>
      </w:r>
      <w:r>
        <w:rPr>
          <w:b/>
          <w:i w:val="0"/>
          <w:smallCaps w:val="0"/>
          <w:strike w:val="0"/>
          <w:sz w:val="26"/>
          <w:u w:val="single"/>
        </w:rPr>
        <w:t>every sphere</w:t>
      </w:r>
      <w:r>
        <w:rPr>
          <w:b/>
          <w:i w:val="0"/>
          <w:smallCaps w:val="0"/>
          <w:strike w:val="0"/>
          <w:sz w:val="26"/>
          <w:u w:val="none"/>
        </w:rPr>
        <w:t xml:space="preserve"> of life</w:t>
      </w:r>
    </w:p>
    <w:p>
      <w:pPr>
        <w:spacing w:after="80"/>
      </w:pPr>
      <w:r>
        <w:rPr>
          <w:b/>
          <w:i w:val="0"/>
          <w:smallCaps w:val="0"/>
          <w:strike w:val="0"/>
          <w:sz w:val="26"/>
          <w:u w:val="none"/>
        </w:rPr>
        <w:t xml:space="preserve">Achille </w:t>
      </w:r>
      <w:r>
        <w:rPr>
          <w:b/>
          <w:i w:val="0"/>
          <w:smallCaps w:val="0"/>
          <w:strike w:val="0"/>
          <w:sz w:val="26"/>
          <w:u w:val="none"/>
        </w:rPr>
        <w:t xml:space="preserve">Mbembe </w:t>
      </w:r>
      <w:r>
        <w:rPr>
          <w:b/>
          <w:i w:val="0"/>
          <w:smallCaps w:val="0"/>
          <w:strike w:val="0"/>
          <w:sz w:val="26"/>
          <w:u w:val="none"/>
        </w:rPr>
        <w:t>’</w:t>
      </w:r>
      <w:r>
        <w:rPr>
          <w:b/>
          <w:i w:val="0"/>
          <w:smallCaps w:val="0"/>
          <w:strike w:val="0"/>
          <w:sz w:val="26"/>
          <w:u w:val="none"/>
        </w:rPr>
        <w:t>21</w:t>
      </w:r>
      <w:r>
        <w:rPr>
          <w:b w:val="0"/>
          <w:i w:val="0"/>
          <w:smallCaps w:val="0"/>
          <w:strike w:val="0"/>
          <w:u w:val="none"/>
        </w:rPr>
        <w:t xml:space="preserve">, Research professor in history and politics at the Wits Institute for Social and Economic Research, Futures of Life and Futures of Reason in </w:t>
      </w:r>
      <w:r>
        <w:rPr>
          <w:b w:val="0"/>
          <w:i/>
          <w:smallCaps w:val="0"/>
          <w:strike w:val="0"/>
          <w:u w:val="none"/>
        </w:rPr>
        <w:t>Public Culture</w:t>
      </w:r>
      <w:r>
        <w:rPr>
          <w:b w:val="0"/>
          <w:i w:val="0"/>
          <w:smallCaps w:val="0"/>
          <w:strike w:val="0"/>
          <w:u w:val="none"/>
        </w:rPr>
        <w:t xml:space="preserve"> vol. 33 p. 11–33, dml</w:t>
      </w:r>
    </w:p>
    <w:p>
      <w:pPr>
        <w:spacing w:after="60"/>
      </w:pPr>
      <w:r>
        <w:rPr>
          <w:b w:val="0"/>
          <w:i w:val="0"/>
          <w:smallCaps w:val="0"/>
          <w:strike w:val="0"/>
          <w:sz w:val="16"/>
          <w:u w:val="none"/>
        </w:rPr>
        <w:t xml:space="preserve">Whatever the case, </w:t>
      </w:r>
      <w:r>
        <w:rPr>
          <w:b w:val="0"/>
          <w:i w:val="0"/>
          <w:smallCaps w:val="0"/>
          <w:strike w:val="0"/>
          <w:sz w:val="22"/>
          <w:u w:val="single"/>
        </w:rPr>
        <w:t xml:space="preserve">capital and markets must now be understood as </w:t>
      </w:r>
      <w:r>
        <w:rPr>
          <w:b/>
          <w:i w:val="0"/>
          <w:smallCaps w:val="0"/>
          <w:strike w:val="0"/>
          <w:sz w:val="22"/>
          <w:u w:val="single"/>
        </w:rPr>
        <w:t>magnetic fields</w:t>
      </w:r>
      <w:r>
        <w:rPr>
          <w:b w:val="0"/>
          <w:i w:val="0"/>
          <w:smallCaps w:val="0"/>
          <w:strike w:val="0"/>
          <w:sz w:val="22"/>
          <w:u w:val="single"/>
        </w:rPr>
        <w:t xml:space="preserve"> as well as </w:t>
      </w:r>
      <w:r>
        <w:rPr>
          <w:b/>
          <w:i w:val="0"/>
          <w:smallCaps w:val="0"/>
          <w:strike w:val="0"/>
          <w:sz w:val="22"/>
          <w:u w:val="single"/>
        </w:rPr>
        <w:t>key determinants</w:t>
      </w:r>
      <w:r>
        <w:rPr>
          <w:b w:val="0"/>
          <w:i w:val="0"/>
          <w:smallCaps w:val="0"/>
          <w:strike w:val="0"/>
          <w:sz w:val="22"/>
          <w:u w:val="single"/>
        </w:rPr>
        <w:t xml:space="preserve"> of the climate system on earth</w:t>
      </w:r>
      <w:r>
        <w:rPr>
          <w:b w:val="0"/>
          <w:i w:val="0"/>
          <w:smallCaps w:val="0"/>
          <w:strike w:val="0"/>
          <w:sz w:val="16"/>
          <w:u w:val="none"/>
        </w:rPr>
        <w:t xml:space="preserve">. Furthermore, </w:t>
      </w:r>
      <w:r>
        <w:rPr>
          <w:b w:val="0"/>
          <w:i w:val="0"/>
          <w:smallCaps w:val="0"/>
          <w:strike w:val="0"/>
          <w:sz w:val="22"/>
          <w:u w:val="single"/>
        </w:rPr>
        <w:t xml:space="preserve">whether the old distinction between the </w:t>
      </w:r>
      <w:r>
        <w:rPr>
          <w:b/>
          <w:i w:val="0"/>
          <w:smallCaps w:val="0"/>
          <w:strike w:val="0"/>
          <w:sz w:val="22"/>
          <w:u w:val="single"/>
        </w:rPr>
        <w:t>economic power</w:t>
      </w:r>
      <w:r>
        <w:rPr>
          <w:b w:val="0"/>
          <w:i w:val="0"/>
          <w:smallCaps w:val="0"/>
          <w:strike w:val="0"/>
          <w:sz w:val="22"/>
          <w:u w:val="single"/>
        </w:rPr>
        <w:t xml:space="preserve"> of corporations and the </w:t>
      </w:r>
      <w:r>
        <w:rPr>
          <w:b/>
          <w:i w:val="0"/>
          <w:smallCaps w:val="0"/>
          <w:strike w:val="0"/>
          <w:sz w:val="22"/>
          <w:u w:val="single"/>
        </w:rPr>
        <w:t>political sovereignty</w:t>
      </w:r>
      <w:r>
        <w:rPr>
          <w:b w:val="0"/>
          <w:i w:val="0"/>
          <w:smallCaps w:val="0"/>
          <w:strike w:val="0"/>
          <w:sz w:val="22"/>
          <w:u w:val="single"/>
        </w:rPr>
        <w:t xml:space="preserve"> of states still holds is </w:t>
      </w:r>
      <w:r>
        <w:rPr>
          <w:b/>
          <w:i w:val="0"/>
          <w:smallCaps w:val="0"/>
          <w:strike w:val="0"/>
          <w:sz w:val="22"/>
          <w:u w:val="single"/>
        </w:rPr>
        <w:t>more</w:t>
      </w:r>
      <w:r>
        <w:rPr>
          <w:b w:val="0"/>
          <w:i w:val="0"/>
          <w:smallCaps w:val="0"/>
          <w:strike w:val="0"/>
          <w:sz w:val="22"/>
          <w:u w:val="single"/>
        </w:rPr>
        <w:t xml:space="preserve"> and </w:t>
      </w:r>
      <w:r>
        <w:rPr>
          <w:b/>
          <w:i w:val="0"/>
          <w:smallCaps w:val="0"/>
          <w:strike w:val="0"/>
          <w:sz w:val="22"/>
          <w:u w:val="single"/>
        </w:rPr>
        <w:t>more open</w:t>
      </w:r>
      <w:r>
        <w:rPr>
          <w:b w:val="0"/>
          <w:i w:val="0"/>
          <w:smallCaps w:val="0"/>
          <w:strike w:val="0"/>
          <w:sz w:val="22"/>
          <w:u w:val="single"/>
        </w:rPr>
        <w:t xml:space="preserve"> to debate</w:t>
      </w:r>
      <w:r>
        <w:rPr>
          <w:b w:val="0"/>
          <w:i w:val="0"/>
          <w:smallCaps w:val="0"/>
          <w:strike w:val="0"/>
          <w:sz w:val="16"/>
          <w:u w:val="none"/>
        </w:rPr>
        <w:t xml:space="preserve"> (Barkan 2013). </w:t>
      </w:r>
      <w:r>
        <w:rPr>
          <w:b w:val="0"/>
          <w:i w:val="0"/>
          <w:smallCaps w:val="0"/>
          <w:strike w:val="0"/>
          <w:sz w:val="22"/>
          <w:u w:val="single"/>
        </w:rPr>
        <w:t xml:space="preserve">Most global corporations aspire to </w:t>
      </w:r>
      <w:r>
        <w:rPr>
          <w:b/>
          <w:i w:val="0"/>
          <w:smallCaps w:val="0"/>
          <w:strike w:val="0"/>
          <w:sz w:val="22"/>
          <w:u w:val="single"/>
        </w:rPr>
        <w:t>secede</w:t>
      </w:r>
      <w:r>
        <w:rPr>
          <w:b w:val="0"/>
          <w:i w:val="0"/>
          <w:smallCaps w:val="0"/>
          <w:strike w:val="0"/>
          <w:sz w:val="22"/>
          <w:u w:val="single"/>
        </w:rPr>
        <w:t xml:space="preserve"> from everybody else while exercising </w:t>
      </w:r>
      <w:r>
        <w:rPr>
          <w:b/>
          <w:i w:val="0"/>
          <w:smallCaps w:val="0"/>
          <w:strike w:val="0"/>
          <w:sz w:val="22"/>
          <w:u w:val="single"/>
        </w:rPr>
        <w:t>surveillance</w:t>
      </w:r>
      <w:r>
        <w:rPr>
          <w:b w:val="0"/>
          <w:i w:val="0"/>
          <w:smallCaps w:val="0"/>
          <w:strike w:val="0"/>
          <w:sz w:val="22"/>
          <w:u w:val="single"/>
        </w:rPr>
        <w:t xml:space="preserve"> on everybody else</w:t>
      </w:r>
      <w:r>
        <w:rPr>
          <w:b w:val="0"/>
          <w:i w:val="0"/>
          <w:smallCaps w:val="0"/>
          <w:strike w:val="0"/>
          <w:sz w:val="16"/>
          <w:u w:val="none"/>
        </w:rPr>
        <w:t xml:space="preserve">. </w:t>
      </w:r>
      <w:r>
        <w:rPr>
          <w:b w:val="0"/>
          <w:i w:val="0"/>
          <w:smallCaps w:val="0"/>
          <w:strike w:val="0"/>
          <w:sz w:val="22"/>
          <w:u w:val="single"/>
        </w:rPr>
        <w:t>Their big dream is to be exempt from taxes and to be free from accountability</w:t>
      </w:r>
      <w:r>
        <w:rPr>
          <w:b w:val="0"/>
          <w:i w:val="0"/>
          <w:smallCaps w:val="0"/>
          <w:strike w:val="0"/>
          <w:sz w:val="16"/>
          <w:u w:val="none"/>
        </w:rPr>
        <w:t xml:space="preserve">; in short, </w:t>
      </w:r>
      <w:r>
        <w:rPr>
          <w:b w:val="0"/>
          <w:i w:val="0"/>
          <w:smallCaps w:val="0"/>
          <w:strike w:val="0"/>
          <w:sz w:val="22"/>
          <w:u w:val="single"/>
        </w:rPr>
        <w:t>to enjoy the</w:t>
      </w:r>
      <w:r>
        <w:rPr>
          <w:b w:val="0"/>
          <w:i w:val="0"/>
          <w:smallCaps w:val="0"/>
          <w:strike w:val="0"/>
          <w:sz w:val="16"/>
          <w:u w:val="none"/>
        </w:rPr>
        <w:t xml:space="preserve"> kind of </w:t>
      </w:r>
      <w:r>
        <w:rPr>
          <w:b/>
          <w:i w:val="0"/>
          <w:smallCaps w:val="0"/>
          <w:strike w:val="0"/>
          <w:sz w:val="22"/>
          <w:u w:val="single"/>
        </w:rPr>
        <w:t>immunity</w:t>
      </w:r>
      <w:r>
        <w:rPr>
          <w:b w:val="0"/>
          <w:i w:val="0"/>
          <w:smallCaps w:val="0"/>
          <w:strike w:val="0"/>
          <w:sz w:val="22"/>
          <w:u w:val="single"/>
        </w:rPr>
        <w:t xml:space="preserve"> and </w:t>
      </w:r>
      <w:r>
        <w:rPr>
          <w:b/>
          <w:i w:val="0"/>
          <w:smallCaps w:val="0"/>
          <w:strike w:val="0"/>
          <w:sz w:val="22"/>
          <w:u w:val="single"/>
        </w:rPr>
        <w:t>state of exceptionality</w:t>
      </w:r>
      <w:r>
        <w:rPr>
          <w:b w:val="0"/>
          <w:i w:val="0"/>
          <w:smallCaps w:val="0"/>
          <w:strike w:val="0"/>
          <w:sz w:val="22"/>
          <w:u w:val="single"/>
        </w:rPr>
        <w:t xml:space="preserve"> we used to recognize </w:t>
      </w:r>
      <w:r>
        <w:rPr>
          <w:b w:val="0"/>
          <w:i w:val="0"/>
          <w:smallCaps w:val="0"/>
          <w:strike w:val="0"/>
          <w:sz w:val="22"/>
          <w:u w:val="single"/>
        </w:rPr>
        <w:t>only in</w:t>
      </w:r>
      <w:r>
        <w:rPr>
          <w:b w:val="0"/>
          <w:i w:val="0"/>
          <w:smallCaps w:val="0"/>
          <w:strike w:val="0"/>
          <w:sz w:val="16"/>
          <w:u w:val="none"/>
        </w:rPr>
        <w:t xml:space="preserve"> truly </w:t>
      </w:r>
      <w:r>
        <w:rPr>
          <w:b/>
          <w:i w:val="0"/>
          <w:smallCaps w:val="0"/>
          <w:strike w:val="0"/>
          <w:sz w:val="22"/>
          <w:u w:val="single"/>
        </w:rPr>
        <w:t>sovereign powers</w:t>
      </w:r>
      <w:r>
        <w:rPr>
          <w:b w:val="0"/>
          <w:i w:val="0"/>
          <w:smallCaps w:val="0"/>
          <w:strike w:val="0"/>
          <w:sz w:val="16"/>
          <w:u w:val="none"/>
        </w:rPr>
        <w:t xml:space="preserve">. In a book about what she terms surveillance capitalism, Shoshana Zuboff (2019) argues that </w:t>
      </w:r>
      <w:r>
        <w:rPr>
          <w:b w:val="0"/>
          <w:i w:val="0"/>
          <w:smallCaps w:val="0"/>
          <w:strike w:val="0"/>
          <w:sz w:val="22"/>
          <w:u w:val="single"/>
        </w:rPr>
        <w:t xml:space="preserve">a </w:t>
      </w:r>
      <w:r>
        <w:rPr>
          <w:b/>
          <w:i w:val="0"/>
          <w:smallCaps w:val="0"/>
          <w:strike w:val="0"/>
          <w:sz w:val="22"/>
          <w:u w:val="single"/>
        </w:rPr>
        <w:t>global architecture of behavior modification</w:t>
      </w:r>
      <w:r>
        <w:rPr>
          <w:b w:val="0"/>
          <w:i w:val="0"/>
          <w:smallCaps w:val="0"/>
          <w:strike w:val="0"/>
          <w:sz w:val="22"/>
          <w:u w:val="single"/>
        </w:rPr>
        <w:t xml:space="preserve"> is underway</w:t>
      </w:r>
      <w:r>
        <w:rPr>
          <w:b w:val="0"/>
          <w:i w:val="0"/>
          <w:smallCaps w:val="0"/>
          <w:strike w:val="0"/>
          <w:sz w:val="16"/>
          <w:u w:val="none"/>
        </w:rPr>
        <w:t xml:space="preserve">. </w:t>
      </w:r>
      <w:r>
        <w:rPr>
          <w:b w:val="0"/>
          <w:i w:val="0"/>
          <w:smallCaps w:val="0"/>
          <w:strike w:val="0"/>
          <w:sz w:val="22"/>
          <w:u w:val="single"/>
        </w:rPr>
        <w:t>Driven by powerful states</w:t>
      </w:r>
      <w:r>
        <w:rPr>
          <w:b w:val="0"/>
          <w:i w:val="0"/>
          <w:smallCaps w:val="0"/>
          <w:strike w:val="0"/>
          <w:sz w:val="16"/>
          <w:u w:val="none"/>
        </w:rPr>
        <w:t xml:space="preserve">, </w:t>
      </w:r>
      <w:r>
        <w:rPr>
          <w:b w:val="0"/>
          <w:i w:val="0"/>
          <w:smallCaps w:val="0"/>
          <w:strike w:val="0"/>
          <w:sz w:val="22"/>
          <w:u w:val="single"/>
        </w:rPr>
        <w:t>high-tech corporations</w:t>
      </w:r>
      <w:r>
        <w:rPr>
          <w:b w:val="0"/>
          <w:i w:val="0"/>
          <w:smallCaps w:val="0"/>
          <w:strike w:val="0"/>
          <w:sz w:val="16"/>
          <w:u w:val="none"/>
        </w:rPr>
        <w:t xml:space="preserve">, </w:t>
      </w:r>
      <w:r>
        <w:rPr>
          <w:b w:val="0"/>
          <w:i w:val="0"/>
          <w:smallCaps w:val="0"/>
          <w:strike w:val="0"/>
          <w:sz w:val="22"/>
          <w:u w:val="single"/>
        </w:rPr>
        <w:t>and military apparatuses</w:t>
      </w:r>
      <w:r>
        <w:rPr>
          <w:b w:val="0"/>
          <w:i w:val="0"/>
          <w:smallCaps w:val="0"/>
          <w:strike w:val="0"/>
          <w:sz w:val="16"/>
          <w:u w:val="none"/>
        </w:rPr>
        <w:t xml:space="preserve">, </w:t>
      </w:r>
      <w:r>
        <w:rPr>
          <w:b w:val="0"/>
          <w:i w:val="0"/>
          <w:smallCaps w:val="0"/>
          <w:strike w:val="0"/>
          <w:sz w:val="22"/>
          <w:u w:val="single"/>
        </w:rPr>
        <w:t xml:space="preserve">surveillance capitalism </w:t>
      </w:r>
      <w:r>
        <w:rPr>
          <w:b/>
          <w:i w:val="0"/>
          <w:smallCaps w:val="0"/>
          <w:strike w:val="0"/>
          <w:sz w:val="22"/>
          <w:u w:val="single"/>
        </w:rPr>
        <w:t>threatens</w:t>
      </w:r>
      <w:r>
        <w:rPr>
          <w:b w:val="0"/>
          <w:i w:val="0"/>
          <w:smallCaps w:val="0"/>
          <w:strike w:val="0"/>
          <w:sz w:val="16"/>
          <w:u w:val="none"/>
        </w:rPr>
        <w:t xml:space="preserve"> what she calls “</w:t>
      </w:r>
      <w:r>
        <w:rPr>
          <w:b/>
          <w:i w:val="0"/>
          <w:smallCaps w:val="0"/>
          <w:strike w:val="0"/>
          <w:sz w:val="22"/>
          <w:u w:val="single"/>
        </w:rPr>
        <w:t>human nature</w:t>
      </w:r>
      <w:r>
        <w:rPr>
          <w:b w:val="0"/>
          <w:i w:val="0"/>
          <w:smallCaps w:val="0"/>
          <w:strike w:val="0"/>
          <w:sz w:val="16"/>
          <w:u w:val="none"/>
        </w:rPr>
        <w:t xml:space="preserve">” in the twenty-first century, just as industrial capitalism disfigured the natural world in the twentieth. She shows the extent to which vast wealth is accumulated in what she terms new “behavioral futures markets,” that is, markets where predictions about our behavior are bought and sold, and the production of goods and services is subordinated to new technologies of behavioral modification. Indeed, </w:t>
      </w:r>
      <w:r>
        <w:rPr>
          <w:b w:val="0"/>
          <w:i w:val="0"/>
          <w:smallCaps w:val="0"/>
          <w:strike w:val="0"/>
          <w:sz w:val="22"/>
          <w:u w:val="single"/>
        </w:rPr>
        <w:t>capital</w:t>
      </w:r>
      <w:r>
        <w:rPr>
          <w:b w:val="0"/>
          <w:i w:val="0"/>
          <w:smallCaps w:val="0"/>
          <w:strike w:val="0"/>
          <w:sz w:val="16"/>
          <w:u w:val="none"/>
        </w:rPr>
        <w:t xml:space="preserve">, especially finance capital, </w:t>
      </w:r>
      <w:r>
        <w:rPr>
          <w:b w:val="0"/>
          <w:i w:val="0"/>
          <w:smallCaps w:val="0"/>
          <w:strike w:val="0"/>
          <w:sz w:val="22"/>
          <w:u w:val="single"/>
        </w:rPr>
        <w:t xml:space="preserve">has become our </w:t>
      </w:r>
      <w:r>
        <w:rPr>
          <w:b/>
          <w:i w:val="0"/>
          <w:smallCaps w:val="0"/>
          <w:strike w:val="0"/>
          <w:sz w:val="22"/>
          <w:u w:val="single"/>
        </w:rPr>
        <w:t>shared infrastructure</w:t>
      </w:r>
      <w:r>
        <w:rPr>
          <w:b w:val="0"/>
          <w:i w:val="0"/>
          <w:smallCaps w:val="0"/>
          <w:strike w:val="0"/>
          <w:sz w:val="16"/>
          <w:u w:val="none"/>
        </w:rPr>
        <w:t xml:space="preserve">, </w:t>
      </w:r>
      <w:r>
        <w:rPr>
          <w:b w:val="0"/>
          <w:i w:val="0"/>
          <w:smallCaps w:val="0"/>
          <w:strike w:val="0"/>
          <w:sz w:val="22"/>
          <w:u w:val="single"/>
        </w:rPr>
        <w:t xml:space="preserve">our </w:t>
      </w:r>
      <w:r>
        <w:rPr>
          <w:b/>
          <w:i w:val="0"/>
          <w:smallCaps w:val="0"/>
          <w:strike w:val="0"/>
          <w:sz w:val="22"/>
          <w:u w:val="single"/>
        </w:rPr>
        <w:t>nervous system</w:t>
      </w:r>
      <w:r>
        <w:rPr>
          <w:b w:val="0"/>
          <w:i w:val="0"/>
          <w:smallCaps w:val="0"/>
          <w:strike w:val="0"/>
          <w:sz w:val="16"/>
          <w:u w:val="none"/>
        </w:rPr>
        <w:t xml:space="preserve">, </w:t>
      </w:r>
      <w:r>
        <w:rPr>
          <w:b w:val="0"/>
          <w:i w:val="0"/>
          <w:smallCaps w:val="0"/>
          <w:strike w:val="0"/>
          <w:sz w:val="22"/>
          <w:u w:val="single"/>
        </w:rPr>
        <w:t xml:space="preserve">the </w:t>
      </w:r>
      <w:r>
        <w:rPr>
          <w:b/>
          <w:i w:val="0"/>
          <w:smallCaps w:val="0"/>
          <w:strike w:val="0"/>
          <w:sz w:val="22"/>
          <w:u w:val="single"/>
        </w:rPr>
        <w:t>transcendental maw</w:t>
      </w:r>
      <w:r>
        <w:rPr>
          <w:b w:val="0"/>
          <w:i w:val="0"/>
          <w:smallCaps w:val="0"/>
          <w:strike w:val="0"/>
          <w:sz w:val="22"/>
          <w:u w:val="single"/>
        </w:rPr>
        <w:t xml:space="preserve"> that</w:t>
      </w:r>
      <w:r>
        <w:rPr>
          <w:b w:val="0"/>
          <w:i w:val="0"/>
          <w:smallCaps w:val="0"/>
          <w:strike w:val="0"/>
          <w:sz w:val="16"/>
          <w:u w:val="none"/>
        </w:rPr>
        <w:t xml:space="preserve"> nowadays </w:t>
      </w:r>
      <w:r>
        <w:rPr>
          <w:b w:val="0"/>
          <w:i w:val="0"/>
          <w:smallCaps w:val="0"/>
          <w:strike w:val="0"/>
          <w:sz w:val="22"/>
          <w:u w:val="single"/>
        </w:rPr>
        <w:t>maps out our world and its psycho-physical limits</w:t>
      </w:r>
      <w:r>
        <w:rPr>
          <w:b w:val="0"/>
          <w:i w:val="0"/>
          <w:smallCaps w:val="0"/>
          <w:strike w:val="0"/>
          <w:sz w:val="16"/>
          <w:u w:val="none"/>
        </w:rPr>
        <w:t xml:space="preserve"> (Zuboff 2019). To the millennial properties Jean and John Comaroff highlighted at the start of this century (Comaroff and Comaroff 2000), capital has now blended the magnetic attributes I have referred to above.</w:t>
      </w:r>
    </w:p>
    <w:p>
      <w:pPr>
        <w:spacing w:after="60"/>
      </w:pPr>
      <w:r>
        <w:rPr>
          <w:b w:val="0"/>
          <w:i w:val="0"/>
          <w:smallCaps w:val="0"/>
          <w:strike w:val="0"/>
          <w:sz w:val="16"/>
          <w:u w:val="none"/>
        </w:rPr>
        <w:t xml:space="preserve">Around us, </w:t>
      </w:r>
      <w:r>
        <w:rPr>
          <w:b w:val="0"/>
          <w:i w:val="0"/>
          <w:smallCaps w:val="0"/>
          <w:strike w:val="0"/>
          <w:sz w:val="22"/>
          <w:u w:val="single"/>
        </w:rPr>
        <w:t xml:space="preserve">it looks as if </w:t>
      </w:r>
      <w:r>
        <w:rPr>
          <w:b/>
          <w:i w:val="0"/>
          <w:smallCaps w:val="0"/>
          <w:strike w:val="0"/>
          <w:sz w:val="22"/>
          <w:u w:val="single"/>
        </w:rPr>
        <w:t>nothing</w:t>
      </w:r>
      <w:r>
        <w:rPr>
          <w:b w:val="0"/>
          <w:i w:val="0"/>
          <w:smallCaps w:val="0"/>
          <w:strike w:val="0"/>
          <w:sz w:val="22"/>
          <w:u w:val="single"/>
        </w:rPr>
        <w:t xml:space="preserve"> escapes its control</w:t>
      </w:r>
      <w:r>
        <w:rPr>
          <w:b w:val="0"/>
          <w:i w:val="0"/>
          <w:smallCaps w:val="0"/>
          <w:strike w:val="0"/>
          <w:sz w:val="16"/>
          <w:u w:val="none"/>
        </w:rPr>
        <w:t xml:space="preserve">. </w:t>
      </w:r>
      <w:r>
        <w:rPr>
          <w:b/>
          <w:i w:val="0"/>
          <w:smallCaps w:val="0"/>
          <w:strike w:val="0"/>
          <w:sz w:val="22"/>
          <w:u w:val="single"/>
        </w:rPr>
        <w:t>Affects</w:t>
      </w:r>
      <w:r>
        <w:rPr>
          <w:b w:val="0"/>
          <w:i w:val="0"/>
          <w:smallCaps w:val="0"/>
          <w:strike w:val="0"/>
          <w:sz w:val="16"/>
          <w:u w:val="none"/>
        </w:rPr>
        <w:t xml:space="preserve">, </w:t>
      </w:r>
      <w:r>
        <w:rPr>
          <w:b/>
          <w:i w:val="0"/>
          <w:smallCaps w:val="0"/>
          <w:strike w:val="0"/>
          <w:sz w:val="22"/>
          <w:u w:val="single"/>
        </w:rPr>
        <w:t>emotions</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2"/>
          <w:u w:val="single"/>
        </w:rPr>
        <w:t>feelings</w:t>
      </w:r>
      <w:r>
        <w:rPr>
          <w:b w:val="0"/>
          <w:i w:val="0"/>
          <w:smallCaps w:val="0"/>
          <w:strike w:val="0"/>
          <w:sz w:val="16"/>
          <w:u w:val="none"/>
        </w:rPr>
        <w:t xml:space="preserve">, manifestations of </w:t>
      </w:r>
      <w:r>
        <w:rPr>
          <w:b/>
          <w:i w:val="0"/>
          <w:smallCaps w:val="0"/>
          <w:strike w:val="0"/>
          <w:sz w:val="22"/>
          <w:u w:val="single"/>
        </w:rPr>
        <w:t>desire</w:t>
      </w:r>
      <w:r>
        <w:rPr>
          <w:b w:val="0"/>
          <w:i w:val="0"/>
          <w:smallCaps w:val="0"/>
          <w:strike w:val="0"/>
          <w:sz w:val="16"/>
          <w:u w:val="none"/>
        </w:rPr>
        <w:t xml:space="preserve">, </w:t>
      </w:r>
      <w:r>
        <w:rPr>
          <w:b/>
          <w:i w:val="0"/>
          <w:smallCaps w:val="0"/>
          <w:strike w:val="0"/>
          <w:sz w:val="22"/>
          <w:u w:val="single"/>
        </w:rPr>
        <w:t>dreams</w:t>
      </w:r>
      <w:r>
        <w:rPr>
          <w:b w:val="0"/>
          <w:i w:val="0"/>
          <w:smallCaps w:val="0"/>
          <w:strike w:val="0"/>
          <w:sz w:val="16"/>
          <w:u w:val="none"/>
        </w:rPr>
        <w:t xml:space="preserve">, </w:t>
      </w:r>
      <w:r>
        <w:rPr>
          <w:b w:val="0"/>
          <w:i w:val="0"/>
          <w:smallCaps w:val="0"/>
          <w:strike w:val="0"/>
          <w:sz w:val="22"/>
          <w:u w:val="single"/>
        </w:rPr>
        <w:t xml:space="preserve">or </w:t>
      </w:r>
      <w:r>
        <w:rPr>
          <w:b/>
          <w:i w:val="0"/>
          <w:smallCaps w:val="0"/>
          <w:strike w:val="0"/>
          <w:sz w:val="22"/>
          <w:u w:val="single"/>
        </w:rPr>
        <w:t>thoughts</w:t>
      </w:r>
      <w:r>
        <w:rPr>
          <w:b w:val="0"/>
          <w:i w:val="0"/>
          <w:smallCaps w:val="0"/>
          <w:strike w:val="0"/>
          <w:sz w:val="16"/>
          <w:u w:val="none"/>
        </w:rPr>
        <w:t>—</w:t>
      </w:r>
      <w:r>
        <w:rPr>
          <w:b w:val="0"/>
          <w:i w:val="0"/>
          <w:smallCaps w:val="0"/>
          <w:strike w:val="0"/>
          <w:sz w:val="22"/>
          <w:u w:val="single"/>
        </w:rPr>
        <w:t>no sphere</w:t>
      </w:r>
      <w:r>
        <w:rPr>
          <w:b w:val="0"/>
          <w:i w:val="0"/>
          <w:smallCaps w:val="0"/>
          <w:strike w:val="0"/>
          <w:sz w:val="16"/>
          <w:u w:val="none"/>
        </w:rPr>
        <w:t xml:space="preserve"> of contemporary life has been left untouched by the spread of capital. No sphere </w:t>
      </w:r>
      <w:r>
        <w:rPr>
          <w:b w:val="0"/>
          <w:i w:val="0"/>
          <w:smallCaps w:val="0"/>
          <w:strike w:val="0"/>
          <w:sz w:val="22"/>
          <w:u w:val="single"/>
        </w:rPr>
        <w:t xml:space="preserve">is </w:t>
      </w:r>
      <w:r>
        <w:rPr>
          <w:b/>
          <w:i w:val="0"/>
          <w:smallCaps w:val="0"/>
          <w:strike w:val="0"/>
          <w:sz w:val="22"/>
          <w:u w:val="single"/>
        </w:rPr>
        <w:t>shielded</w:t>
      </w:r>
      <w:r>
        <w:rPr>
          <w:b w:val="0"/>
          <w:i w:val="0"/>
          <w:smallCaps w:val="0"/>
          <w:strike w:val="0"/>
          <w:sz w:val="22"/>
          <w:u w:val="single"/>
        </w:rPr>
        <w:t xml:space="preserve"> against its </w:t>
      </w:r>
      <w:r>
        <w:rPr>
          <w:b/>
          <w:i w:val="0"/>
          <w:smallCaps w:val="0"/>
          <w:strike w:val="0"/>
          <w:sz w:val="22"/>
          <w:u w:val="single"/>
        </w:rPr>
        <w:t>atmospheres</w:t>
      </w:r>
      <w:r>
        <w:rPr>
          <w:b w:val="0"/>
          <w:i w:val="0"/>
          <w:smallCaps w:val="0"/>
          <w:strike w:val="0"/>
          <w:sz w:val="16"/>
          <w:u w:val="none"/>
        </w:rPr>
        <w:t xml:space="preserve">, </w:t>
      </w:r>
      <w:r>
        <w:rPr>
          <w:b w:val="0"/>
          <w:i w:val="0"/>
          <w:smallCaps w:val="0"/>
          <w:strike w:val="0"/>
          <w:sz w:val="22"/>
          <w:u w:val="single"/>
        </w:rPr>
        <w:t xml:space="preserve">its </w:t>
      </w:r>
      <w:r>
        <w:rPr>
          <w:b/>
          <w:i w:val="0"/>
          <w:smallCaps w:val="0"/>
          <w:strike w:val="0"/>
          <w:sz w:val="22"/>
          <w:u w:val="single"/>
        </w:rPr>
        <w:t>radiation</w:t>
      </w:r>
      <w:r>
        <w:rPr>
          <w:b w:val="0"/>
          <w:i w:val="0"/>
          <w:smallCaps w:val="0"/>
          <w:strike w:val="0"/>
          <w:sz w:val="16"/>
          <w:u w:val="none"/>
        </w:rPr>
        <w:t xml:space="preserve">, </w:t>
      </w:r>
      <w:r>
        <w:rPr>
          <w:b w:val="0"/>
          <w:i w:val="0"/>
          <w:smallCaps w:val="0"/>
          <w:strike w:val="0"/>
          <w:sz w:val="22"/>
          <w:u w:val="single"/>
        </w:rPr>
        <w:t xml:space="preserve">and its </w:t>
      </w:r>
      <w:r>
        <w:rPr>
          <w:b/>
          <w:i w:val="0"/>
          <w:smallCaps w:val="0"/>
          <w:strike w:val="0"/>
          <w:sz w:val="22"/>
          <w:u w:val="single"/>
        </w:rPr>
        <w:t>charged particles</w:t>
      </w:r>
      <w:r>
        <w:rPr>
          <w:b w:val="0"/>
          <w:i w:val="0"/>
          <w:smallCaps w:val="0"/>
          <w:strike w:val="0"/>
          <w:sz w:val="16"/>
          <w:u w:val="none"/>
        </w:rPr>
        <w:t xml:space="preserve">. Capital now extends its grasp deep into the underbelly of the world (Konings 2018; Edwards, Becker, and Colwell 2012). </w:t>
      </w:r>
      <w:r>
        <w:rPr>
          <w:b w:val="0"/>
          <w:i w:val="0"/>
          <w:smallCaps w:val="0"/>
          <w:strike w:val="0"/>
          <w:sz w:val="22"/>
          <w:u w:val="single"/>
        </w:rPr>
        <w:t>Soon</w:t>
      </w:r>
      <w:r>
        <w:rPr>
          <w:b w:val="0"/>
          <w:i w:val="0"/>
          <w:smallCaps w:val="0"/>
          <w:strike w:val="0"/>
          <w:sz w:val="16"/>
          <w:u w:val="none"/>
        </w:rPr>
        <w:t xml:space="preserve">, </w:t>
      </w:r>
      <w:r>
        <w:rPr>
          <w:b w:val="0"/>
          <w:i w:val="0"/>
          <w:smallCaps w:val="0"/>
          <w:strike w:val="0"/>
          <w:sz w:val="22"/>
          <w:u w:val="single"/>
        </w:rPr>
        <w:t xml:space="preserve">mining companies will unleash their collection of vehicles on the </w:t>
      </w:r>
      <w:r>
        <w:rPr>
          <w:b/>
          <w:i w:val="0"/>
          <w:smallCaps w:val="0"/>
          <w:strike w:val="0"/>
          <w:sz w:val="22"/>
          <w:u w:val="single"/>
        </w:rPr>
        <w:t>seabed</w:t>
      </w:r>
      <w:r>
        <w:rPr>
          <w:b w:val="0"/>
          <w:i w:val="0"/>
          <w:smallCaps w:val="0"/>
          <w:strike w:val="0"/>
          <w:sz w:val="22"/>
          <w:u w:val="single"/>
        </w:rPr>
        <w:t xml:space="preserve"> beneath international waters</w:t>
      </w:r>
      <w:r>
        <w:rPr>
          <w:b w:val="0"/>
          <w:i w:val="0"/>
          <w:smallCaps w:val="0"/>
          <w:strike w:val="0"/>
          <w:sz w:val="16"/>
          <w:u w:val="none"/>
        </w:rPr>
        <w:t xml:space="preserve">. </w:t>
      </w:r>
      <w:r>
        <w:rPr>
          <w:b w:val="0"/>
          <w:i w:val="0"/>
          <w:smallCaps w:val="0"/>
          <w:strike w:val="0"/>
          <w:sz w:val="22"/>
          <w:u w:val="single"/>
        </w:rPr>
        <w:t>They will</w:t>
      </w:r>
    </w:p>
    <w:p>
      <w:pPr>
        <w:spacing w:after="60"/>
      </w:pPr>
      <w:r>
        <w:rPr>
          <w:b w:val="0"/>
          <w:i w:val="0"/>
          <w:smallCaps w:val="0"/>
          <w:strike w:val="0"/>
          <w:sz w:val="16"/>
          <w:u w:val="none"/>
        </w:rPr>
        <w:t xml:space="preserve">creep across the bottom in systematic rows, scraping through the top five inches of the ocean floor. Ships above will draw thousands of pounds of sediment through a hose to the surface, remove the metallic objects, known as polymathic nodules, and then flush the rest back into the water. Some of that slurry will contain toxins such as mercury and lead, which could </w:t>
      </w:r>
      <w:r>
        <w:rPr>
          <w:b w:val="0"/>
          <w:i w:val="0"/>
          <w:smallCaps w:val="0"/>
          <w:strike w:val="0"/>
          <w:sz w:val="22"/>
          <w:u w:val="single"/>
        </w:rPr>
        <w:t>poison the</w:t>
      </w:r>
      <w:r>
        <w:rPr>
          <w:b w:val="0"/>
          <w:i w:val="0"/>
          <w:smallCaps w:val="0"/>
          <w:strike w:val="0"/>
          <w:sz w:val="16"/>
          <w:u w:val="none"/>
        </w:rPr>
        <w:t xml:space="preserve"> surrounding </w:t>
      </w:r>
      <w:r>
        <w:rPr>
          <w:b w:val="0"/>
          <w:i w:val="0"/>
          <w:smallCaps w:val="0"/>
          <w:strike w:val="0"/>
          <w:sz w:val="22"/>
          <w:u w:val="single"/>
        </w:rPr>
        <w:t xml:space="preserve">ocean for </w:t>
      </w:r>
      <w:r>
        <w:rPr>
          <w:b/>
          <w:i w:val="0"/>
          <w:smallCaps w:val="0"/>
          <w:strike w:val="0"/>
          <w:sz w:val="22"/>
          <w:u w:val="single"/>
        </w:rPr>
        <w:t>hundreds of miles</w:t>
      </w:r>
      <w:r>
        <w:rPr>
          <w:b w:val="0"/>
          <w:i w:val="0"/>
          <w:smallCaps w:val="0"/>
          <w:strike w:val="0"/>
          <w:sz w:val="16"/>
          <w:u w:val="none"/>
        </w:rPr>
        <w:t>. The rest will drift in the current until it settles in nearby ecosystems. (Hylton 2020)</w:t>
      </w:r>
    </w:p>
    <w:p>
      <w:pPr>
        <w:spacing w:after="60"/>
      </w:pPr>
      <w:r>
        <w:rPr>
          <w:b w:val="0"/>
          <w:i w:val="0"/>
          <w:smallCaps w:val="0"/>
          <w:strike w:val="0"/>
          <w:sz w:val="22"/>
          <w:u w:val="single"/>
        </w:rPr>
        <w:t xml:space="preserve">Capital itself is now a </w:t>
      </w:r>
      <w:r>
        <w:rPr>
          <w:b/>
          <w:i w:val="0"/>
          <w:smallCaps w:val="0"/>
          <w:strike w:val="0"/>
          <w:sz w:val="22"/>
          <w:u w:val="single"/>
        </w:rPr>
        <w:t>magnetic field</w:t>
      </w:r>
      <w:r>
        <w:rPr>
          <w:b w:val="0"/>
          <w:i w:val="0"/>
          <w:smallCaps w:val="0"/>
          <w:strike w:val="0"/>
          <w:sz w:val="16"/>
          <w:u w:val="none"/>
        </w:rPr>
        <w:t xml:space="preserve">. </w:t>
      </w:r>
      <w:r>
        <w:rPr>
          <w:b w:val="0"/>
          <w:i w:val="0"/>
          <w:smallCaps w:val="0"/>
          <w:strike w:val="0"/>
          <w:sz w:val="22"/>
          <w:u w:val="single"/>
        </w:rPr>
        <w:t>In its wake</w:t>
      </w:r>
      <w:r>
        <w:rPr>
          <w:b w:val="0"/>
          <w:i w:val="0"/>
          <w:smallCaps w:val="0"/>
          <w:strike w:val="0"/>
          <w:sz w:val="16"/>
          <w:u w:val="none"/>
        </w:rPr>
        <w:t xml:space="preserve">, </w:t>
      </w:r>
      <w:r>
        <w:rPr>
          <w:b w:val="0"/>
          <w:i w:val="0"/>
          <w:smallCaps w:val="0"/>
          <w:strike w:val="0"/>
          <w:sz w:val="22"/>
          <w:u w:val="single"/>
        </w:rPr>
        <w:t xml:space="preserve">it leaves </w:t>
      </w:r>
      <w:r>
        <w:rPr>
          <w:b/>
          <w:i w:val="0"/>
          <w:smallCaps w:val="0"/>
          <w:strike w:val="0"/>
          <w:sz w:val="22"/>
          <w:u w:val="single"/>
        </w:rPr>
        <w:t>countless uninhabitable zones</w:t>
      </w:r>
      <w:r>
        <w:rPr>
          <w:b w:val="0"/>
          <w:i w:val="0"/>
          <w:smallCaps w:val="0"/>
          <w:strike w:val="0"/>
          <w:sz w:val="16"/>
          <w:u w:val="none"/>
        </w:rPr>
        <w:t xml:space="preserve">, </w:t>
      </w:r>
      <w:r>
        <w:rPr>
          <w:b w:val="0"/>
          <w:i w:val="0"/>
          <w:smallCaps w:val="0"/>
          <w:strike w:val="0"/>
          <w:sz w:val="22"/>
          <w:u w:val="single"/>
        </w:rPr>
        <w:t xml:space="preserve">vast fields of </w:t>
      </w:r>
      <w:r>
        <w:rPr>
          <w:b/>
          <w:i w:val="0"/>
          <w:smallCaps w:val="0"/>
          <w:strike w:val="0"/>
          <w:sz w:val="22"/>
          <w:u w:val="single"/>
        </w:rPr>
        <w:t>debris</w:t>
      </w:r>
      <w:r>
        <w:rPr>
          <w:b w:val="0"/>
          <w:i w:val="0"/>
          <w:smallCaps w:val="0"/>
          <w:strike w:val="0"/>
          <w:sz w:val="22"/>
          <w:u w:val="single"/>
        </w:rPr>
        <w:t xml:space="preserve"> and </w:t>
      </w:r>
      <w:r>
        <w:rPr>
          <w:b/>
          <w:i w:val="0"/>
          <w:smallCaps w:val="0"/>
          <w:strike w:val="0"/>
          <w:sz w:val="22"/>
          <w:u w:val="single"/>
        </w:rPr>
        <w:t>toxins</w:t>
      </w:r>
      <w:r>
        <w:rPr>
          <w:b w:val="0"/>
          <w:i w:val="0"/>
          <w:smallCaps w:val="0"/>
          <w:strike w:val="0"/>
          <w:sz w:val="16"/>
          <w:u w:val="none"/>
        </w:rPr>
        <w:t xml:space="preserve">, </w:t>
      </w:r>
      <w:r>
        <w:rPr>
          <w:b/>
          <w:i w:val="0"/>
          <w:smallCaps w:val="0"/>
          <w:strike w:val="0"/>
          <w:sz w:val="22"/>
          <w:u w:val="single"/>
        </w:rPr>
        <w:t>waste heaps</w:t>
      </w:r>
      <w:r>
        <w:rPr>
          <w:b w:val="0"/>
          <w:i w:val="0"/>
          <w:smallCaps w:val="0"/>
          <w:strike w:val="0"/>
          <w:sz w:val="22"/>
          <w:u w:val="single"/>
        </w:rPr>
        <w:t xml:space="preserve"> of humans ravaged by </w:t>
      </w:r>
      <w:r>
        <w:rPr>
          <w:b/>
          <w:i w:val="0"/>
          <w:smallCaps w:val="0"/>
          <w:strike w:val="0"/>
          <w:sz w:val="22"/>
          <w:u w:val="single"/>
        </w:rPr>
        <w:t>sores</w:t>
      </w:r>
      <w:r>
        <w:rPr>
          <w:b w:val="0"/>
          <w:i w:val="0"/>
          <w:smallCaps w:val="0"/>
          <w:strike w:val="0"/>
          <w:sz w:val="22"/>
          <w:u w:val="single"/>
        </w:rPr>
        <w:t xml:space="preserve"> and </w:t>
      </w:r>
      <w:r>
        <w:rPr>
          <w:b/>
          <w:i w:val="0"/>
          <w:smallCaps w:val="0"/>
          <w:strike w:val="0"/>
          <w:sz w:val="22"/>
          <w:u w:val="single"/>
        </w:rPr>
        <w:t>boils</w:t>
      </w:r>
      <w:r>
        <w:rPr>
          <w:b w:val="0"/>
          <w:i w:val="0"/>
          <w:smallCaps w:val="0"/>
          <w:strike w:val="0"/>
          <w:sz w:val="16"/>
          <w:u w:val="none"/>
        </w:rPr>
        <w:t xml:space="preserve"> (Jarrige and Le Roux 2017; Marder 2019). </w:t>
      </w:r>
      <w:r>
        <w:rPr>
          <w:b w:val="0"/>
          <w:i w:val="0"/>
          <w:smallCaps w:val="0"/>
          <w:strike w:val="0"/>
          <w:sz w:val="22"/>
          <w:u w:val="single"/>
        </w:rPr>
        <w:t xml:space="preserve">Now that </w:t>
      </w:r>
      <w:r>
        <w:rPr>
          <w:b/>
          <w:i w:val="0"/>
          <w:smallCaps w:val="0"/>
          <w:strike w:val="0"/>
          <w:sz w:val="22"/>
          <w:u w:val="single"/>
        </w:rPr>
        <w:t>everything</w:t>
      </w:r>
      <w:r>
        <w:rPr>
          <w:b w:val="0"/>
          <w:i w:val="0"/>
          <w:smallCaps w:val="0"/>
          <w:strike w:val="0"/>
          <w:sz w:val="22"/>
          <w:u w:val="single"/>
        </w:rPr>
        <w:t xml:space="preserve"> is a potential source of capitalization, capital has made a world of itself</w:t>
      </w:r>
      <w:r>
        <w:rPr>
          <w:b w:val="0"/>
          <w:i w:val="0"/>
          <w:smallCaps w:val="0"/>
          <w:strike w:val="0"/>
          <w:sz w:val="16"/>
          <w:u w:val="none"/>
        </w:rPr>
        <w:t xml:space="preserve">: a hallucinatory phenomenon of planetary dimensions. Early twenty-first-century corporate sovereignty is therefore an unprecedented form of power, whose main aspiration is to free itself from democratic oversight. As a result, </w:t>
      </w:r>
      <w:r>
        <w:rPr>
          <w:b w:val="0"/>
          <w:i w:val="0"/>
          <w:smallCaps w:val="0"/>
          <w:strike w:val="0"/>
          <w:sz w:val="22"/>
          <w:u w:val="single"/>
        </w:rPr>
        <w:t>we might no longer</w:t>
      </w:r>
      <w:r>
        <w:rPr>
          <w:b w:val="0"/>
          <w:i w:val="0"/>
          <w:smallCaps w:val="0"/>
          <w:strike w:val="0"/>
          <w:sz w:val="22"/>
          <w:u w:val="single"/>
        </w:rPr>
        <w:t xml:space="preserve"> live in an epoch when sovereignty was exercised </w:t>
      </w:r>
      <w:r>
        <w:rPr>
          <w:b w:val="0"/>
          <w:i w:val="0"/>
          <w:smallCaps w:val="0"/>
          <w:strike w:val="0"/>
          <w:sz w:val="22"/>
          <w:u w:val="single"/>
        </w:rPr>
        <w:t>by the demos</w:t>
      </w:r>
      <w:r>
        <w:rPr>
          <w:b w:val="0"/>
          <w:i w:val="0"/>
          <w:smallCaps w:val="0"/>
          <w:strike w:val="0"/>
          <w:sz w:val="16"/>
          <w:u w:val="none"/>
        </w:rPr>
        <w:t xml:space="preserve"> (Brown 2015). Finance </w:t>
      </w:r>
      <w:r>
        <w:rPr>
          <w:b w:val="0"/>
          <w:i w:val="0"/>
          <w:smallCaps w:val="0"/>
          <w:strike w:val="0"/>
          <w:sz w:val="22"/>
          <w:u w:val="single"/>
        </w:rPr>
        <w:t>capital</w:t>
      </w:r>
      <w:r>
        <w:rPr>
          <w:b w:val="0"/>
          <w:i w:val="0"/>
          <w:smallCaps w:val="0"/>
          <w:strike w:val="0"/>
          <w:sz w:val="22"/>
          <w:u w:val="single"/>
        </w:rPr>
        <w:t xml:space="preserve"> in the guise of a </w:t>
      </w:r>
      <w:r>
        <w:rPr>
          <w:b/>
          <w:i w:val="0"/>
          <w:smallCaps w:val="0"/>
          <w:strike w:val="0"/>
          <w:sz w:val="22"/>
          <w:u w:val="single"/>
        </w:rPr>
        <w:t>ubiquitous digital</w:t>
      </w:r>
      <w:r>
        <w:rPr>
          <w:b w:val="0"/>
          <w:i w:val="0"/>
          <w:smallCaps w:val="0"/>
          <w:strike w:val="0"/>
          <w:sz w:val="16"/>
          <w:u w:val="none"/>
        </w:rPr>
        <w:t xml:space="preserve">, </w:t>
      </w:r>
      <w:r>
        <w:rPr>
          <w:b/>
          <w:i w:val="0"/>
          <w:smallCaps w:val="0"/>
          <w:strike w:val="0"/>
          <w:sz w:val="22"/>
          <w:u w:val="single"/>
        </w:rPr>
        <w:t>extractive</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2"/>
          <w:u w:val="single"/>
        </w:rPr>
        <w:t>digestive architecture</w:t>
      </w:r>
      <w:r>
        <w:rPr>
          <w:b w:val="0"/>
          <w:i w:val="0"/>
          <w:smallCaps w:val="0"/>
          <w:strike w:val="0"/>
          <w:sz w:val="22"/>
          <w:u w:val="single"/>
        </w:rPr>
        <w:t xml:space="preserve"> might have definitively become the </w:t>
      </w:r>
      <w:r>
        <w:rPr>
          <w:b/>
          <w:i w:val="0"/>
          <w:smallCaps w:val="0"/>
          <w:strike w:val="0"/>
          <w:sz w:val="22"/>
          <w:u w:val="single"/>
        </w:rPr>
        <w:t>new Leviathan</w:t>
      </w:r>
      <w:r>
        <w:rPr>
          <w:b w:val="0"/>
          <w:i w:val="0"/>
          <w:smallCaps w:val="0"/>
          <w:strike w:val="0"/>
          <w:sz w:val="16"/>
          <w:u w:val="none"/>
        </w:rPr>
        <w:t xml:space="preserve"> (Bélanger 2018).</w:t>
      </w:r>
    </w:p>
    <w:p>
      <w:pPr>
        <w:spacing w:after="60"/>
      </w:pPr>
      <w:r>
        <w:rPr>
          <w:b w:val="0"/>
          <w:i w:val="0"/>
          <w:smallCaps w:val="0"/>
          <w:strike w:val="0"/>
          <w:sz w:val="16"/>
          <w:u w:val="none"/>
        </w:rPr>
        <w:t>Techno-Molecular Colonialism</w:t>
      </w:r>
    </w:p>
    <w:p>
      <w:pPr>
        <w:spacing w:after="60"/>
      </w:pPr>
      <w:r>
        <w:rPr>
          <w:b w:val="0"/>
          <w:i w:val="0"/>
          <w:smallCaps w:val="0"/>
          <w:strike w:val="0"/>
          <w:sz w:val="16"/>
          <w:u w:val="none"/>
        </w:rPr>
        <w:t xml:space="preserve">Meanwhile, </w:t>
      </w:r>
      <w:r>
        <w:rPr>
          <w:b/>
          <w:i w:val="0"/>
          <w:smallCaps w:val="0"/>
          <w:strike w:val="0"/>
          <w:sz w:val="22"/>
          <w:u w:val="single"/>
        </w:rPr>
        <w:t>unprecedented numbers</w:t>
      </w:r>
      <w:r>
        <w:rPr>
          <w:b w:val="0"/>
          <w:i w:val="0"/>
          <w:smallCaps w:val="0"/>
          <w:strike w:val="0"/>
          <w:sz w:val="22"/>
          <w:u w:val="single"/>
        </w:rPr>
        <w:t xml:space="preserve"> of human beings are</w:t>
      </w:r>
      <w:r>
        <w:rPr>
          <w:b w:val="0"/>
          <w:i w:val="0"/>
          <w:smallCaps w:val="0"/>
          <w:strike w:val="0"/>
          <w:sz w:val="16"/>
          <w:u w:val="none"/>
        </w:rPr>
        <w:t xml:space="preserve"> today </w:t>
      </w:r>
      <w:r>
        <w:rPr>
          <w:b w:val="0"/>
          <w:i w:val="0"/>
          <w:smallCaps w:val="0"/>
          <w:strike w:val="0"/>
          <w:sz w:val="22"/>
          <w:u w:val="single"/>
        </w:rPr>
        <w:t xml:space="preserve">embedded in </w:t>
      </w:r>
      <w:r>
        <w:rPr>
          <w:b/>
          <w:i w:val="0"/>
          <w:smallCaps w:val="0"/>
          <w:strike w:val="0"/>
          <w:sz w:val="22"/>
          <w:u w:val="single"/>
        </w:rPr>
        <w:t>increasingly complex technostructures</w:t>
      </w:r>
      <w:r>
        <w:rPr>
          <w:b w:val="0"/>
          <w:i w:val="0"/>
          <w:smallCaps w:val="0"/>
          <w:strike w:val="0"/>
          <w:sz w:val="16"/>
          <w:u w:val="none"/>
        </w:rPr>
        <w:t xml:space="preserve">, most of </w:t>
      </w:r>
      <w:r>
        <w:rPr>
          <w:b w:val="0"/>
          <w:i w:val="0"/>
          <w:smallCaps w:val="0"/>
          <w:strike w:val="0"/>
          <w:sz w:val="22"/>
          <w:u w:val="single"/>
        </w:rPr>
        <w:t xml:space="preserve">which are intervening in the dynamics of the earth system on a </w:t>
      </w:r>
      <w:r>
        <w:rPr>
          <w:b/>
          <w:i w:val="0"/>
          <w:smallCaps w:val="0"/>
          <w:strike w:val="0"/>
          <w:sz w:val="22"/>
          <w:u w:val="single"/>
        </w:rPr>
        <w:t>planetary scale</w:t>
      </w:r>
      <w:r>
        <w:rPr>
          <w:b w:val="0"/>
          <w:i w:val="0"/>
          <w:smallCaps w:val="0"/>
          <w:strike w:val="0"/>
          <w:sz w:val="16"/>
          <w:u w:val="none"/>
        </w:rPr>
        <w:t xml:space="preserve">. </w:t>
      </w:r>
      <w:r>
        <w:rPr>
          <w:b w:val="0"/>
          <w:i w:val="0"/>
          <w:smallCaps w:val="0"/>
          <w:strike w:val="0"/>
          <w:sz w:val="22"/>
          <w:u w:val="single"/>
        </w:rPr>
        <w:t xml:space="preserve">This has led to the </w:t>
      </w:r>
      <w:r>
        <w:rPr>
          <w:b/>
          <w:i w:val="0"/>
          <w:smallCaps w:val="0"/>
          <w:strike w:val="0"/>
          <w:sz w:val="22"/>
          <w:u w:val="single"/>
        </w:rPr>
        <w:t>transgression of planetary boundaries</w:t>
      </w:r>
      <w:r>
        <w:rPr>
          <w:b w:val="0"/>
          <w:i w:val="0"/>
          <w:smallCaps w:val="0"/>
          <w:strike w:val="0"/>
          <w:sz w:val="22"/>
          <w:u w:val="single"/>
        </w:rPr>
        <w:t xml:space="preserve"> such as</w:t>
      </w:r>
      <w:r>
        <w:rPr>
          <w:b w:val="0"/>
          <w:i w:val="0"/>
          <w:smallCaps w:val="0"/>
          <w:strike w:val="0"/>
          <w:sz w:val="16"/>
          <w:u w:val="none"/>
        </w:rPr>
        <w:t xml:space="preserve"> those related to anthropogenic </w:t>
      </w:r>
      <w:r>
        <w:rPr>
          <w:b/>
          <w:i w:val="0"/>
          <w:smallCaps w:val="0"/>
          <w:strike w:val="0"/>
          <w:sz w:val="22"/>
          <w:u w:val="single"/>
        </w:rPr>
        <w:t>climate change</w:t>
      </w:r>
      <w:r>
        <w:rPr>
          <w:b w:val="0"/>
          <w:i w:val="0"/>
          <w:smallCaps w:val="0"/>
          <w:strike w:val="0"/>
          <w:sz w:val="16"/>
          <w:u w:val="none"/>
        </w:rPr>
        <w:t xml:space="preserve">, </w:t>
      </w:r>
      <w:r>
        <w:rPr>
          <w:b w:val="0"/>
          <w:i w:val="0"/>
          <w:smallCaps w:val="0"/>
          <w:strike w:val="0"/>
          <w:sz w:val="22"/>
          <w:u w:val="single"/>
        </w:rPr>
        <w:t xml:space="preserve">degenerative </w:t>
      </w:r>
      <w:r>
        <w:rPr>
          <w:b/>
          <w:i w:val="0"/>
          <w:smallCaps w:val="0"/>
          <w:strike w:val="0"/>
          <w:sz w:val="22"/>
          <w:u w:val="single"/>
        </w:rPr>
        <w:t>land-use change</w:t>
      </w:r>
      <w:r>
        <w:rPr>
          <w:b w:val="0"/>
          <w:i w:val="0"/>
          <w:smallCaps w:val="0"/>
          <w:strike w:val="0"/>
          <w:sz w:val="16"/>
          <w:u w:val="none"/>
        </w:rPr>
        <w:t xml:space="preserve">, </w:t>
      </w:r>
      <w:r>
        <w:rPr>
          <w:b w:val="0"/>
          <w:i w:val="0"/>
          <w:smallCaps w:val="0"/>
          <w:strike w:val="0"/>
          <w:sz w:val="22"/>
          <w:u w:val="single"/>
        </w:rPr>
        <w:t xml:space="preserve">accelerated </w:t>
      </w:r>
      <w:r>
        <w:rPr>
          <w:b/>
          <w:i w:val="0"/>
          <w:smallCaps w:val="0"/>
          <w:strike w:val="0"/>
          <w:sz w:val="22"/>
          <w:u w:val="single"/>
        </w:rPr>
        <w:t>biodiversity loss</w:t>
      </w:r>
      <w:r>
        <w:rPr>
          <w:b w:val="0"/>
          <w:i w:val="0"/>
          <w:smallCaps w:val="0"/>
          <w:strike w:val="0"/>
          <w:sz w:val="16"/>
          <w:u w:val="none"/>
        </w:rPr>
        <w:t xml:space="preserve">, </w:t>
      </w:r>
      <w:r>
        <w:rPr>
          <w:b w:val="0"/>
          <w:i w:val="0"/>
          <w:smallCaps w:val="0"/>
          <w:strike w:val="0"/>
          <w:sz w:val="22"/>
          <w:u w:val="single"/>
        </w:rPr>
        <w:t>perturbation of the global</w:t>
      </w:r>
      <w:r>
        <w:rPr>
          <w:b w:val="0"/>
          <w:i w:val="0"/>
          <w:smallCaps w:val="0"/>
          <w:strike w:val="0"/>
          <w:sz w:val="16"/>
          <w:u w:val="none"/>
        </w:rPr>
        <w:t xml:space="preserve"> biogeochemical </w:t>
      </w:r>
      <w:r>
        <w:rPr>
          <w:b w:val="0"/>
          <w:i w:val="0"/>
          <w:smallCaps w:val="0"/>
          <w:strike w:val="0"/>
          <w:sz w:val="22"/>
          <w:u w:val="single"/>
        </w:rPr>
        <w:t xml:space="preserve">cycles of </w:t>
      </w:r>
      <w:r>
        <w:rPr>
          <w:b/>
          <w:i w:val="0"/>
          <w:smallCaps w:val="0"/>
          <w:strike w:val="0"/>
          <w:sz w:val="22"/>
          <w:u w:val="single"/>
        </w:rPr>
        <w:t>nitrogen</w:t>
      </w:r>
      <w:r>
        <w:rPr>
          <w:b w:val="0"/>
          <w:i w:val="0"/>
          <w:smallCaps w:val="0"/>
          <w:strike w:val="0"/>
          <w:sz w:val="22"/>
          <w:u w:val="single"/>
        </w:rPr>
        <w:t xml:space="preserve"> and </w:t>
      </w:r>
      <w:r>
        <w:rPr>
          <w:b/>
          <w:i w:val="0"/>
          <w:smallCaps w:val="0"/>
          <w:strike w:val="0"/>
          <w:sz w:val="22"/>
          <w:u w:val="single"/>
        </w:rPr>
        <w:t>phosphorus</w:t>
      </w:r>
      <w:r>
        <w:rPr>
          <w:b w:val="0"/>
          <w:i w:val="0"/>
          <w:smallCaps w:val="0"/>
          <w:strike w:val="0"/>
          <w:sz w:val="16"/>
          <w:u w:val="none"/>
        </w:rPr>
        <w:t xml:space="preserve">, </w:t>
      </w:r>
      <w:r>
        <w:rPr>
          <w:b w:val="0"/>
          <w:i w:val="0"/>
          <w:smallCaps w:val="0"/>
          <w:strike w:val="0"/>
          <w:sz w:val="22"/>
          <w:u w:val="single"/>
        </w:rPr>
        <w:t>and the creation and release of</w:t>
      </w:r>
      <w:r>
        <w:rPr>
          <w:b w:val="0"/>
          <w:i w:val="0"/>
          <w:smallCaps w:val="0"/>
          <w:strike w:val="0"/>
          <w:sz w:val="16"/>
          <w:u w:val="none"/>
        </w:rPr>
        <w:t xml:space="preserve"> novel entities such as </w:t>
      </w:r>
      <w:r>
        <w:rPr>
          <w:b/>
          <w:i w:val="0"/>
          <w:smallCaps w:val="0"/>
          <w:strike w:val="0"/>
          <w:sz w:val="22"/>
          <w:u w:val="single"/>
        </w:rPr>
        <w:t>nanoparticles</w:t>
      </w:r>
      <w:r>
        <w:rPr>
          <w:b w:val="0"/>
          <w:i w:val="0"/>
          <w:smallCaps w:val="0"/>
          <w:strike w:val="0"/>
          <w:sz w:val="22"/>
          <w:u w:val="single"/>
        </w:rPr>
        <w:t xml:space="preserve"> and </w:t>
      </w:r>
      <w:r>
        <w:rPr>
          <w:b/>
          <w:i w:val="0"/>
          <w:smallCaps w:val="0"/>
          <w:strike w:val="0"/>
          <w:sz w:val="22"/>
          <w:u w:val="single"/>
        </w:rPr>
        <w:t>genetically engineered organisms</w:t>
      </w:r>
      <w:r>
        <w:rPr>
          <w:b w:val="0"/>
          <w:i w:val="0"/>
          <w:smallCaps w:val="0"/>
          <w:strike w:val="0"/>
          <w:sz w:val="16"/>
          <w:u w:val="none"/>
        </w:rPr>
        <w:t xml:space="preserve"> (Donges et al. 2017). </w:t>
      </w:r>
      <w:r>
        <w:rPr>
          <w:b w:val="0"/>
          <w:i w:val="0"/>
          <w:smallCaps w:val="0"/>
          <w:strike w:val="0"/>
          <w:sz w:val="22"/>
          <w:u w:val="single"/>
        </w:rPr>
        <w:t>It has also resulted in the acceleration of processes of</w:t>
      </w:r>
      <w:r>
        <w:rPr>
          <w:b w:val="0"/>
          <w:i w:val="0"/>
          <w:smallCaps w:val="0"/>
          <w:strike w:val="0"/>
          <w:sz w:val="16"/>
          <w:u w:val="none"/>
        </w:rPr>
        <w:t xml:space="preserve"> metamorphosis, </w:t>
      </w:r>
      <w:r>
        <w:rPr>
          <w:b/>
          <w:i w:val="0"/>
          <w:smallCaps w:val="0"/>
          <w:strike w:val="0"/>
          <w:sz w:val="22"/>
          <w:u w:val="single"/>
        </w:rPr>
        <w:t>decay</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2"/>
          <w:u w:val="single"/>
        </w:rPr>
        <w:t>extinction</w:t>
      </w:r>
      <w:r>
        <w:rPr>
          <w:b w:val="0"/>
          <w:i w:val="0"/>
          <w:smallCaps w:val="0"/>
          <w:strike w:val="0"/>
          <w:sz w:val="16"/>
          <w:u w:val="none"/>
        </w:rPr>
        <w:t xml:space="preserve">. Take, for instance, the metabolic life of whey powder, a pollutant in waterways and a multiplicitous substance used over the past two decades as a protein supplement in a multibillion-dollar industry. As demonstrated by Samantha King and Gavin Weedon (2019), whey pollution has long been the effect of the systematic overproduction endemic to agrofood industries. Whey's toxicity is known to persist through processes of metabolism and consumption. This not only highlights the co-constitutive relations between bodily matter and ecological life, and their entanglement with processes of commodification (King and Weedon 2019); it also shows the extent to which </w:t>
      </w:r>
      <w:r>
        <w:rPr>
          <w:b w:val="0"/>
          <w:i w:val="0"/>
          <w:smallCaps w:val="0"/>
          <w:strike w:val="0"/>
          <w:sz w:val="22"/>
          <w:u w:val="single"/>
        </w:rPr>
        <w:t xml:space="preserve">the </w:t>
      </w:r>
      <w:r>
        <w:rPr>
          <w:b/>
          <w:i w:val="0"/>
          <w:smallCaps w:val="0"/>
          <w:strike w:val="0"/>
          <w:sz w:val="22"/>
          <w:u w:val="single"/>
        </w:rPr>
        <w:t>technosphere</w:t>
      </w:r>
      <w:r>
        <w:rPr>
          <w:b w:val="0"/>
          <w:i w:val="0"/>
          <w:smallCaps w:val="0"/>
          <w:strike w:val="0"/>
          <w:sz w:val="22"/>
          <w:u w:val="single"/>
        </w:rPr>
        <w:t xml:space="preserve"> is a part</w:t>
      </w:r>
      <w:r>
        <w:rPr>
          <w:b w:val="0"/>
          <w:i w:val="0"/>
          <w:smallCaps w:val="0"/>
          <w:strike w:val="0"/>
          <w:sz w:val="16"/>
          <w:u w:val="none"/>
        </w:rPr>
        <w:t xml:space="preserve">, or an extension, </w:t>
      </w:r>
      <w:r>
        <w:rPr>
          <w:b w:val="0"/>
          <w:i w:val="0"/>
          <w:smallCaps w:val="0"/>
          <w:strike w:val="0"/>
          <w:sz w:val="22"/>
          <w:u w:val="single"/>
        </w:rPr>
        <w:t xml:space="preserve">of the </w:t>
      </w:r>
      <w:r>
        <w:rPr>
          <w:b/>
          <w:i w:val="0"/>
          <w:smallCaps w:val="0"/>
          <w:strike w:val="0"/>
          <w:sz w:val="22"/>
          <w:u w:val="single"/>
        </w:rPr>
        <w:t>biosphere</w:t>
      </w:r>
      <w:r>
        <w:rPr>
          <w:b w:val="0"/>
          <w:i w:val="0"/>
          <w:smallCaps w:val="0"/>
          <w:strike w:val="0"/>
          <w:sz w:val="16"/>
          <w:u w:val="none"/>
        </w:rPr>
        <w:t xml:space="preserve">. </w:t>
      </w:r>
      <w:r>
        <w:rPr>
          <w:b w:val="0"/>
          <w:i w:val="0"/>
          <w:smallCaps w:val="0"/>
          <w:strike w:val="0"/>
          <w:sz w:val="22"/>
          <w:u w:val="single"/>
        </w:rPr>
        <w:t>Flows of matter</w:t>
      </w:r>
      <w:r>
        <w:rPr>
          <w:b w:val="0"/>
          <w:i w:val="0"/>
          <w:smallCaps w:val="0"/>
          <w:strike w:val="0"/>
          <w:sz w:val="16"/>
          <w:u w:val="none"/>
        </w:rPr>
        <w:t xml:space="preserve">, </w:t>
      </w:r>
      <w:r>
        <w:rPr>
          <w:b w:val="0"/>
          <w:i w:val="0"/>
          <w:smallCaps w:val="0"/>
          <w:strike w:val="0"/>
          <w:sz w:val="22"/>
          <w:u w:val="single"/>
        </w:rPr>
        <w:t xml:space="preserve">energy, and information are </w:t>
      </w:r>
      <w:r>
        <w:rPr>
          <w:b/>
          <w:i w:val="0"/>
          <w:smallCaps w:val="0"/>
          <w:strike w:val="0"/>
          <w:sz w:val="22"/>
          <w:u w:val="single"/>
        </w:rPr>
        <w:t>combined</w:t>
      </w:r>
      <w:r>
        <w:rPr>
          <w:b w:val="0"/>
          <w:i w:val="0"/>
          <w:smallCaps w:val="0"/>
          <w:strike w:val="0"/>
          <w:sz w:val="22"/>
          <w:u w:val="single"/>
        </w:rPr>
        <w:t xml:space="preserve"> into complex networks and intricate webs of interactions</w:t>
      </w:r>
      <w:r>
        <w:rPr>
          <w:b w:val="0"/>
          <w:i w:val="0"/>
          <w:smallCaps w:val="0"/>
          <w:strike w:val="0"/>
          <w:sz w:val="16"/>
          <w:u w:val="none"/>
        </w:rPr>
        <w:t xml:space="preserve">. As a result, the body and flesh of the world is expanding. In the process, </w:t>
      </w:r>
      <w:r>
        <w:rPr>
          <w:b w:val="0"/>
          <w:i w:val="0"/>
          <w:smallCaps w:val="0"/>
          <w:strike w:val="0"/>
          <w:sz w:val="22"/>
          <w:u w:val="single"/>
        </w:rPr>
        <w:t xml:space="preserve">the earth is being </w:t>
      </w:r>
      <w:r>
        <w:rPr>
          <w:b/>
          <w:i w:val="0"/>
          <w:smallCaps w:val="0"/>
          <w:strike w:val="0"/>
          <w:sz w:val="22"/>
          <w:u w:val="single"/>
        </w:rPr>
        <w:t>redefined</w:t>
      </w:r>
      <w:r>
        <w:rPr>
          <w:b w:val="0"/>
          <w:i w:val="0"/>
          <w:smallCaps w:val="0"/>
          <w:strike w:val="0"/>
          <w:sz w:val="22"/>
          <w:u w:val="single"/>
        </w:rPr>
        <w:t xml:space="preserve"> in a way that </w:t>
      </w:r>
      <w:r>
        <w:rPr>
          <w:b/>
          <w:i w:val="0"/>
          <w:smallCaps w:val="0"/>
          <w:strike w:val="0"/>
          <w:sz w:val="22"/>
          <w:u w:val="single"/>
        </w:rPr>
        <w:t>binds all species together</w:t>
      </w:r>
      <w:r>
        <w:rPr>
          <w:b w:val="0"/>
          <w:i w:val="0"/>
          <w:smallCaps w:val="0"/>
          <w:strike w:val="0"/>
          <w:sz w:val="16"/>
          <w:u w:val="none"/>
        </w:rPr>
        <w:t xml:space="preserve">: </w:t>
      </w:r>
      <w:r>
        <w:rPr>
          <w:b w:val="0"/>
          <w:i w:val="0"/>
          <w:smallCaps w:val="0"/>
          <w:strike w:val="0"/>
          <w:sz w:val="22"/>
          <w:u w:val="single"/>
        </w:rPr>
        <w:t>humans</w:t>
      </w:r>
      <w:r>
        <w:rPr>
          <w:b w:val="0"/>
          <w:i w:val="0"/>
          <w:smallCaps w:val="0"/>
          <w:strike w:val="0"/>
          <w:sz w:val="16"/>
          <w:u w:val="none"/>
        </w:rPr>
        <w:t xml:space="preserve">, </w:t>
      </w:r>
      <w:r>
        <w:rPr>
          <w:b w:val="0"/>
          <w:i w:val="0"/>
          <w:smallCaps w:val="0"/>
          <w:strike w:val="0"/>
          <w:sz w:val="22"/>
          <w:u w:val="single"/>
        </w:rPr>
        <w:t>technology</w:t>
      </w:r>
      <w:r>
        <w:rPr>
          <w:b w:val="0"/>
          <w:i w:val="0"/>
          <w:smallCaps w:val="0"/>
          <w:strike w:val="0"/>
          <w:sz w:val="16"/>
          <w:u w:val="none"/>
        </w:rPr>
        <w:t xml:space="preserve">, </w:t>
      </w:r>
      <w:r>
        <w:rPr>
          <w:b w:val="0"/>
          <w:i w:val="0"/>
          <w:smallCaps w:val="0"/>
          <w:strike w:val="0"/>
          <w:sz w:val="22"/>
          <w:u w:val="single"/>
        </w:rPr>
        <w:t>animals</w:t>
      </w:r>
      <w:r>
        <w:rPr>
          <w:b w:val="0"/>
          <w:i w:val="0"/>
          <w:smallCaps w:val="0"/>
          <w:strike w:val="0"/>
          <w:sz w:val="16"/>
          <w:u w:val="none"/>
        </w:rPr>
        <w:t xml:space="preserve">, </w:t>
      </w:r>
      <w:r>
        <w:rPr>
          <w:b w:val="0"/>
          <w:i w:val="0"/>
          <w:smallCaps w:val="0"/>
          <w:strike w:val="0"/>
          <w:sz w:val="22"/>
          <w:u w:val="single"/>
        </w:rPr>
        <w:t>fungi</w:t>
      </w:r>
      <w:r>
        <w:rPr>
          <w:b w:val="0"/>
          <w:i w:val="0"/>
          <w:smallCaps w:val="0"/>
          <w:strike w:val="0"/>
          <w:sz w:val="16"/>
          <w:u w:val="none"/>
        </w:rPr>
        <w:t xml:space="preserve">, </w:t>
      </w:r>
      <w:r>
        <w:rPr>
          <w:b w:val="0"/>
          <w:i w:val="0"/>
          <w:smallCaps w:val="0"/>
          <w:strike w:val="0"/>
          <w:sz w:val="22"/>
          <w:u w:val="single"/>
        </w:rPr>
        <w:t>plants</w:t>
      </w:r>
      <w:r>
        <w:rPr>
          <w:b w:val="0"/>
          <w:i w:val="0"/>
          <w:smallCaps w:val="0"/>
          <w:strike w:val="0"/>
          <w:sz w:val="16"/>
          <w:u w:val="none"/>
        </w:rPr>
        <w:t xml:space="preserve">, </w:t>
      </w:r>
      <w:r>
        <w:rPr>
          <w:b w:val="0"/>
          <w:i w:val="0"/>
          <w:smallCaps w:val="0"/>
          <w:strike w:val="0"/>
          <w:sz w:val="22"/>
          <w:u w:val="single"/>
        </w:rPr>
        <w:t>viruses</w:t>
      </w:r>
      <w:r>
        <w:rPr>
          <w:b w:val="0"/>
          <w:i w:val="0"/>
          <w:smallCaps w:val="0"/>
          <w:strike w:val="0"/>
          <w:sz w:val="16"/>
          <w:u w:val="none"/>
        </w:rPr>
        <w:t xml:space="preserve">, </w:t>
      </w:r>
      <w:r>
        <w:rPr>
          <w:b w:val="0"/>
          <w:i w:val="0"/>
          <w:smallCaps w:val="0"/>
          <w:strike w:val="0"/>
          <w:sz w:val="22"/>
          <w:u w:val="single"/>
        </w:rPr>
        <w:t>bacteria</w:t>
      </w:r>
      <w:r>
        <w:rPr>
          <w:b w:val="0"/>
          <w:i w:val="0"/>
          <w:smallCaps w:val="0"/>
          <w:strike w:val="0"/>
          <w:sz w:val="16"/>
          <w:u w:val="none"/>
        </w:rPr>
        <w:t>—</w:t>
      </w:r>
      <w:r>
        <w:rPr>
          <w:b w:val="0"/>
          <w:i w:val="0"/>
          <w:smallCaps w:val="0"/>
          <w:strike w:val="0"/>
          <w:sz w:val="22"/>
          <w:u w:val="single"/>
        </w:rPr>
        <w:t>the same life in disparate bodies</w:t>
      </w:r>
      <w:r>
        <w:rPr>
          <w:b w:val="0"/>
          <w:i w:val="0"/>
          <w:smallCaps w:val="0"/>
          <w:strike w:val="0"/>
          <w:sz w:val="16"/>
          <w:u w:val="none"/>
        </w:rPr>
        <w:t xml:space="preserve"> (Laubichler 2019).</w:t>
      </w:r>
    </w:p>
    <w:p>
      <w:pPr>
        <w:spacing w:after="60"/>
      </w:pPr>
      <w:r>
        <w:rPr>
          <w:b w:val="0"/>
          <w:i w:val="0"/>
          <w:smallCaps w:val="0"/>
          <w:strike w:val="0"/>
          <w:sz w:val="16"/>
          <w:u w:val="none"/>
        </w:rPr>
        <w:t xml:space="preserve">Over the last decade, </w:t>
      </w:r>
      <w:r>
        <w:rPr>
          <w:b w:val="0"/>
          <w:i w:val="0"/>
          <w:smallCaps w:val="0"/>
          <w:strike w:val="0"/>
          <w:sz w:val="22"/>
          <w:u w:val="single"/>
        </w:rPr>
        <w:t>numerous algorithmic forms of intelligence have been developed</w:t>
      </w:r>
      <w:r>
        <w:rPr>
          <w:b w:val="0"/>
          <w:i w:val="0"/>
          <w:smallCaps w:val="0"/>
          <w:strike w:val="0"/>
          <w:sz w:val="16"/>
          <w:u w:val="none"/>
        </w:rPr>
        <w:t xml:space="preserve"> (Amoore and Piotukh 2020). Many are inspired by the natural world and by ideas of natural selection and evolution. Such is the case of genetic algorithms—a subset of evolutionary algorithms that “mimic actions inspired in biological operators, such as cells.” They “seek to optimize the responses to the problems of their environments by self-generating, and encompassing processes of mutation and natural selection” (Pasquinelli 2015). As Margarida Mendes (2017) powerfully argues, </w:t>
      </w:r>
      <w:r>
        <w:rPr>
          <w:b w:val="0"/>
          <w:i w:val="0"/>
          <w:smallCaps w:val="0"/>
          <w:strike w:val="0"/>
          <w:sz w:val="22"/>
          <w:u w:val="single"/>
        </w:rPr>
        <w:t xml:space="preserve">a </w:t>
      </w:r>
      <w:r>
        <w:rPr>
          <w:b/>
          <w:i w:val="0"/>
          <w:smallCaps w:val="0"/>
          <w:strike w:val="0"/>
          <w:sz w:val="22"/>
          <w:u w:val="single"/>
        </w:rPr>
        <w:t>shifting redistribution</w:t>
      </w:r>
      <w:r>
        <w:rPr>
          <w:b w:val="0"/>
          <w:i w:val="0"/>
          <w:smallCaps w:val="0"/>
          <w:strike w:val="0"/>
          <w:sz w:val="22"/>
          <w:u w:val="single"/>
        </w:rPr>
        <w:t xml:space="preserve"> of powers between the human and the technological is unfolding</w:t>
      </w:r>
      <w:r>
        <w:rPr>
          <w:b w:val="0"/>
          <w:i w:val="0"/>
          <w:smallCaps w:val="0"/>
          <w:strike w:val="0"/>
          <w:sz w:val="16"/>
          <w:u w:val="none"/>
        </w:rPr>
        <w:t xml:space="preserve">. </w:t>
      </w:r>
      <w:r>
        <w:rPr>
          <w:b w:val="0"/>
          <w:i w:val="0"/>
          <w:smallCaps w:val="0"/>
          <w:strike w:val="0"/>
          <w:sz w:val="22"/>
          <w:u w:val="single"/>
        </w:rPr>
        <w:t>Technologies</w:t>
      </w:r>
      <w:r>
        <w:rPr>
          <w:b w:val="0"/>
          <w:i w:val="0"/>
          <w:smallCaps w:val="0"/>
          <w:strike w:val="0"/>
          <w:sz w:val="16"/>
          <w:u w:val="none"/>
        </w:rPr>
        <w:t xml:space="preserve">, in turn, </w:t>
      </w:r>
      <w:r>
        <w:rPr>
          <w:b w:val="0"/>
          <w:i w:val="0"/>
          <w:smallCaps w:val="0"/>
          <w:strike w:val="0"/>
          <w:sz w:val="22"/>
          <w:u w:val="single"/>
        </w:rPr>
        <w:t xml:space="preserve">are </w:t>
      </w:r>
      <w:r>
        <w:rPr>
          <w:b/>
          <w:i w:val="0"/>
          <w:smallCaps w:val="0"/>
          <w:strike w:val="0"/>
          <w:sz w:val="22"/>
          <w:u w:val="single"/>
        </w:rPr>
        <w:t>increasingly tied</w:t>
      </w:r>
      <w:r>
        <w:rPr>
          <w:b w:val="0"/>
          <w:i w:val="0"/>
          <w:smallCaps w:val="0"/>
          <w:strike w:val="0"/>
          <w:sz w:val="16"/>
          <w:u w:val="none"/>
        </w:rPr>
        <w:t xml:space="preserve"> both metabolically and reproductively </w:t>
      </w:r>
      <w:r>
        <w:rPr>
          <w:b w:val="0"/>
          <w:i w:val="0"/>
          <w:smallCaps w:val="0"/>
          <w:strike w:val="0"/>
          <w:sz w:val="22"/>
          <w:u w:val="single"/>
        </w:rPr>
        <w:t xml:space="preserve">into complex networks of </w:t>
      </w:r>
      <w:r>
        <w:rPr>
          <w:b/>
          <w:i w:val="0"/>
          <w:smallCaps w:val="0"/>
          <w:strike w:val="0"/>
          <w:sz w:val="22"/>
          <w:u w:val="single"/>
        </w:rPr>
        <w:t>extraction</w:t>
      </w:r>
      <w:r>
        <w:rPr>
          <w:b w:val="0"/>
          <w:i w:val="0"/>
          <w:smallCaps w:val="0"/>
          <w:strike w:val="0"/>
          <w:sz w:val="22"/>
          <w:u w:val="single"/>
        </w:rPr>
        <w:t xml:space="preserve"> and </w:t>
      </w:r>
      <w:r>
        <w:rPr>
          <w:b/>
          <w:i w:val="0"/>
          <w:smallCaps w:val="0"/>
          <w:strike w:val="0"/>
          <w:sz w:val="22"/>
          <w:u w:val="single"/>
        </w:rPr>
        <w:t>predation</w:t>
      </w:r>
      <w:r>
        <w:rPr>
          <w:b w:val="0"/>
          <w:i w:val="0"/>
          <w:smallCaps w:val="0"/>
          <w:strike w:val="0"/>
          <w:sz w:val="16"/>
          <w:u w:val="none"/>
        </w:rPr>
        <w:t xml:space="preserve">. Mendes shows the extent to which </w:t>
      </w:r>
      <w:r>
        <w:rPr>
          <w:b w:val="0"/>
          <w:i w:val="0"/>
          <w:smallCaps w:val="0"/>
          <w:strike w:val="0"/>
          <w:sz w:val="22"/>
          <w:u w:val="single"/>
        </w:rPr>
        <w:t>the genetic codes of humans</w:t>
      </w:r>
      <w:r>
        <w:rPr>
          <w:b w:val="0"/>
          <w:i w:val="0"/>
          <w:smallCaps w:val="0"/>
          <w:strike w:val="0"/>
          <w:sz w:val="16"/>
          <w:u w:val="none"/>
        </w:rPr>
        <w:t xml:space="preserve">, </w:t>
      </w:r>
      <w:r>
        <w:rPr>
          <w:b w:val="0"/>
          <w:i w:val="0"/>
          <w:smallCaps w:val="0"/>
          <w:strike w:val="0"/>
          <w:sz w:val="22"/>
          <w:u w:val="single"/>
        </w:rPr>
        <w:t>plants</w:t>
      </w:r>
      <w:r>
        <w:rPr>
          <w:b w:val="0"/>
          <w:i w:val="0"/>
          <w:smallCaps w:val="0"/>
          <w:strike w:val="0"/>
          <w:sz w:val="16"/>
          <w:u w:val="none"/>
        </w:rPr>
        <w:t xml:space="preserve">, </w:t>
      </w:r>
      <w:r>
        <w:rPr>
          <w:b w:val="0"/>
          <w:i w:val="0"/>
          <w:smallCaps w:val="0"/>
          <w:strike w:val="0"/>
          <w:sz w:val="22"/>
          <w:u w:val="single"/>
        </w:rPr>
        <w:t xml:space="preserve">and animals are being </w:t>
      </w:r>
      <w:r>
        <w:rPr>
          <w:b/>
          <w:i w:val="0"/>
          <w:smallCaps w:val="0"/>
          <w:strike w:val="0"/>
          <w:sz w:val="22"/>
          <w:u w:val="single"/>
        </w:rPr>
        <w:t>cracked</w:t>
      </w:r>
      <w:r>
        <w:rPr>
          <w:b w:val="0"/>
          <w:i w:val="0"/>
          <w:smallCaps w:val="0"/>
          <w:strike w:val="0"/>
          <w:sz w:val="22"/>
          <w:u w:val="single"/>
        </w:rPr>
        <w:t xml:space="preserve"> and </w:t>
      </w:r>
      <w:r>
        <w:rPr>
          <w:b/>
          <w:i w:val="0"/>
          <w:smallCaps w:val="0"/>
          <w:strike w:val="0"/>
          <w:sz w:val="22"/>
          <w:u w:val="single"/>
        </w:rPr>
        <w:t>disseminated</w:t>
      </w:r>
      <w:r>
        <w:rPr>
          <w:b w:val="0"/>
          <w:i w:val="0"/>
          <w:smallCaps w:val="0"/>
          <w:strike w:val="0"/>
          <w:sz w:val="16"/>
          <w:u w:val="none"/>
        </w:rPr>
        <w:t xml:space="preserve">. </w:t>
      </w:r>
      <w:r>
        <w:rPr>
          <w:b w:val="0"/>
          <w:i w:val="0"/>
          <w:smallCaps w:val="0"/>
          <w:strike w:val="0"/>
          <w:sz w:val="22"/>
          <w:u w:val="single"/>
        </w:rPr>
        <w:t>This</w:t>
      </w:r>
      <w:r>
        <w:rPr>
          <w:b w:val="0"/>
          <w:i w:val="0"/>
          <w:smallCaps w:val="0"/>
          <w:strike w:val="0"/>
          <w:sz w:val="16"/>
          <w:u w:val="none"/>
        </w:rPr>
        <w:t xml:space="preserve">, in turn, </w:t>
      </w:r>
      <w:r>
        <w:rPr>
          <w:b w:val="0"/>
          <w:i w:val="0"/>
          <w:smallCaps w:val="0"/>
          <w:strike w:val="0"/>
          <w:sz w:val="22"/>
          <w:u w:val="single"/>
        </w:rPr>
        <w:t>is giving way to an exponential rise of biological patents</w:t>
      </w:r>
      <w:r>
        <w:rPr>
          <w:b w:val="0"/>
          <w:i w:val="0"/>
          <w:smallCaps w:val="0"/>
          <w:strike w:val="0"/>
          <w:sz w:val="16"/>
          <w:u w:val="none"/>
        </w:rPr>
        <w:t xml:space="preserve">. </w:t>
      </w:r>
      <w:r>
        <w:rPr>
          <w:b w:val="0"/>
          <w:i w:val="0"/>
          <w:smallCaps w:val="0"/>
          <w:strike w:val="0"/>
          <w:sz w:val="22"/>
          <w:u w:val="single"/>
        </w:rPr>
        <w:t xml:space="preserve">The human genome is in the process of being </w:t>
      </w:r>
      <w:r>
        <w:rPr>
          <w:b/>
          <w:i w:val="0"/>
          <w:smallCaps w:val="0"/>
          <w:strike w:val="0"/>
          <w:sz w:val="22"/>
          <w:u w:val="single"/>
        </w:rPr>
        <w:t>privately owned</w:t>
      </w:r>
      <w:r>
        <w:rPr>
          <w:b w:val="0"/>
          <w:i w:val="0"/>
          <w:smallCaps w:val="0"/>
          <w:strike w:val="0"/>
          <w:sz w:val="16"/>
          <w:u w:val="none"/>
        </w:rPr>
        <w:t>.</w:t>
      </w:r>
    </w:p>
    <w:p>
      <w:pPr>
        <w:spacing w:after="60"/>
      </w:pPr>
      <w:r>
        <w:rPr>
          <w:b w:val="0"/>
          <w:i w:val="0"/>
          <w:smallCaps w:val="0"/>
          <w:strike w:val="0"/>
          <w:sz w:val="22"/>
          <w:u w:val="single"/>
        </w:rPr>
        <w:t xml:space="preserve">Life itself is </w:t>
      </w:r>
      <w:r>
        <w:rPr>
          <w:b/>
          <w:i w:val="0"/>
          <w:smallCaps w:val="0"/>
          <w:strike w:val="0"/>
          <w:sz w:val="22"/>
          <w:u w:val="single"/>
        </w:rPr>
        <w:t>more</w:t>
      </w:r>
      <w:r>
        <w:rPr>
          <w:b w:val="0"/>
          <w:i w:val="0"/>
          <w:smallCaps w:val="0"/>
          <w:strike w:val="0"/>
          <w:sz w:val="22"/>
          <w:u w:val="single"/>
        </w:rPr>
        <w:t xml:space="preserve"> and </w:t>
      </w:r>
      <w:r>
        <w:rPr>
          <w:b/>
          <w:i w:val="0"/>
          <w:smallCaps w:val="0"/>
          <w:strike w:val="0"/>
          <w:sz w:val="22"/>
          <w:u w:val="single"/>
        </w:rPr>
        <w:t>more perceived</w:t>
      </w:r>
      <w:r>
        <w:rPr>
          <w:b w:val="0"/>
          <w:i w:val="0"/>
          <w:smallCaps w:val="0"/>
          <w:strike w:val="0"/>
          <w:sz w:val="22"/>
          <w:u w:val="single"/>
        </w:rPr>
        <w:t xml:space="preserve"> as a </w:t>
      </w:r>
      <w:r>
        <w:rPr>
          <w:b/>
          <w:i w:val="0"/>
          <w:smallCaps w:val="0"/>
          <w:strike w:val="0"/>
          <w:sz w:val="22"/>
          <w:u w:val="single"/>
        </w:rPr>
        <w:t>commodity</w:t>
      </w:r>
      <w:r>
        <w:rPr>
          <w:b w:val="0"/>
          <w:i w:val="0"/>
          <w:smallCaps w:val="0"/>
          <w:strike w:val="0"/>
          <w:sz w:val="22"/>
          <w:u w:val="single"/>
        </w:rPr>
        <w:t xml:space="preserve"> to be replicated under the volatility of market consumption</w:t>
      </w:r>
      <w:r>
        <w:rPr>
          <w:b w:val="0"/>
          <w:i w:val="0"/>
          <w:smallCaps w:val="0"/>
          <w:strike w:val="0"/>
          <w:sz w:val="16"/>
          <w:u w:val="none"/>
        </w:rPr>
        <w:t xml:space="preserve">. Mendes goes on to show how </w:t>
      </w:r>
      <w:r>
        <w:rPr>
          <w:b/>
          <w:i w:val="0"/>
          <w:smallCaps w:val="0"/>
          <w:strike w:val="0"/>
          <w:sz w:val="22"/>
          <w:u w:val="single"/>
        </w:rPr>
        <w:t>thousands</w:t>
      </w:r>
      <w:r>
        <w:rPr>
          <w:b w:val="0"/>
          <w:i w:val="0"/>
          <w:smallCaps w:val="0"/>
          <w:strike w:val="0"/>
          <w:sz w:val="22"/>
          <w:u w:val="single"/>
        </w:rPr>
        <w:t xml:space="preserve"> of new molecules whose behavior cannot be predicted are </w:t>
      </w:r>
      <w:r>
        <w:rPr>
          <w:b/>
          <w:i w:val="0"/>
          <w:smallCaps w:val="0"/>
          <w:strike w:val="0"/>
          <w:sz w:val="22"/>
          <w:u w:val="single"/>
        </w:rPr>
        <w:t>produced</w:t>
      </w:r>
      <w:r>
        <w:rPr>
          <w:b w:val="0"/>
          <w:i w:val="0"/>
          <w:smallCaps w:val="0"/>
          <w:strike w:val="0"/>
          <w:sz w:val="22"/>
          <w:u w:val="single"/>
        </w:rPr>
        <w:t xml:space="preserve"> and </w:t>
      </w:r>
      <w:r>
        <w:rPr>
          <w:b/>
          <w:i w:val="0"/>
          <w:smallCaps w:val="0"/>
          <w:strike w:val="0"/>
          <w:sz w:val="22"/>
          <w:u w:val="single"/>
        </w:rPr>
        <w:t>released</w:t>
      </w:r>
      <w:r>
        <w:rPr>
          <w:b w:val="0"/>
          <w:i w:val="0"/>
          <w:smallCaps w:val="0"/>
          <w:strike w:val="0"/>
          <w:sz w:val="22"/>
          <w:u w:val="single"/>
        </w:rPr>
        <w:t xml:space="preserve"> into the ecosystem</w:t>
      </w:r>
      <w:r>
        <w:rPr>
          <w:b w:val="0"/>
          <w:i w:val="0"/>
          <w:smallCaps w:val="0"/>
          <w:strike w:val="0"/>
          <w:sz w:val="16"/>
          <w:u w:val="none"/>
        </w:rPr>
        <w:t xml:space="preserve">. </w:t>
      </w:r>
      <w:r>
        <w:rPr>
          <w:b w:val="0"/>
          <w:i w:val="0"/>
          <w:smallCaps w:val="0"/>
          <w:strike w:val="0"/>
          <w:sz w:val="22"/>
          <w:u w:val="single"/>
        </w:rPr>
        <w:t>Seeds</w:t>
      </w:r>
      <w:r>
        <w:rPr>
          <w:b w:val="0"/>
          <w:i w:val="0"/>
          <w:smallCaps w:val="0"/>
          <w:strike w:val="0"/>
          <w:sz w:val="16"/>
          <w:u w:val="none"/>
        </w:rPr>
        <w:t xml:space="preserve">, </w:t>
      </w:r>
      <w:r>
        <w:rPr>
          <w:b w:val="0"/>
          <w:i w:val="0"/>
          <w:smallCaps w:val="0"/>
          <w:strike w:val="0"/>
          <w:sz w:val="22"/>
          <w:u w:val="single"/>
        </w:rPr>
        <w:t>chemical herbicides</w:t>
      </w:r>
      <w:r>
        <w:rPr>
          <w:b w:val="0"/>
          <w:i w:val="0"/>
          <w:smallCaps w:val="0"/>
          <w:strike w:val="0"/>
          <w:sz w:val="16"/>
          <w:u w:val="none"/>
        </w:rPr>
        <w:t xml:space="preserve">, </w:t>
      </w:r>
      <w:r>
        <w:rPr>
          <w:b w:val="0"/>
          <w:i w:val="0"/>
          <w:smallCaps w:val="0"/>
          <w:strike w:val="0"/>
          <w:sz w:val="22"/>
          <w:u w:val="single"/>
        </w:rPr>
        <w:t>GMOs</w:t>
      </w:r>
      <w:r>
        <w:rPr>
          <w:b w:val="0"/>
          <w:i w:val="0"/>
          <w:smallCaps w:val="0"/>
          <w:strike w:val="0"/>
          <w:sz w:val="16"/>
          <w:u w:val="none"/>
        </w:rPr>
        <w:t xml:space="preserve">, </w:t>
      </w:r>
      <w:r>
        <w:rPr>
          <w:b w:val="0"/>
          <w:i w:val="0"/>
          <w:smallCaps w:val="0"/>
          <w:strike w:val="0"/>
          <w:sz w:val="22"/>
          <w:u w:val="single"/>
        </w:rPr>
        <w:t>and pesticides are patented by a handful of multinationals</w:t>
      </w:r>
      <w:r>
        <w:rPr>
          <w:b w:val="0"/>
          <w:i w:val="0"/>
          <w:smallCaps w:val="0"/>
          <w:strike w:val="0"/>
          <w:sz w:val="16"/>
          <w:u w:val="none"/>
        </w:rPr>
        <w:t xml:space="preserve">, she adds. </w:t>
      </w:r>
      <w:r>
        <w:rPr>
          <w:b w:val="0"/>
          <w:i w:val="0"/>
          <w:smallCaps w:val="0"/>
          <w:strike w:val="0"/>
          <w:sz w:val="22"/>
          <w:u w:val="single"/>
        </w:rPr>
        <w:t>Through widespread genetic modification of key elements in the food chain</w:t>
      </w:r>
      <w:r>
        <w:rPr>
          <w:b w:val="0"/>
          <w:i w:val="0"/>
          <w:smallCaps w:val="0"/>
          <w:strike w:val="0"/>
          <w:sz w:val="16"/>
          <w:u w:val="none"/>
        </w:rPr>
        <w:t xml:space="preserve">, </w:t>
      </w:r>
      <w:r>
        <w:rPr>
          <w:b w:val="0"/>
          <w:i w:val="0"/>
          <w:smallCaps w:val="0"/>
          <w:strike w:val="0"/>
          <w:sz w:val="22"/>
          <w:u w:val="single"/>
        </w:rPr>
        <w:t xml:space="preserve">corporations are </w:t>
      </w:r>
      <w:r>
        <w:rPr>
          <w:b/>
          <w:i w:val="0"/>
          <w:smallCaps w:val="0"/>
          <w:strike w:val="0"/>
          <w:sz w:val="22"/>
          <w:u w:val="single"/>
        </w:rPr>
        <w:t>intervening directly</w:t>
      </w:r>
      <w:r>
        <w:rPr>
          <w:b w:val="0"/>
          <w:i w:val="0"/>
          <w:smallCaps w:val="0"/>
          <w:strike w:val="0"/>
          <w:sz w:val="22"/>
          <w:u w:val="single"/>
        </w:rPr>
        <w:t xml:space="preserve"> in the natural cycles of life and ecosystems</w:t>
      </w:r>
      <w:r>
        <w:rPr>
          <w:b w:val="0"/>
          <w:i w:val="0"/>
          <w:smallCaps w:val="0"/>
          <w:strike w:val="0"/>
          <w:sz w:val="16"/>
          <w:u w:val="none"/>
        </w:rPr>
        <w:t xml:space="preserve">. </w:t>
      </w:r>
      <w:r>
        <w:rPr>
          <w:b w:val="0"/>
          <w:i w:val="0"/>
          <w:smallCaps w:val="0"/>
          <w:strike w:val="0"/>
          <w:sz w:val="22"/>
          <w:u w:val="single"/>
        </w:rPr>
        <w:t xml:space="preserve">Patented GMO genes are </w:t>
      </w:r>
      <w:r>
        <w:rPr>
          <w:b/>
          <w:i w:val="0"/>
          <w:smallCaps w:val="0"/>
          <w:strike w:val="0"/>
          <w:sz w:val="22"/>
          <w:u w:val="single"/>
        </w:rPr>
        <w:t>absorbed</w:t>
      </w:r>
      <w:r>
        <w:rPr>
          <w:b w:val="0"/>
          <w:i w:val="0"/>
          <w:smallCaps w:val="0"/>
          <w:strike w:val="0"/>
          <w:sz w:val="22"/>
          <w:u w:val="single"/>
        </w:rPr>
        <w:t xml:space="preserve"> into human bodies and</w:t>
      </w:r>
      <w:r>
        <w:rPr>
          <w:b w:val="0"/>
          <w:i w:val="0"/>
          <w:smallCaps w:val="0"/>
          <w:strike w:val="0"/>
          <w:sz w:val="16"/>
          <w:u w:val="none"/>
        </w:rPr>
        <w:t xml:space="preserve"> the bodies of various </w:t>
      </w:r>
      <w:r>
        <w:rPr>
          <w:b w:val="0"/>
          <w:i w:val="0"/>
          <w:smallCaps w:val="0"/>
          <w:strike w:val="0"/>
          <w:sz w:val="22"/>
          <w:u w:val="single"/>
        </w:rPr>
        <w:t>other species</w:t>
      </w:r>
      <w:r>
        <w:rPr>
          <w:b w:val="0"/>
          <w:i w:val="0"/>
          <w:smallCaps w:val="0"/>
          <w:strike w:val="0"/>
          <w:sz w:val="16"/>
          <w:u w:val="none"/>
        </w:rPr>
        <w:t xml:space="preserve">, turning the latter into infrastructures and </w:t>
      </w:r>
      <w:r>
        <w:rPr>
          <w:b w:val="0"/>
          <w:i w:val="0"/>
          <w:smallCaps w:val="0"/>
          <w:strike w:val="0"/>
          <w:sz w:val="22"/>
          <w:u w:val="single"/>
        </w:rPr>
        <w:t xml:space="preserve">inscribing them into a </w:t>
      </w:r>
      <w:r>
        <w:rPr>
          <w:b/>
          <w:i w:val="0"/>
          <w:smallCaps w:val="0"/>
          <w:strike w:val="0"/>
          <w:sz w:val="22"/>
          <w:u w:val="single"/>
        </w:rPr>
        <w:t>proprietary relationship of biological subjugation</w:t>
      </w:r>
      <w:r>
        <w:rPr>
          <w:b w:val="0"/>
          <w:i w:val="0"/>
          <w:smallCaps w:val="0"/>
          <w:strike w:val="0"/>
          <w:sz w:val="16"/>
          <w:u w:val="none"/>
        </w:rPr>
        <w:t>, she concludes.</w:t>
      </w:r>
    </w:p>
    <w:p>
      <w:pPr>
        <w:spacing w:after="60"/>
      </w:pPr>
      <w:r>
        <w:rPr>
          <w:b w:val="0"/>
          <w:i w:val="0"/>
          <w:smallCaps w:val="0"/>
          <w:strike w:val="0"/>
          <w:sz w:val="16"/>
          <w:u w:val="none"/>
        </w:rPr>
        <w:t>As algorithmic forms of intelligence grow in parallel to (and often in alliance with) genetic research, the integration of algorithms and big-data analysis in the biological sphere brings with it a greater belief in techno-positivism. More and more, statistical thought, regimes of assessment of the natural world, modes of prediction, and analysis treat matter and life itself as finite and computable objects. The idea that life might be an open, nonlinear, and exponentially chaotic system is increasingly behind us. We seem to have reached a point where the market is reimagined as the primary mechanism for the validation of truth. Since markets themselves are increasingly turning into algorithmic structures, the only useful knowledge today is supposed to be algorithmic. Instead of actual human beings with body, history, and flesh, big data and statistical inferences are all that count, and both are mostly derived from computation.</w:t>
      </w:r>
    </w:p>
    <w:p>
      <w:pPr>
        <w:spacing w:after="60"/>
      </w:pPr>
      <w:r>
        <w:rPr>
          <w:b w:val="0"/>
          <w:i w:val="0"/>
          <w:smallCaps w:val="0"/>
          <w:strike w:val="0"/>
          <w:sz w:val="16"/>
          <w:u w:val="none"/>
        </w:rPr>
        <w:t>Through big data in particular, surveillance is expanded into the emotional registers of domestic and embodied experience. As Kirstie Ball and William Webster (2020) have argued, a nexus of the potential of analysts, the data practices themselves, and the newly configured intimate spheres is increasingly drawn into the commercial value chain (Ball and Webster 2020). Data extraction is itself a political economic regime driven by the perpetual cycle of capital accumulation (Sadowski 2020).</w:t>
      </w:r>
    </w:p>
    <w:p>
      <w:pPr>
        <w:spacing w:after="60"/>
      </w:pPr>
      <w:r>
        <w:rPr>
          <w:b w:val="0"/>
          <w:i w:val="0"/>
          <w:smallCaps w:val="0"/>
          <w:strike w:val="0"/>
          <w:sz w:val="16"/>
          <w:u w:val="none"/>
        </w:rPr>
        <w:t>For Matteo Pasquinelli (2015), algorithmic reason is a form of rationality whose end is the understanding of vast amounts of data according to a specific vector, the recording of emerging properties, and the forecasting of tendencies. To some extent, the metadata society is characterized by the “accumulation of information about information.” Algorithms also mine metadata for the purpose of establishing patterns of behavior, detecting anomalies, and recognizing an enemy. The enemy is constructed as a reality via statistics, modeling, and mathematics. Power, thus, is increasingly about identifying patterns or connections in random data, in a context in which the opposition between information and knowledge, knowledge and data, data and image, and thinking and seeing appears to collapse.</w:t>
      </w:r>
    </w:p>
    <w:p>
      <w:pPr>
        <w:spacing w:after="60"/>
      </w:pPr>
      <w:r>
        <w:rPr>
          <w:b w:val="0"/>
          <w:i w:val="0"/>
          <w:smallCaps w:val="0"/>
          <w:strike w:val="0"/>
          <w:sz w:val="16"/>
          <w:u w:val="none"/>
        </w:rPr>
        <w:t>Power, detection, and surveillance are nevertheless not all. Algorithms are interwoven with a multiplicity of relations and heterogeneous things, be they data, bodies, or objects (Amoore 2020). In this sense, they are in themselves a negotiated process. Their power derives from their capacity to dynamically combine and recombine them and in so doing to reconfigure different social and material heterogeneities (Burke 2019; Lee and Björklund Larsen 2017). How they fold and unfold these relations, and with what effects, is an open-ended matter.</w:t>
      </w:r>
    </w:p>
    <w:p>
      <w:pPr>
        <w:spacing w:after="60"/>
      </w:pPr>
      <w:r>
        <w:rPr>
          <w:b w:val="0"/>
          <w:i w:val="0"/>
          <w:smallCaps w:val="0"/>
          <w:strike w:val="0"/>
          <w:sz w:val="16"/>
          <w:u w:val="none"/>
        </w:rPr>
        <w:t xml:space="preserve">Computational and </w:t>
      </w:r>
      <w:r>
        <w:rPr>
          <w:b w:val="0"/>
          <w:i w:val="0"/>
          <w:smallCaps w:val="0"/>
          <w:strike w:val="0"/>
          <w:sz w:val="22"/>
          <w:u w:val="single"/>
        </w:rPr>
        <w:t xml:space="preserve">algorithmic logic is now found at the </w:t>
      </w:r>
      <w:r>
        <w:rPr>
          <w:b/>
          <w:i w:val="0"/>
          <w:smallCaps w:val="0"/>
          <w:strike w:val="0"/>
          <w:sz w:val="22"/>
          <w:u w:val="single"/>
        </w:rPr>
        <w:t>very source of general perception</w:t>
      </w:r>
      <w:r>
        <w:rPr>
          <w:b w:val="0"/>
          <w:i w:val="0"/>
          <w:smallCaps w:val="0"/>
          <w:strike w:val="0"/>
          <w:sz w:val="16"/>
          <w:u w:val="none"/>
        </w:rPr>
        <w:t xml:space="preserve">. As a result of the conflation of knowledge, computation, and markets, contempt has been extended to anyone who has nothing to sell and nothing to buy, or anything that cannot be bought and sold. </w:t>
      </w:r>
      <w:r>
        <w:rPr>
          <w:b w:val="0"/>
          <w:i w:val="0"/>
          <w:smallCaps w:val="0"/>
          <w:strike w:val="0"/>
          <w:sz w:val="22"/>
          <w:u w:val="single"/>
        </w:rPr>
        <w:t xml:space="preserve">It is therefore </w:t>
      </w:r>
      <w:r>
        <w:rPr>
          <w:b/>
          <w:i w:val="0"/>
          <w:smallCaps w:val="0"/>
          <w:strike w:val="0"/>
          <w:sz w:val="22"/>
          <w:u w:val="single"/>
        </w:rPr>
        <w:t>correct</w:t>
      </w:r>
      <w:r>
        <w:rPr>
          <w:b w:val="0"/>
          <w:i w:val="0"/>
          <w:smallCaps w:val="0"/>
          <w:strike w:val="0"/>
          <w:sz w:val="22"/>
          <w:u w:val="single"/>
        </w:rPr>
        <w:t xml:space="preserve"> to argue that there is a </w:t>
      </w:r>
      <w:r>
        <w:rPr>
          <w:b/>
          <w:i w:val="0"/>
          <w:smallCaps w:val="0"/>
          <w:strike w:val="0"/>
          <w:sz w:val="22"/>
          <w:u w:val="single"/>
        </w:rPr>
        <w:t>shifting distribution of powers</w:t>
      </w:r>
      <w:r>
        <w:rPr>
          <w:b w:val="0"/>
          <w:i w:val="0"/>
          <w:smallCaps w:val="0"/>
          <w:strike w:val="0"/>
          <w:sz w:val="22"/>
          <w:u w:val="single"/>
        </w:rPr>
        <w:t xml:space="preserve"> between the human and the technological</w:t>
      </w:r>
      <w:r>
        <w:rPr>
          <w:b w:val="0"/>
          <w:i w:val="0"/>
          <w:smallCaps w:val="0"/>
          <w:strike w:val="0"/>
          <w:sz w:val="16"/>
          <w:u w:val="none"/>
        </w:rPr>
        <w:t xml:space="preserve">, in the sense that </w:t>
      </w:r>
      <w:r>
        <w:rPr>
          <w:b w:val="0"/>
          <w:i w:val="0"/>
          <w:smallCaps w:val="0"/>
          <w:strike w:val="0"/>
          <w:sz w:val="22"/>
          <w:u w:val="single"/>
        </w:rPr>
        <w:t>technologies are moving toward</w:t>
      </w:r>
      <w:r>
        <w:rPr>
          <w:b w:val="0"/>
          <w:i w:val="0"/>
          <w:smallCaps w:val="0"/>
          <w:strike w:val="0"/>
          <w:sz w:val="16"/>
          <w:u w:val="none"/>
        </w:rPr>
        <w:t xml:space="preserve"> “</w:t>
      </w:r>
      <w:r>
        <w:rPr>
          <w:b/>
          <w:i w:val="0"/>
          <w:smallCaps w:val="0"/>
          <w:strike w:val="0"/>
          <w:sz w:val="22"/>
          <w:u w:val="single"/>
        </w:rPr>
        <w:t>general intelligence</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2"/>
          <w:u w:val="single"/>
        </w:rPr>
        <w:t>self-replication</w:t>
      </w:r>
      <w:r>
        <w:rPr>
          <w:b w:val="0"/>
          <w:i w:val="0"/>
          <w:smallCaps w:val="0"/>
          <w:strike w:val="0"/>
          <w:sz w:val="16"/>
          <w:u w:val="none"/>
        </w:rPr>
        <w:t xml:space="preserve">. </w:t>
      </w:r>
      <w:r>
        <w:rPr>
          <w:b w:val="0"/>
          <w:i w:val="0"/>
          <w:smallCaps w:val="0"/>
          <w:strike w:val="0"/>
          <w:sz w:val="22"/>
          <w:u w:val="single"/>
        </w:rPr>
        <w:t xml:space="preserve">They are being granted the powers of </w:t>
      </w:r>
      <w:r>
        <w:rPr>
          <w:b/>
          <w:i w:val="0"/>
          <w:smallCaps w:val="0"/>
          <w:strike w:val="0"/>
          <w:sz w:val="22"/>
          <w:u w:val="single"/>
        </w:rPr>
        <w:t>reproduction</w:t>
      </w:r>
      <w:r>
        <w:rPr>
          <w:b w:val="0"/>
          <w:i w:val="0"/>
          <w:smallCaps w:val="0"/>
          <w:strike w:val="0"/>
          <w:sz w:val="22"/>
          <w:u w:val="single"/>
        </w:rPr>
        <w:t xml:space="preserve"> and </w:t>
      </w:r>
      <w:r>
        <w:rPr>
          <w:b/>
          <w:i w:val="0"/>
          <w:smallCaps w:val="0"/>
          <w:strike w:val="0"/>
          <w:sz w:val="22"/>
          <w:u w:val="single"/>
        </w:rPr>
        <w:t>independent</w:t>
      </w:r>
      <w:r>
        <w:rPr>
          <w:b w:val="0"/>
          <w:i w:val="0"/>
          <w:smallCaps w:val="0"/>
          <w:strike w:val="0"/>
          <w:sz w:val="16"/>
          <w:u w:val="none"/>
        </w:rPr>
        <w:t xml:space="preserve"> teleonomic </w:t>
      </w:r>
      <w:r>
        <w:rPr>
          <w:b/>
          <w:i w:val="0"/>
          <w:smallCaps w:val="0"/>
          <w:strike w:val="0"/>
          <w:sz w:val="22"/>
          <w:u w:val="single"/>
        </w:rPr>
        <w:t>purpose</w:t>
      </w:r>
      <w:r>
        <w:rPr>
          <w:b w:val="0"/>
          <w:i w:val="0"/>
          <w:smallCaps w:val="0"/>
          <w:strike w:val="0"/>
          <w:sz w:val="16"/>
          <w:u w:val="none"/>
        </w:rPr>
        <w:t xml:space="preserve"> rather than having them taken away.</w:t>
      </w:r>
    </w:p>
    <w:p>
      <w:pPr>
        <w:spacing w:after="60"/>
      </w:pPr>
      <w:r>
        <w:rPr>
          <w:b w:val="0"/>
          <w:i w:val="0"/>
          <w:smallCaps w:val="0"/>
          <w:strike w:val="0"/>
          <w:sz w:val="16"/>
          <w:u w:val="none"/>
        </w:rPr>
        <w:t xml:space="preserve">Key to life futures is therefore the extent to which </w:t>
      </w:r>
      <w:r>
        <w:rPr>
          <w:b w:val="0"/>
          <w:i w:val="0"/>
          <w:smallCaps w:val="0"/>
          <w:strike w:val="0"/>
          <w:sz w:val="22"/>
          <w:u w:val="single"/>
        </w:rPr>
        <w:t xml:space="preserve">technological escalation has </w:t>
      </w:r>
      <w:r>
        <w:rPr>
          <w:b/>
          <w:i w:val="0"/>
          <w:smallCaps w:val="0"/>
          <w:strike w:val="0"/>
          <w:sz w:val="22"/>
          <w:u w:val="single"/>
        </w:rPr>
        <w:t>redefined</w:t>
      </w:r>
      <w:r>
        <w:rPr>
          <w:b w:val="0"/>
          <w:i w:val="0"/>
          <w:smallCaps w:val="0"/>
          <w:strike w:val="0"/>
          <w:sz w:val="22"/>
          <w:u w:val="single"/>
        </w:rPr>
        <w:t xml:space="preserve"> the nature of speed</w:t>
      </w:r>
      <w:r>
        <w:rPr>
          <w:b w:val="0"/>
          <w:i w:val="0"/>
          <w:smallCaps w:val="0"/>
          <w:strike w:val="0"/>
          <w:sz w:val="16"/>
          <w:u w:val="none"/>
        </w:rPr>
        <w:t xml:space="preserve">, </w:t>
      </w:r>
      <w:r>
        <w:rPr>
          <w:b w:val="0"/>
          <w:i w:val="0"/>
          <w:smallCaps w:val="0"/>
          <w:strike w:val="0"/>
          <w:sz w:val="22"/>
          <w:u w:val="single"/>
        </w:rPr>
        <w:t>unshackled markets</w:t>
      </w:r>
      <w:r>
        <w:rPr>
          <w:b w:val="0"/>
          <w:i w:val="0"/>
          <w:smallCaps w:val="0"/>
          <w:strike w:val="0"/>
          <w:sz w:val="16"/>
          <w:u w:val="none"/>
        </w:rPr>
        <w:t xml:space="preserve">, </w:t>
      </w:r>
      <w:r>
        <w:rPr>
          <w:b w:val="0"/>
          <w:i w:val="0"/>
          <w:smallCaps w:val="0"/>
          <w:strike w:val="0"/>
          <w:sz w:val="22"/>
          <w:u w:val="single"/>
        </w:rPr>
        <w:t>and the economy</w:t>
      </w:r>
      <w:r>
        <w:rPr>
          <w:b w:val="0"/>
          <w:i w:val="0"/>
          <w:smallCaps w:val="0"/>
          <w:strike w:val="0"/>
          <w:sz w:val="16"/>
          <w:u w:val="none"/>
        </w:rPr>
        <w:t xml:space="preserve">. Important, too, are the ways in which </w:t>
      </w:r>
      <w:r>
        <w:rPr>
          <w:b w:val="0"/>
          <w:i w:val="0"/>
          <w:smallCaps w:val="0"/>
          <w:strike w:val="0"/>
          <w:sz w:val="22"/>
          <w:u w:val="single"/>
        </w:rPr>
        <w:t xml:space="preserve">various technological devices </w:t>
      </w:r>
      <w:r>
        <w:rPr>
          <w:b/>
          <w:i w:val="0"/>
          <w:smallCaps w:val="0"/>
          <w:strike w:val="0"/>
          <w:sz w:val="22"/>
          <w:u w:val="single"/>
        </w:rPr>
        <w:t>constantly monitor</w:t>
      </w:r>
      <w:r>
        <w:rPr>
          <w:b w:val="0"/>
          <w:i w:val="0"/>
          <w:smallCaps w:val="0"/>
          <w:strike w:val="0"/>
          <w:sz w:val="22"/>
          <w:u w:val="single"/>
        </w:rPr>
        <w:t xml:space="preserve"> our behavior in attempts to reveal how it could be </w:t>
      </w:r>
      <w:r>
        <w:rPr>
          <w:b/>
          <w:i w:val="0"/>
          <w:smallCaps w:val="0"/>
          <w:strike w:val="0"/>
          <w:sz w:val="22"/>
          <w:u w:val="single"/>
        </w:rPr>
        <w:t>modified</w:t>
      </w:r>
      <w:r>
        <w:rPr>
          <w:b w:val="0"/>
          <w:i w:val="0"/>
          <w:smallCaps w:val="0"/>
          <w:strike w:val="0"/>
          <w:sz w:val="22"/>
          <w:u w:val="single"/>
        </w:rPr>
        <w:t xml:space="preserve"> and </w:t>
      </w:r>
      <w:r>
        <w:rPr>
          <w:b/>
          <w:i w:val="0"/>
          <w:smallCaps w:val="0"/>
          <w:strike w:val="0"/>
          <w:sz w:val="22"/>
          <w:u w:val="single"/>
        </w:rPr>
        <w:t>optimized</w:t>
      </w:r>
      <w:r>
        <w:rPr>
          <w:b w:val="0"/>
          <w:i w:val="0"/>
          <w:smallCaps w:val="0"/>
          <w:strike w:val="0"/>
          <w:sz w:val="16"/>
          <w:u w:val="none"/>
        </w:rPr>
        <w:t xml:space="preserve">. As a matter of fact, </w:t>
      </w:r>
      <w:r>
        <w:rPr>
          <w:b w:val="0"/>
          <w:i w:val="0"/>
          <w:smallCaps w:val="0"/>
          <w:strike w:val="0"/>
          <w:sz w:val="22"/>
          <w:u w:val="single"/>
        </w:rPr>
        <w:t xml:space="preserve">some of the </w:t>
      </w:r>
      <w:r>
        <w:rPr>
          <w:b/>
          <w:i w:val="0"/>
          <w:smallCaps w:val="0"/>
          <w:strike w:val="0"/>
          <w:sz w:val="22"/>
          <w:u w:val="single"/>
        </w:rPr>
        <w:t>fastest-expanding markets</w:t>
      </w:r>
      <w:r>
        <w:rPr>
          <w:b w:val="0"/>
          <w:i w:val="0"/>
          <w:smallCaps w:val="0"/>
          <w:strike w:val="0"/>
          <w:sz w:val="22"/>
          <w:u w:val="single"/>
        </w:rPr>
        <w:t xml:space="preserve"> in the world today are</w:t>
      </w:r>
      <w:r>
        <w:rPr>
          <w:b w:val="0"/>
          <w:i w:val="0"/>
          <w:smallCaps w:val="0"/>
          <w:strike w:val="0"/>
          <w:sz w:val="16"/>
          <w:u w:val="none"/>
        </w:rPr>
        <w:t xml:space="preserve"> “</w:t>
      </w:r>
      <w:r>
        <w:rPr>
          <w:b w:val="0"/>
          <w:i w:val="0"/>
          <w:smallCaps w:val="0"/>
          <w:strike w:val="0"/>
          <w:sz w:val="22"/>
          <w:u w:val="single"/>
        </w:rPr>
        <w:t xml:space="preserve">markets for </w:t>
      </w:r>
      <w:r>
        <w:rPr>
          <w:b/>
          <w:i w:val="0"/>
          <w:smallCaps w:val="0"/>
          <w:strike w:val="0"/>
          <w:sz w:val="22"/>
          <w:u w:val="single"/>
        </w:rPr>
        <w:t>future behavior</w:t>
      </w:r>
      <w:r>
        <w:rPr>
          <w:b w:val="0"/>
          <w:i w:val="0"/>
          <w:smallCaps w:val="0"/>
          <w:strike w:val="0"/>
          <w:sz w:val="16"/>
          <w:u w:val="none"/>
        </w:rPr>
        <w:t xml:space="preserve">.” </w:t>
      </w:r>
      <w:r>
        <w:rPr>
          <w:b w:val="0"/>
          <w:i w:val="0"/>
          <w:smallCaps w:val="0"/>
          <w:strike w:val="0"/>
          <w:sz w:val="16"/>
          <w:u w:val="none"/>
        </w:rPr>
        <w:t>They rely on better understanding incipient future intent. This could be future voting</w:t>
      </w:r>
      <w:r>
        <w:rPr>
          <w:b w:val="0"/>
          <w:i w:val="0"/>
          <w:smallCaps w:val="0"/>
          <w:strike w:val="0"/>
          <w:sz w:val="16"/>
          <w:u w:val="none"/>
        </w:rPr>
        <w:t xml:space="preserve"> intentions. It could also be the intent to commit fraud, the intent to buy life insurance, or the intent to stream a specific video (Amoore 2019). </w:t>
      </w:r>
      <w:r>
        <w:rPr>
          <w:b w:val="0"/>
          <w:i w:val="0"/>
          <w:smallCaps w:val="0"/>
          <w:strike w:val="0"/>
          <w:sz w:val="22"/>
          <w:u w:val="single"/>
        </w:rPr>
        <w:t xml:space="preserve">These markets also rely on the </w:t>
      </w:r>
      <w:r>
        <w:rPr>
          <w:b/>
          <w:i w:val="0"/>
          <w:smallCaps w:val="0"/>
          <w:strike w:val="0"/>
          <w:sz w:val="22"/>
          <w:u w:val="single"/>
        </w:rPr>
        <w:t>extraction</w:t>
      </w:r>
      <w:r>
        <w:rPr>
          <w:b w:val="0"/>
          <w:i w:val="0"/>
          <w:smallCaps w:val="0"/>
          <w:strike w:val="0"/>
          <w:sz w:val="22"/>
          <w:u w:val="single"/>
        </w:rPr>
        <w:t xml:space="preserve"> and </w:t>
      </w:r>
      <w:r>
        <w:rPr>
          <w:b/>
          <w:i w:val="0"/>
          <w:smallCaps w:val="0"/>
          <w:strike w:val="0"/>
          <w:sz w:val="22"/>
          <w:u w:val="single"/>
        </w:rPr>
        <w:t>mining</w:t>
      </w:r>
      <w:r>
        <w:rPr>
          <w:b w:val="0"/>
          <w:i w:val="0"/>
          <w:smallCaps w:val="0"/>
          <w:strike w:val="0"/>
          <w:sz w:val="22"/>
          <w:u w:val="single"/>
        </w:rPr>
        <w:t xml:space="preserve"> of new forms of </w:t>
      </w:r>
      <w:r>
        <w:rPr>
          <w:b/>
          <w:i w:val="0"/>
          <w:smallCaps w:val="0"/>
          <w:strike w:val="0"/>
          <w:sz w:val="22"/>
          <w:u w:val="single"/>
        </w:rPr>
        <w:t>raw material</w:t>
      </w:r>
      <w:r>
        <w:rPr>
          <w:b w:val="0"/>
          <w:i w:val="0"/>
          <w:smallCaps w:val="0"/>
          <w:strike w:val="0"/>
          <w:sz w:val="16"/>
          <w:u w:val="none"/>
        </w:rPr>
        <w:t xml:space="preserve">. Such raw material mostly consists of </w:t>
      </w:r>
      <w:r>
        <w:rPr>
          <w:b/>
          <w:i w:val="0"/>
          <w:smallCaps w:val="0"/>
          <w:strike w:val="0"/>
          <w:sz w:val="22"/>
          <w:u w:val="single"/>
        </w:rPr>
        <w:t>information</w:t>
      </w:r>
      <w:r>
        <w:rPr>
          <w:b w:val="0"/>
          <w:i w:val="0"/>
          <w:smallCaps w:val="0"/>
          <w:strike w:val="0"/>
          <w:sz w:val="22"/>
          <w:u w:val="single"/>
        </w:rPr>
        <w:t xml:space="preserve"> and </w:t>
      </w:r>
      <w:r>
        <w:rPr>
          <w:b/>
          <w:i w:val="0"/>
          <w:smallCaps w:val="0"/>
          <w:strike w:val="0"/>
          <w:sz w:val="22"/>
          <w:u w:val="single"/>
        </w:rPr>
        <w:t>details</w:t>
      </w:r>
      <w:r>
        <w:rPr>
          <w:b w:val="0"/>
          <w:i w:val="0"/>
          <w:smallCaps w:val="0"/>
          <w:strike w:val="0"/>
          <w:sz w:val="22"/>
          <w:u w:val="single"/>
        </w:rPr>
        <w:t xml:space="preserve"> about individuals’ behavior</w:t>
      </w:r>
      <w:r>
        <w:rPr>
          <w:b w:val="0"/>
          <w:i w:val="0"/>
          <w:smallCaps w:val="0"/>
          <w:strike w:val="0"/>
          <w:sz w:val="16"/>
          <w:u w:val="none"/>
        </w:rPr>
        <w:t xml:space="preserve"> taken, as Zuboff (2019) writes, from the distant corners of our unconscious. It is raw material </w:t>
      </w:r>
      <w:r>
        <w:rPr>
          <w:b w:val="0"/>
          <w:i w:val="0"/>
          <w:smallCaps w:val="0"/>
          <w:strike w:val="0"/>
          <w:sz w:val="22"/>
          <w:u w:val="single"/>
        </w:rPr>
        <w:t xml:space="preserve">plumbed from </w:t>
      </w:r>
      <w:r>
        <w:rPr>
          <w:b/>
          <w:i w:val="0"/>
          <w:smallCaps w:val="0"/>
          <w:strike w:val="0"/>
          <w:sz w:val="22"/>
          <w:u w:val="single"/>
        </w:rPr>
        <w:t>intimate patterns</w:t>
      </w:r>
      <w:r>
        <w:rPr>
          <w:b w:val="0"/>
          <w:i w:val="0"/>
          <w:smallCaps w:val="0"/>
          <w:strike w:val="0"/>
          <w:sz w:val="22"/>
          <w:u w:val="single"/>
        </w:rPr>
        <w:t xml:space="preserve"> of the self</w:t>
      </w:r>
      <w:r>
        <w:rPr>
          <w:b w:val="0"/>
          <w:i w:val="0"/>
          <w:smallCaps w:val="0"/>
          <w:strike w:val="0"/>
          <w:sz w:val="16"/>
          <w:u w:val="none"/>
        </w:rPr>
        <w:t xml:space="preserve">—our personality, our moods, our emotions, our lies, our vulnerabilities, every level of our intimacy (Zuboff 2019; Illouz 2007). </w:t>
      </w:r>
      <w:r>
        <w:rPr>
          <w:b w:val="0"/>
          <w:i w:val="0"/>
          <w:smallCaps w:val="0"/>
          <w:strike w:val="0"/>
          <w:sz w:val="22"/>
          <w:u w:val="single"/>
        </w:rPr>
        <w:t>The purpose is</w:t>
      </w:r>
      <w:r>
        <w:rPr>
          <w:b w:val="0"/>
          <w:i w:val="0"/>
          <w:smallCaps w:val="0"/>
          <w:strike w:val="0"/>
          <w:sz w:val="16"/>
          <w:u w:val="none"/>
        </w:rPr>
        <w:t xml:space="preserve"> not only to heighten the predictability of our behavior. It is also </w:t>
      </w:r>
      <w:r>
        <w:rPr>
          <w:b w:val="0"/>
          <w:i w:val="0"/>
          <w:smallCaps w:val="0"/>
          <w:strike w:val="0"/>
          <w:sz w:val="22"/>
          <w:u w:val="single"/>
        </w:rPr>
        <w:t xml:space="preserve">to make </w:t>
      </w:r>
      <w:r>
        <w:rPr>
          <w:b/>
          <w:i w:val="0"/>
          <w:smallCaps w:val="0"/>
          <w:strike w:val="0"/>
          <w:sz w:val="22"/>
          <w:u w:val="single"/>
        </w:rPr>
        <w:t>life itself</w:t>
      </w:r>
      <w:r>
        <w:rPr>
          <w:b w:val="0"/>
          <w:i w:val="0"/>
          <w:smallCaps w:val="0"/>
          <w:strike w:val="0"/>
          <w:sz w:val="22"/>
          <w:u w:val="single"/>
        </w:rPr>
        <w:t xml:space="preserve"> amenable to datafication</w:t>
      </w:r>
      <w:r>
        <w:rPr>
          <w:b w:val="0"/>
          <w:i w:val="0"/>
          <w:smallCaps w:val="0"/>
          <w:strike w:val="0"/>
          <w:sz w:val="16"/>
          <w:u w:val="none"/>
        </w:rPr>
        <w:t>.</w:t>
      </w:r>
    </w:p>
    <w:p>
      <w:pPr>
        <w:spacing w:after="60"/>
      </w:pPr>
      <w:r>
        <w:rPr>
          <w:b w:val="0"/>
          <w:i w:val="0"/>
          <w:smallCaps w:val="0"/>
          <w:strike w:val="0"/>
          <w:sz w:val="22"/>
          <w:u w:val="single"/>
        </w:rPr>
        <w:t xml:space="preserve">A </w:t>
      </w:r>
      <w:r>
        <w:rPr>
          <w:b/>
          <w:i w:val="0"/>
          <w:smallCaps w:val="0"/>
          <w:strike w:val="0"/>
          <w:sz w:val="22"/>
          <w:u w:val="single"/>
        </w:rPr>
        <w:t>key feature</w:t>
      </w:r>
      <w:r>
        <w:rPr>
          <w:b w:val="0"/>
          <w:i w:val="0"/>
          <w:smallCaps w:val="0"/>
          <w:strike w:val="0"/>
          <w:sz w:val="22"/>
          <w:u w:val="single"/>
        </w:rPr>
        <w:t xml:space="preserve"> of our times is</w:t>
      </w:r>
      <w:r>
        <w:rPr>
          <w:b w:val="0"/>
          <w:i w:val="0"/>
          <w:smallCaps w:val="0"/>
          <w:strike w:val="0"/>
          <w:sz w:val="16"/>
          <w:u w:val="none"/>
        </w:rPr>
        <w:t xml:space="preserve"> therefore </w:t>
      </w:r>
      <w:r>
        <w:rPr>
          <w:b w:val="0"/>
          <w:i w:val="0"/>
          <w:smallCaps w:val="0"/>
          <w:strike w:val="0"/>
          <w:sz w:val="22"/>
          <w:u w:val="single"/>
        </w:rPr>
        <w:t xml:space="preserve">the extent to which </w:t>
      </w:r>
      <w:r>
        <w:rPr>
          <w:b/>
          <w:i w:val="0"/>
          <w:smallCaps w:val="0"/>
          <w:strike w:val="0"/>
          <w:sz w:val="22"/>
          <w:u w:val="single"/>
        </w:rPr>
        <w:t>all</w:t>
      </w:r>
      <w:r>
        <w:rPr>
          <w:b w:val="0"/>
          <w:i w:val="0"/>
          <w:smallCaps w:val="0"/>
          <w:strike w:val="0"/>
          <w:sz w:val="22"/>
          <w:u w:val="single"/>
        </w:rPr>
        <w:t xml:space="preserve"> societies are organized according to the </w:t>
      </w:r>
      <w:r>
        <w:rPr>
          <w:b/>
          <w:i w:val="0"/>
          <w:smallCaps w:val="0"/>
          <w:strike w:val="0"/>
          <w:sz w:val="22"/>
          <w:u w:val="single"/>
        </w:rPr>
        <w:t>same principle</w:t>
      </w:r>
      <w:r>
        <w:rPr>
          <w:b w:val="0"/>
          <w:i w:val="0"/>
          <w:smallCaps w:val="0"/>
          <w:strike w:val="0"/>
          <w:sz w:val="16"/>
          <w:u w:val="none"/>
        </w:rPr>
        <w:t>—</w:t>
      </w:r>
      <w:r>
        <w:rPr>
          <w:b w:val="0"/>
          <w:i w:val="0"/>
          <w:smallCaps w:val="0"/>
          <w:strike w:val="0"/>
          <w:sz w:val="22"/>
          <w:u w:val="single"/>
        </w:rPr>
        <w:t xml:space="preserve">the </w:t>
      </w:r>
      <w:r>
        <w:rPr>
          <w:b/>
          <w:i w:val="0"/>
          <w:smallCaps w:val="0"/>
          <w:strike w:val="0"/>
          <w:sz w:val="22"/>
          <w:u w:val="single"/>
        </w:rPr>
        <w:t>computational</w:t>
      </w:r>
      <w:r>
        <w:rPr>
          <w:b w:val="0"/>
          <w:i w:val="0"/>
          <w:smallCaps w:val="0"/>
          <w:strike w:val="0"/>
          <w:sz w:val="16"/>
          <w:u w:val="none"/>
        </w:rPr>
        <w:t xml:space="preserve">. </w:t>
      </w:r>
      <w:r>
        <w:rPr>
          <w:b w:val="0"/>
          <w:i w:val="0"/>
          <w:smallCaps w:val="0"/>
          <w:strike w:val="0"/>
          <w:sz w:val="22"/>
          <w:u w:val="single"/>
        </w:rPr>
        <w:t xml:space="preserve">We are </w:t>
      </w:r>
      <w:r>
        <w:rPr>
          <w:b/>
          <w:i w:val="0"/>
          <w:smallCaps w:val="0"/>
          <w:strike w:val="0"/>
          <w:sz w:val="22"/>
          <w:u w:val="single"/>
        </w:rPr>
        <w:t>surrounded</w:t>
      </w:r>
      <w:r>
        <w:rPr>
          <w:b w:val="0"/>
          <w:i w:val="0"/>
          <w:smallCaps w:val="0"/>
          <w:strike w:val="0"/>
          <w:sz w:val="22"/>
          <w:u w:val="single"/>
        </w:rPr>
        <w:t xml:space="preserve"> by ubiquitous computing</w:t>
      </w:r>
      <w:r>
        <w:rPr>
          <w:b w:val="0"/>
          <w:i w:val="0"/>
          <w:smallCaps w:val="0"/>
          <w:strike w:val="0"/>
          <w:sz w:val="16"/>
          <w:u w:val="none"/>
        </w:rPr>
        <w:t xml:space="preserve">, </w:t>
      </w:r>
      <w:r>
        <w:rPr>
          <w:b w:val="0"/>
          <w:i w:val="0"/>
          <w:smallCaps w:val="0"/>
          <w:strike w:val="0"/>
          <w:sz w:val="22"/>
          <w:u w:val="single"/>
        </w:rPr>
        <w:t>technologies that weave themselves into the fabric of our everyday lives</w:t>
      </w:r>
      <w:r>
        <w:rPr>
          <w:b w:val="0"/>
          <w:i w:val="0"/>
          <w:smallCaps w:val="0"/>
          <w:strike w:val="0"/>
          <w:sz w:val="16"/>
          <w:u w:val="none"/>
        </w:rPr>
        <w:t>; these devices, sensors, and other things we interact with have become part of our presence in the world all the time. How the boundary between us and these devices is enacted is a matter of open debate (Matzner 2019).</w:t>
      </w:r>
    </w:p>
    <w:p>
      <w:pPr>
        <w:spacing w:after="60"/>
      </w:pPr>
      <w:r>
        <w:rPr>
          <w:b w:val="0"/>
          <w:i w:val="0"/>
          <w:smallCaps w:val="0"/>
          <w:strike w:val="0"/>
          <w:sz w:val="16"/>
          <w:u w:val="none"/>
        </w:rPr>
        <w:t>But what is the computational? The computational is generally understood as a technical system whose function is to capture, extract, and automatically process data that must be identified, selected, sorted, classified, recombined, codified, and activated. Yet we shouldn't forget that the computational is also a force and energy of a special kind, a speed regime with its own qualities and infrastructures. It produces and serializes subjects, objects, and phenomena; splits reason from consciousness and memory; and codes and stores data that can be used to manufacture new types of services and devices sold for profit.</w:t>
      </w:r>
    </w:p>
    <w:p>
      <w:pPr>
        <w:spacing w:after="60"/>
      </w:pPr>
      <w:r>
        <w:rPr>
          <w:b w:val="0"/>
          <w:i w:val="0"/>
          <w:smallCaps w:val="0"/>
          <w:strike w:val="0"/>
          <w:sz w:val="16"/>
          <w:u w:val="none"/>
        </w:rPr>
        <w:t xml:space="preserve">Whether operating on bodies, nerves, material, blood, cellular tissues, the brain, or energy, </w:t>
      </w:r>
      <w:r>
        <w:rPr>
          <w:b w:val="0"/>
          <w:i w:val="0"/>
          <w:smallCaps w:val="0"/>
          <w:strike w:val="0"/>
          <w:sz w:val="22"/>
          <w:u w:val="single"/>
        </w:rPr>
        <w:t>the aim is</w:t>
      </w:r>
      <w:r>
        <w:rPr>
          <w:b w:val="0"/>
          <w:i w:val="0"/>
          <w:smallCaps w:val="0"/>
          <w:strike w:val="0"/>
          <w:sz w:val="16"/>
          <w:u w:val="none"/>
        </w:rPr>
        <w:t xml:space="preserve"> the same: </w:t>
      </w:r>
      <w:r>
        <w:rPr>
          <w:b w:val="0"/>
          <w:i w:val="0"/>
          <w:smallCaps w:val="0"/>
          <w:strike w:val="0"/>
          <w:sz w:val="22"/>
          <w:u w:val="single"/>
        </w:rPr>
        <w:t xml:space="preserve">the </w:t>
      </w:r>
      <w:r>
        <w:rPr>
          <w:b w:val="0"/>
          <w:i w:val="0"/>
          <w:smallCaps w:val="0"/>
          <w:strike w:val="0"/>
          <w:sz w:val="22"/>
          <w:u w:val="single"/>
        </w:rPr>
        <w:t>conversion of all substances</w:t>
      </w:r>
      <w:r>
        <w:rPr>
          <w:b w:val="0"/>
          <w:i w:val="0"/>
          <w:smallCaps w:val="0"/>
          <w:strike w:val="0"/>
          <w:sz w:val="22"/>
          <w:u w:val="single"/>
        </w:rPr>
        <w:t xml:space="preserve"> into </w:t>
      </w:r>
      <w:r>
        <w:rPr>
          <w:b/>
          <w:i w:val="0"/>
          <w:smallCaps w:val="0"/>
          <w:strike w:val="0"/>
          <w:sz w:val="22"/>
          <w:u w:val="single"/>
        </w:rPr>
        <w:t>quantities</w:t>
      </w:r>
      <w:r>
        <w:rPr>
          <w:b w:val="0"/>
          <w:i w:val="0"/>
          <w:smallCaps w:val="0"/>
          <w:strike w:val="0"/>
          <w:sz w:val="16"/>
          <w:u w:val="none"/>
        </w:rPr>
        <w:t xml:space="preserve">; </w:t>
      </w:r>
      <w:r>
        <w:rPr>
          <w:b w:val="0"/>
          <w:i w:val="0"/>
          <w:smallCaps w:val="0"/>
          <w:strike w:val="0"/>
          <w:sz w:val="22"/>
          <w:u w:val="single"/>
        </w:rPr>
        <w:t xml:space="preserve">the conversion of organic and vital ends into </w:t>
      </w:r>
      <w:r>
        <w:rPr>
          <w:b/>
          <w:i w:val="0"/>
          <w:smallCaps w:val="0"/>
          <w:strike w:val="0"/>
          <w:sz w:val="22"/>
          <w:u w:val="single"/>
        </w:rPr>
        <w:t>technical means</w:t>
      </w:r>
      <w:r>
        <w:rPr>
          <w:b w:val="0"/>
          <w:i w:val="0"/>
          <w:smallCaps w:val="0"/>
          <w:strike w:val="0"/>
          <w:sz w:val="16"/>
          <w:u w:val="none"/>
        </w:rPr>
        <w:t xml:space="preserve">; </w:t>
      </w:r>
      <w:r>
        <w:rPr>
          <w:b w:val="0"/>
          <w:i w:val="0"/>
          <w:smallCaps w:val="0"/>
          <w:strike w:val="0"/>
          <w:sz w:val="22"/>
          <w:u w:val="single"/>
        </w:rPr>
        <w:t xml:space="preserve">the </w:t>
      </w:r>
      <w:r>
        <w:rPr>
          <w:b/>
          <w:i w:val="0"/>
          <w:smallCaps w:val="0"/>
          <w:strike w:val="0"/>
          <w:sz w:val="22"/>
          <w:u w:val="single"/>
        </w:rPr>
        <w:t>capture</w:t>
      </w:r>
      <w:r>
        <w:rPr>
          <w:b w:val="0"/>
          <w:i w:val="0"/>
          <w:smallCaps w:val="0"/>
          <w:strike w:val="0"/>
          <w:sz w:val="22"/>
          <w:u w:val="single"/>
        </w:rPr>
        <w:t xml:space="preserve"> of forces and possibilities</w:t>
      </w:r>
      <w:r>
        <w:rPr>
          <w:b w:val="0"/>
          <w:i w:val="0"/>
          <w:smallCaps w:val="0"/>
          <w:strike w:val="0"/>
          <w:sz w:val="16"/>
          <w:u w:val="none"/>
        </w:rPr>
        <w:t xml:space="preserve">, </w:t>
      </w:r>
      <w:r>
        <w:rPr>
          <w:b w:val="0"/>
          <w:i w:val="0"/>
          <w:smallCaps w:val="0"/>
          <w:strike w:val="0"/>
          <w:sz w:val="22"/>
          <w:u w:val="single"/>
        </w:rPr>
        <w:t xml:space="preserve">and their </w:t>
      </w:r>
      <w:r>
        <w:rPr>
          <w:b/>
          <w:i w:val="0"/>
          <w:smallCaps w:val="0"/>
          <w:strike w:val="0"/>
          <w:sz w:val="22"/>
          <w:u w:val="single"/>
        </w:rPr>
        <w:t>annexation</w:t>
      </w:r>
      <w:r>
        <w:rPr>
          <w:b w:val="0"/>
          <w:i w:val="0"/>
          <w:smallCaps w:val="0"/>
          <w:strike w:val="0"/>
          <w:sz w:val="22"/>
          <w:u w:val="single"/>
        </w:rPr>
        <w:t xml:space="preserve"> by the language of a machine-brain transformed into an </w:t>
      </w:r>
      <w:r>
        <w:rPr>
          <w:b/>
          <w:i w:val="0"/>
          <w:smallCaps w:val="0"/>
          <w:strike w:val="0"/>
          <w:sz w:val="22"/>
          <w:u w:val="single"/>
        </w:rPr>
        <w:t>autonomous</w:t>
      </w:r>
      <w:r>
        <w:rPr>
          <w:b w:val="0"/>
          <w:i w:val="0"/>
          <w:smallCaps w:val="0"/>
          <w:strike w:val="0"/>
          <w:sz w:val="22"/>
          <w:u w:val="single"/>
        </w:rPr>
        <w:t xml:space="preserve"> and </w:t>
      </w:r>
      <w:r>
        <w:rPr>
          <w:b/>
          <w:i w:val="0"/>
          <w:smallCaps w:val="0"/>
          <w:strike w:val="0"/>
          <w:sz w:val="22"/>
          <w:u w:val="single"/>
        </w:rPr>
        <w:t>automated system</w:t>
      </w:r>
      <w:r>
        <w:rPr>
          <w:b w:val="0"/>
          <w:i w:val="0"/>
          <w:smallCaps w:val="0"/>
          <w:strike w:val="0"/>
          <w:sz w:val="16"/>
          <w:u w:val="none"/>
        </w:rPr>
        <w:t xml:space="preserve"> (Friederich 2020; Perény 2013). The computational is also the institution through which a common world, a new common sense, and new configurations of power, perception, and reality are nowadays brought into being. </w:t>
      </w:r>
      <w:r>
        <w:rPr>
          <w:b w:val="0"/>
          <w:i w:val="0"/>
          <w:smallCaps w:val="0"/>
          <w:strike w:val="0"/>
          <w:sz w:val="22"/>
          <w:u w:val="single"/>
        </w:rPr>
        <w:t xml:space="preserve">The </w:t>
      </w:r>
      <w:r>
        <w:rPr>
          <w:b/>
          <w:i w:val="0"/>
          <w:smallCaps w:val="0"/>
          <w:strike w:val="0"/>
          <w:sz w:val="22"/>
          <w:u w:val="single"/>
        </w:rPr>
        <w:t>globalization</w:t>
      </w:r>
      <w:r>
        <w:rPr>
          <w:b w:val="0"/>
          <w:i w:val="0"/>
          <w:smallCaps w:val="0"/>
          <w:strike w:val="0"/>
          <w:sz w:val="22"/>
          <w:u w:val="single"/>
        </w:rPr>
        <w:t xml:space="preserve"> of corporate sovereignty</w:t>
      </w:r>
      <w:r>
        <w:rPr>
          <w:b w:val="0"/>
          <w:i w:val="0"/>
          <w:smallCaps w:val="0"/>
          <w:strike w:val="0"/>
          <w:sz w:val="16"/>
          <w:u w:val="none"/>
        </w:rPr>
        <w:t xml:space="preserve">, </w:t>
      </w:r>
      <w:r>
        <w:rPr>
          <w:b w:val="0"/>
          <w:i w:val="0"/>
          <w:smallCaps w:val="0"/>
          <w:strike w:val="0"/>
          <w:sz w:val="22"/>
          <w:u w:val="single"/>
        </w:rPr>
        <w:t xml:space="preserve">the extension of capital into </w:t>
      </w:r>
      <w:r>
        <w:rPr>
          <w:b/>
          <w:i w:val="0"/>
          <w:smallCaps w:val="0"/>
          <w:strike w:val="0"/>
          <w:sz w:val="22"/>
          <w:u w:val="single"/>
        </w:rPr>
        <w:t>every sphere of life</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2"/>
          <w:u w:val="single"/>
        </w:rPr>
        <w:t>technological escalation</w:t>
      </w:r>
      <w:r>
        <w:rPr>
          <w:b w:val="0"/>
          <w:i w:val="0"/>
          <w:smallCaps w:val="0"/>
          <w:strike w:val="0"/>
          <w:sz w:val="22"/>
          <w:u w:val="single"/>
        </w:rPr>
        <w:t xml:space="preserve"> in the form of the computational are all</w:t>
      </w:r>
      <w:r>
        <w:rPr>
          <w:b w:val="0"/>
          <w:i w:val="0"/>
          <w:smallCaps w:val="0"/>
          <w:strike w:val="0"/>
          <w:sz w:val="16"/>
          <w:u w:val="none"/>
        </w:rPr>
        <w:t xml:space="preserve"> part of one and </w:t>
      </w:r>
      <w:r>
        <w:rPr>
          <w:b w:val="0"/>
          <w:i w:val="0"/>
          <w:smallCaps w:val="0"/>
          <w:strike w:val="0"/>
          <w:sz w:val="22"/>
          <w:u w:val="single"/>
        </w:rPr>
        <w:t xml:space="preserve">the </w:t>
      </w:r>
      <w:r>
        <w:rPr>
          <w:b/>
          <w:i w:val="0"/>
          <w:smallCaps w:val="0"/>
          <w:strike w:val="0"/>
          <w:sz w:val="22"/>
          <w:u w:val="single"/>
        </w:rPr>
        <w:t>same process</w:t>
      </w:r>
      <w:r>
        <w:rPr>
          <w:b w:val="0"/>
          <w:i w:val="0"/>
          <w:smallCaps w:val="0"/>
          <w:strike w:val="0"/>
          <w:sz w:val="16"/>
          <w:u w:val="none"/>
        </w:rPr>
        <w:t>.</w:t>
      </w:r>
    </w:p>
    <w:p>
      <w:pPr>
        <w:spacing w:after="60"/>
      </w:pPr>
      <w:r>
        <w:rPr>
          <w:b w:val="0"/>
          <w:i w:val="0"/>
          <w:smallCaps w:val="0"/>
          <w:strike w:val="0"/>
          <w:sz w:val="16"/>
          <w:u w:val="none"/>
        </w:rPr>
        <w:t>The Dialectics of Entanglement and Separation</w:t>
      </w:r>
    </w:p>
    <w:p>
      <w:pPr>
        <w:spacing w:after="60"/>
      </w:pPr>
      <w:r>
        <w:rPr>
          <w:b w:val="0"/>
          <w:i w:val="0"/>
          <w:smallCaps w:val="0"/>
          <w:strike w:val="0"/>
          <w:sz w:val="16"/>
          <w:u w:val="none"/>
        </w:rPr>
        <w:t xml:space="preserve">The third megaprocess is what we should call the dialectics of entanglement and separation. </w:t>
      </w:r>
      <w:r>
        <w:rPr>
          <w:b w:val="0"/>
          <w:i w:val="0"/>
          <w:smallCaps w:val="0"/>
          <w:strike w:val="0"/>
          <w:sz w:val="22"/>
          <w:u w:val="single"/>
        </w:rPr>
        <w:t>All over the world</w:t>
      </w:r>
      <w:r>
        <w:rPr>
          <w:b w:val="0"/>
          <w:i w:val="0"/>
          <w:smallCaps w:val="0"/>
          <w:strike w:val="0"/>
          <w:sz w:val="16"/>
          <w:u w:val="none"/>
        </w:rPr>
        <w:t xml:space="preserve">, </w:t>
      </w:r>
      <w:r>
        <w:rPr>
          <w:b w:val="0"/>
          <w:i w:val="0"/>
          <w:smallCaps w:val="0"/>
          <w:strike w:val="0"/>
          <w:sz w:val="22"/>
          <w:u w:val="single"/>
        </w:rPr>
        <w:t xml:space="preserve">the combination of </w:t>
      </w:r>
      <w:r>
        <w:rPr>
          <w:b/>
          <w:i w:val="0"/>
          <w:smallCaps w:val="0"/>
          <w:strike w:val="0"/>
          <w:sz w:val="22"/>
          <w:u w:val="single"/>
        </w:rPr>
        <w:t>fossil capital</w:t>
      </w:r>
      <w:r>
        <w:rPr>
          <w:b w:val="0"/>
          <w:i w:val="0"/>
          <w:smallCaps w:val="0"/>
          <w:strike w:val="0"/>
          <w:sz w:val="16"/>
          <w:u w:val="none"/>
        </w:rPr>
        <w:t xml:space="preserve">, </w:t>
      </w:r>
      <w:r>
        <w:rPr>
          <w:b/>
          <w:i w:val="0"/>
          <w:smallCaps w:val="0"/>
          <w:strike w:val="0"/>
          <w:sz w:val="22"/>
          <w:u w:val="single"/>
        </w:rPr>
        <w:t>soft-power warfare</w:t>
      </w:r>
      <w:r>
        <w:rPr>
          <w:b w:val="0"/>
          <w:i w:val="0"/>
          <w:smallCaps w:val="0"/>
          <w:strike w:val="0"/>
          <w:sz w:val="16"/>
          <w:u w:val="none"/>
        </w:rPr>
        <w:t xml:space="preserve">, </w:t>
      </w:r>
      <w:r>
        <w:rPr>
          <w:b w:val="0"/>
          <w:i w:val="0"/>
          <w:smallCaps w:val="0"/>
          <w:strike w:val="0"/>
          <w:sz w:val="22"/>
          <w:u w:val="single"/>
        </w:rPr>
        <w:t xml:space="preserve">and the </w:t>
      </w:r>
      <w:r>
        <w:rPr>
          <w:b/>
          <w:i w:val="0"/>
          <w:smallCaps w:val="0"/>
          <w:strike w:val="0"/>
          <w:sz w:val="22"/>
          <w:u w:val="single"/>
        </w:rPr>
        <w:t>saturation</w:t>
      </w:r>
      <w:r>
        <w:rPr>
          <w:b w:val="0"/>
          <w:i w:val="0"/>
          <w:smallCaps w:val="0"/>
          <w:strike w:val="0"/>
          <w:sz w:val="22"/>
          <w:u w:val="single"/>
        </w:rPr>
        <w:t xml:space="preserve"> of the everyday by digital</w:t>
      </w:r>
      <w:r>
        <w:rPr>
          <w:b w:val="0"/>
          <w:i w:val="0"/>
          <w:smallCaps w:val="0"/>
          <w:strike w:val="0"/>
          <w:sz w:val="16"/>
          <w:u w:val="none"/>
        </w:rPr>
        <w:t xml:space="preserve"> and computational </w:t>
      </w:r>
      <w:r>
        <w:rPr>
          <w:b w:val="0"/>
          <w:i w:val="0"/>
          <w:smallCaps w:val="0"/>
          <w:strike w:val="0"/>
          <w:sz w:val="22"/>
          <w:u w:val="single"/>
        </w:rPr>
        <w:t>technologies has led to</w:t>
      </w:r>
      <w:r>
        <w:rPr>
          <w:b w:val="0"/>
          <w:i w:val="0"/>
          <w:smallCaps w:val="0"/>
          <w:strike w:val="0"/>
          <w:sz w:val="16"/>
          <w:u w:val="none"/>
        </w:rPr>
        <w:t xml:space="preserve"> the acceleration of speed and the intensification of connections, creating </w:t>
      </w:r>
      <w:r>
        <w:rPr>
          <w:b w:val="0"/>
          <w:i w:val="0"/>
          <w:smallCaps w:val="0"/>
          <w:strike w:val="0"/>
          <w:sz w:val="22"/>
          <w:u w:val="single"/>
        </w:rPr>
        <w:t xml:space="preserve">a </w:t>
      </w:r>
      <w:r>
        <w:rPr>
          <w:b/>
          <w:i w:val="0"/>
          <w:smallCaps w:val="0"/>
          <w:strike w:val="0"/>
          <w:sz w:val="22"/>
          <w:u w:val="single"/>
        </w:rPr>
        <w:t>new redistribution</w:t>
      </w:r>
      <w:r>
        <w:rPr>
          <w:b w:val="0"/>
          <w:i w:val="0"/>
          <w:smallCaps w:val="0"/>
          <w:strike w:val="0"/>
          <w:sz w:val="22"/>
          <w:u w:val="single"/>
        </w:rPr>
        <w:t xml:space="preserve"> of the earth and of population movements</w:t>
      </w:r>
      <w:r>
        <w:rPr>
          <w:b w:val="0"/>
          <w:i w:val="0"/>
          <w:smallCaps w:val="0"/>
          <w:strike w:val="0"/>
          <w:sz w:val="16"/>
          <w:u w:val="none"/>
        </w:rPr>
        <w:t>. To be alive, or to remain alive, is increasingly tantamount to being able to move speedily.</w:t>
      </w:r>
    </w:p>
    <w:p>
      <w:pPr>
        <w:spacing w:after="60"/>
      </w:pPr>
      <w:r>
        <w:rPr>
          <w:b w:val="0"/>
          <w:i w:val="0"/>
          <w:smallCaps w:val="0"/>
          <w:strike w:val="0"/>
          <w:sz w:val="22"/>
          <w:u w:val="single"/>
        </w:rPr>
        <w:t>In the process</w:t>
      </w:r>
      <w:r>
        <w:rPr>
          <w:b w:val="0"/>
          <w:i w:val="0"/>
          <w:smallCaps w:val="0"/>
          <w:strike w:val="0"/>
          <w:sz w:val="16"/>
          <w:u w:val="none"/>
        </w:rPr>
        <w:t xml:space="preserve">, </w:t>
      </w:r>
      <w:r>
        <w:rPr>
          <w:b w:val="0"/>
          <w:i w:val="0"/>
          <w:smallCaps w:val="0"/>
          <w:strike w:val="0"/>
          <w:sz w:val="22"/>
          <w:u w:val="single"/>
        </w:rPr>
        <w:t xml:space="preserve">the human race has come up against </w:t>
      </w:r>
      <w:r>
        <w:rPr>
          <w:b/>
          <w:i w:val="0"/>
          <w:smallCaps w:val="0"/>
          <w:strike w:val="0"/>
          <w:sz w:val="22"/>
          <w:u w:val="single"/>
        </w:rPr>
        <w:t>terrestrial limits</w:t>
      </w:r>
      <w:r>
        <w:rPr>
          <w:b w:val="0"/>
          <w:i w:val="0"/>
          <w:smallCaps w:val="0"/>
          <w:strike w:val="0"/>
          <w:sz w:val="16"/>
          <w:u w:val="none"/>
        </w:rPr>
        <w:t xml:space="preserve">. Such limits are not only the consequence of the sphericality of the planet. </w:t>
      </w:r>
      <w:r>
        <w:rPr>
          <w:b w:val="0"/>
          <w:i w:val="0"/>
          <w:smallCaps w:val="0"/>
          <w:strike w:val="0"/>
          <w:sz w:val="22"/>
          <w:u w:val="single"/>
        </w:rPr>
        <w:t>They are</w:t>
      </w:r>
      <w:r>
        <w:rPr>
          <w:b w:val="0"/>
          <w:i w:val="0"/>
          <w:smallCaps w:val="0"/>
          <w:strike w:val="0"/>
          <w:sz w:val="16"/>
          <w:u w:val="none"/>
        </w:rPr>
        <w:t xml:space="preserve"> also </w:t>
      </w:r>
      <w:r>
        <w:rPr>
          <w:b w:val="0"/>
          <w:i w:val="0"/>
          <w:smallCaps w:val="0"/>
          <w:strike w:val="0"/>
          <w:sz w:val="22"/>
          <w:u w:val="single"/>
        </w:rPr>
        <w:t xml:space="preserve">limitations on the </w:t>
      </w:r>
      <w:r>
        <w:rPr>
          <w:b/>
          <w:i w:val="0"/>
          <w:smallCaps w:val="0"/>
          <w:strike w:val="0"/>
          <w:sz w:val="22"/>
          <w:u w:val="single"/>
        </w:rPr>
        <w:t>expansion of life</w:t>
      </w:r>
      <w:r>
        <w:rPr>
          <w:b w:val="0"/>
          <w:i w:val="0"/>
          <w:smallCaps w:val="0"/>
          <w:strike w:val="0"/>
          <w:sz w:val="22"/>
          <w:u w:val="single"/>
        </w:rPr>
        <w:t xml:space="preserve"> as such</w:t>
      </w:r>
      <w:r>
        <w:rPr>
          <w:b w:val="0"/>
          <w:i w:val="0"/>
          <w:smallCaps w:val="0"/>
          <w:strike w:val="0"/>
          <w:sz w:val="16"/>
          <w:u w:val="none"/>
        </w:rPr>
        <w:t xml:space="preserve">. </w:t>
      </w:r>
      <w:r>
        <w:rPr>
          <w:b w:val="0"/>
          <w:i w:val="0"/>
          <w:smallCaps w:val="0"/>
          <w:strike w:val="0"/>
          <w:sz w:val="22"/>
          <w:u w:val="single"/>
        </w:rPr>
        <w:t xml:space="preserve">As the planet increasingly seems </w:t>
      </w:r>
      <w:r>
        <w:rPr>
          <w:b/>
          <w:i w:val="0"/>
          <w:smallCaps w:val="0"/>
          <w:strike w:val="0"/>
          <w:sz w:val="22"/>
          <w:u w:val="single"/>
        </w:rPr>
        <w:t>bound to burn</w:t>
      </w:r>
      <w:r>
        <w:rPr>
          <w:b w:val="0"/>
          <w:i w:val="0"/>
          <w:smallCaps w:val="0"/>
          <w:strike w:val="0"/>
          <w:sz w:val="16"/>
          <w:u w:val="none"/>
        </w:rPr>
        <w:t xml:space="preserve">, </w:t>
      </w:r>
      <w:r>
        <w:rPr>
          <w:b w:val="0"/>
          <w:i w:val="0"/>
          <w:smallCaps w:val="0"/>
          <w:strike w:val="0"/>
          <w:sz w:val="22"/>
          <w:u w:val="single"/>
        </w:rPr>
        <w:t xml:space="preserve">it is not only </w:t>
      </w:r>
      <w:r>
        <w:rPr>
          <w:b/>
          <w:i w:val="0"/>
          <w:smallCaps w:val="0"/>
          <w:strike w:val="0"/>
          <w:sz w:val="22"/>
          <w:u w:val="single"/>
        </w:rPr>
        <w:t>individuated bodies</w:t>
      </w:r>
      <w:r>
        <w:rPr>
          <w:b w:val="0"/>
          <w:i w:val="0"/>
          <w:smallCaps w:val="0"/>
          <w:strike w:val="0"/>
          <w:sz w:val="22"/>
          <w:u w:val="single"/>
        </w:rPr>
        <w:t xml:space="preserve"> that are imperiled</w:t>
      </w:r>
      <w:r>
        <w:rPr>
          <w:b w:val="0"/>
          <w:i w:val="0"/>
          <w:smallCaps w:val="0"/>
          <w:strike w:val="0"/>
          <w:sz w:val="16"/>
          <w:u w:val="none"/>
        </w:rPr>
        <w:t xml:space="preserve">. </w:t>
      </w:r>
      <w:r>
        <w:rPr>
          <w:b w:val="0"/>
          <w:i w:val="0"/>
          <w:smallCaps w:val="0"/>
          <w:strike w:val="0"/>
          <w:sz w:val="22"/>
          <w:u w:val="single"/>
        </w:rPr>
        <w:t xml:space="preserve">It is </w:t>
      </w:r>
      <w:r>
        <w:rPr>
          <w:b/>
          <w:i w:val="0"/>
          <w:smallCaps w:val="0"/>
          <w:strike w:val="0"/>
          <w:sz w:val="22"/>
          <w:u w:val="single"/>
        </w:rPr>
        <w:t>earthly existence</w:t>
      </w:r>
      <w:r>
        <w:rPr>
          <w:b w:val="0"/>
          <w:i w:val="0"/>
          <w:smallCaps w:val="0"/>
          <w:strike w:val="0"/>
          <w:sz w:val="16"/>
          <w:u w:val="none"/>
        </w:rPr>
        <w:t xml:space="preserve">, </w:t>
      </w:r>
      <w:r>
        <w:rPr>
          <w:b w:val="0"/>
          <w:i w:val="0"/>
          <w:smallCaps w:val="0"/>
          <w:strike w:val="0"/>
          <w:sz w:val="22"/>
          <w:u w:val="single"/>
        </w:rPr>
        <w:t xml:space="preserve">the fate of </w:t>
      </w:r>
      <w:r>
        <w:rPr>
          <w:b/>
          <w:i w:val="0"/>
          <w:smallCaps w:val="0"/>
          <w:strike w:val="0"/>
          <w:sz w:val="22"/>
          <w:u w:val="single"/>
        </w:rPr>
        <w:t>everything</w:t>
      </w:r>
      <w:r>
        <w:rPr>
          <w:b w:val="0"/>
          <w:i w:val="0"/>
          <w:smallCaps w:val="0"/>
          <w:strike w:val="0"/>
          <w:sz w:val="22"/>
          <w:u w:val="single"/>
        </w:rPr>
        <w:t xml:space="preserve"> on earth</w:t>
      </w:r>
      <w:r>
        <w:rPr>
          <w:b w:val="0"/>
          <w:i w:val="0"/>
          <w:smallCaps w:val="0"/>
          <w:strike w:val="0"/>
          <w:sz w:val="16"/>
          <w:u w:val="none"/>
        </w:rPr>
        <w:t xml:space="preserve">, </w:t>
      </w:r>
      <w:r>
        <w:rPr>
          <w:b w:val="0"/>
          <w:i w:val="0"/>
          <w:smallCaps w:val="0"/>
          <w:strike w:val="0"/>
          <w:sz w:val="22"/>
          <w:u w:val="single"/>
        </w:rPr>
        <w:t xml:space="preserve">the </w:t>
      </w:r>
      <w:r>
        <w:rPr>
          <w:b/>
          <w:i w:val="0"/>
          <w:smallCaps w:val="0"/>
          <w:strike w:val="0"/>
          <w:sz w:val="22"/>
          <w:u w:val="single"/>
        </w:rPr>
        <w:t>fluidity of life</w:t>
      </w:r>
      <w:r>
        <w:rPr>
          <w:b w:val="0"/>
          <w:i w:val="0"/>
          <w:smallCaps w:val="0"/>
          <w:strike w:val="0"/>
          <w:sz w:val="22"/>
          <w:u w:val="single"/>
        </w:rPr>
        <w:t xml:space="preserve"> that is at stake</w:t>
      </w:r>
      <w:r>
        <w:rPr>
          <w:b w:val="0"/>
          <w:i w:val="0"/>
          <w:smallCaps w:val="0"/>
          <w:strike w:val="0"/>
          <w:sz w:val="16"/>
          <w:u w:val="none"/>
        </w:rPr>
        <w:t xml:space="preserve"> (Pyne 1995; Parisi and Terranova 2000).</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