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US Domestic Policy Strongly Overwhelms International Law.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Emma </w:t>
      </w:r>
      <w:r>
        <w:rPr>
          <w:b/>
          <w:i w:val="0"/>
          <w:smallCaps w:val="0"/>
          <w:strike w:val="0"/>
          <w:sz w:val="26"/>
          <w:u w:val="none"/>
        </w:rPr>
        <w:t>Ashford 21</w:t>
      </w:r>
      <w:r>
        <w:rPr>
          <w:b w:val="0"/>
          <w:i w:val="0"/>
          <w:smallCaps w:val="0"/>
          <w:strike w:val="0"/>
          <w:u w:val="none"/>
        </w:rPr>
        <w:t xml:space="preserve">, senior fellow at the Atlantic Council’s Scowcroft Center for Strategy and Security 1-7-2021, "America Can’t Promote Democracy Abroad. It Can’t Even Protect It at Home.", Foreign Policy,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What if journalists wrote about U.S. politics the way they wrote about other countries</w:t>
      </w:r>
      <w:r>
        <w:rPr>
          <w:b w:val="0"/>
          <w:i w:val="0"/>
          <w:smallCaps w:val="0"/>
          <w:strike w:val="0"/>
          <w:u w:val="none"/>
        </w:rPr>
        <w:t>?” asked a dozen tongue-in-cheek articles since 2016. Twitter users joked about the embattled president of a former British colony, huddling in his palace, refusing to concede the election. But all of that ended Wednesday afternoon,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violent mob rushed past U.S. Capitol Police and invaded Congress, forcing the evacuation of lawmakers and ending with tear gas, gunfire, and at least four deaths</w:t>
      </w:r>
      <w:r>
        <w:rPr>
          <w:b w:val="0"/>
          <w:i w:val="0"/>
          <w:smallCaps w:val="0"/>
          <w:strike w:val="0"/>
          <w:u w:val="none"/>
        </w:rPr>
        <w:t xml:space="preserve">. The pictures called to mind Boris Yeltsin on top of a tank, the Arab Spring, or the streets of Venezuela.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those watching around the world, the United States had become what American leaders so often decried: </w:t>
      </w:r>
      <w:r>
        <w:rPr>
          <w:b/>
          <w:i w:val="0"/>
          <w:smallCaps w:val="0"/>
          <w:strike w:val="0"/>
          <w:sz w:val="22"/>
          <w:u w:val="single"/>
        </w:rPr>
        <w:t>a weak 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unable to prevent </w:t>
      </w:r>
      <w:r>
        <w:rPr>
          <w:b/>
          <w:i w:val="0"/>
          <w:smallCaps w:val="0"/>
          <w:strike w:val="0"/>
          <w:sz w:val="22"/>
          <w:u w:val="single"/>
        </w:rPr>
        <w:t>violence and bloodshed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u w:val="single"/>
        </w:rPr>
        <w:t>marring the transition of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one leader to the next.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It’s a sign of how broken U.S. foreign-policy debates are that the primary reaction from many commentators was to worry about </w:t>
      </w:r>
      <w:r>
        <w:rPr>
          <w:b/>
          <w:i w:val="0"/>
          <w:smallCaps w:val="0"/>
          <w:strike w:val="0"/>
          <w:sz w:val="22"/>
          <w:u w:val="single"/>
        </w:rPr>
        <w:t>America’s moral authority and global leadership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There were comments about how happy China’s Xi Jinping must be and worries that this would undermine U.S. democracy promotion abroad</w:t>
      </w:r>
      <w:r>
        <w:rPr>
          <w:b w:val="0"/>
          <w:i w:val="0"/>
          <w:smallCaps w:val="0"/>
          <w:strike w:val="0"/>
          <w:u w:val="none"/>
        </w:rPr>
        <w:t xml:space="preserve">. Michael McFaul, a former Obama-era ambassador to Moscow, tweeted that “Trump today delivered his latest, but hopefully his last gift to Putin.” </w:t>
      </w:r>
      <w:r>
        <w:rPr>
          <w:b w:val="0"/>
          <w:i w:val="0"/>
          <w:smallCaps w:val="0"/>
          <w:strike w:val="0"/>
          <w:sz w:val="22"/>
          <w:u w:val="single"/>
        </w:rPr>
        <w:t>Meanwhile, a group of NGOs, including the National Endowment for Democracy, issued a statement reaffirming its “commitment to stand in solidarity with all those around the world who share democratic values.”</w:t>
      </w:r>
      <w:r>
        <w:rPr>
          <w:b w:val="0"/>
          <w:i w:val="0"/>
          <w:smallCaps w:val="0"/>
          <w:strike w:val="0"/>
          <w:u w:val="none"/>
        </w:rPr>
        <w:t xml:space="preserve"> In short: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middle of </w:t>
      </w:r>
      <w:r>
        <w:rPr>
          <w:b/>
          <w:i w:val="0"/>
          <w:smallCaps w:val="0"/>
          <w:strike w:val="0"/>
          <w:sz w:val="22"/>
          <w:u w:val="single"/>
        </w:rPr>
        <w:t>a literal coup attempt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aimed at halting the certification of a democratic election</w:t>
      </w:r>
      <w:r>
        <w:rPr>
          <w:b w:val="0"/>
          <w:i w:val="0"/>
          <w:smallCaps w:val="0"/>
          <w:strike w:val="0"/>
          <w:u w:val="none"/>
        </w:rPr>
        <w:t xml:space="preserve">, with insurrectionists storming the Capitol, many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foreign-policy hands were fretting about whether the United States </w:t>
      </w:r>
      <w:r>
        <w:rPr>
          <w:b/>
          <w:i w:val="0"/>
          <w:smallCaps w:val="0"/>
          <w:strike w:val="0"/>
          <w:sz w:val="22"/>
          <w:u w:val="single"/>
        </w:rPr>
        <w:t>could continue to spread democracy and human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abroad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whether it might impact America’s ability to engage in great-power competition with China.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To call these reactions </w:t>
      </w:r>
      <w:r>
        <w:rPr>
          <w:b/>
          <w:i w:val="0"/>
          <w:smallCaps w:val="0"/>
          <w:strike w:val="0"/>
          <w:sz w:val="22"/>
          <w:u w:val="single"/>
        </w:rPr>
        <w:t>out of touch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be an </w:t>
      </w:r>
      <w:r>
        <w:rPr>
          <w:b/>
          <w:i w:val="0"/>
          <w:smallCaps w:val="0"/>
          <w:strike w:val="0"/>
          <w:sz w:val="22"/>
          <w:u w:val="single"/>
        </w:rPr>
        <w:t>understatement</w:t>
      </w:r>
      <w:r>
        <w:rPr>
          <w:b w:val="0"/>
          <w:i w:val="0"/>
          <w:smallCaps w:val="0"/>
          <w:strike w:val="0"/>
          <w:u w:val="none"/>
        </w:rPr>
        <w:t xml:space="preserve">. At this point,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United States has </w:t>
      </w:r>
      <w:r>
        <w:rPr>
          <w:b/>
          <w:i w:val="0"/>
          <w:smallCaps w:val="0"/>
          <w:strike w:val="0"/>
          <w:sz w:val="22"/>
          <w:u w:val="single"/>
        </w:rPr>
        <w:t>bigger 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an inability to promote democracy around the world or worrying about an ambitious global competition with China</w:t>
      </w:r>
      <w:r>
        <w:rPr>
          <w:b w:val="0"/>
          <w:i w:val="0"/>
          <w:smallCaps w:val="0"/>
          <w:strike w:val="0"/>
          <w:u w:val="none"/>
        </w:rPr>
        <w:t xml:space="preserve">. U.S.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domestic politics are staggering under the weight of decades of partisan abuse, and while most institutions have so far proved resilient, there is no guarantee they’ll stand up to the </w:t>
      </w:r>
      <w:r>
        <w:rPr>
          <w:b/>
          <w:i w:val="0"/>
          <w:smallCaps w:val="0"/>
          <w:strike w:val="0"/>
          <w:sz w:val="22"/>
          <w:u w:val="single"/>
        </w:rPr>
        <w:t>next autocratic wannabe</w:t>
      </w:r>
      <w:r>
        <w:rPr>
          <w:b w:val="0"/>
          <w:i w:val="0"/>
          <w:smallCaps w:val="0"/>
          <w:strike w:val="0"/>
          <w:u w:val="none"/>
        </w:rPr>
        <w:t>. Almost the only institution that retains the trust of the American people is the military, a distinction that carries its own worrying implications.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